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- 22/04/2022 - ISSUE"</w:t>
      </w:r>
      <w:r>
        <w:br/>
      </w:r>
      <w:r>
        <w:rPr>
          <w:b w:val="0"/>
          <w:i w:val="0"/>
        </w:rPr>
        <w:br/>
        <w:t>date_original: "22/04/2022 - ISSUE"</w:t>
      </w:r>
      <w:r>
        <w:br/>
      </w:r>
      <w:r>
        <w:rPr>
          <w:b w:val="0"/>
          <w:i w:val="0"/>
        </w:rPr>
        <w:br/>
        <w:t>source_url: "https://www.ourdogs.co.uk/members/breednotes/RetrieverLabradorMain.php"</w:t>
      </w:r>
      <w:r>
        <w:br/>
      </w:r>
      <w:r>
        <w:rPr>
          <w:b w:val="0"/>
          <w:i w:val="0"/>
        </w:rPr>
        <w:br/>
        <w:t>scraped_at: "2026-09-13T15:12:27"</w:t>
      </w:r>
      <w:r>
        <w:br/>
      </w:r>
      <w:r>
        <w:rPr>
          <w:b w:val="0"/>
          <w:i w:val="0"/>
        </w:rPr>
        <w:br/>
        <w:t>word_count: 638</w:t>
      </w:r>
    </w:p>
    <w:p>
      <w:r>
        <w:t>――――――――――――――――――――――――――――――</w:t>
      </w:r>
    </w:p>
    <w:p>
      <w:r>
        <w:rPr>
          <w:b w:val="0"/>
          <w:i w:val="0"/>
        </w:rPr>
        <w:t>NEWS MEMBERS' AREA SHOP SUBSCRIBE UPCOMING SHOWS MORE</w:t>
      </w:r>
    </w:p>
    <w:p>
      <w:r>
        <w:rPr>
          <w:b w:val="0"/>
          <w:i w:val="0"/>
        </w:rPr>
        <w:t>RETRIEVER LABRADOR</w:t>
      </w:r>
    </w:p>
    <w:p>
      <w:r>
        <w:rPr>
          <w:b w:val="0"/>
          <w:i w:val="0"/>
        </w:rPr>
        <w:t>Issue: 22/04/2022</w:t>
      </w:r>
    </w:p>
    <w:p>
      <w:r>
        <w:rPr>
          <w:b w:val="0"/>
          <w:i w:val="0"/>
        </w:rPr>
        <w:t>Crufts 2023 qualifications for entry of dogs. Crufts 2023 will take place on the 9 Ã¢â‚¬â€œ 12 March at The NEC, Birmingham. Groups are scheduled as follows:</w:t>
      </w:r>
    </w:p>
    <w:p>
      <w:r>
        <w:rPr>
          <w:b w:val="0"/>
          <w:i w:val="0"/>
        </w:rPr>
        <w:t>Thursday 9 March Ã¢â‚¬â€œ Gundog, Friday 10 March  Ã¢â‚¬â€œ Working &amp; Pastoral, Saturday 11 March  Ã¢â‚¬â€œ Terrier &amp; Hound, Sunday 12 March   Ã¢â‚¬â€œ Utility &amp; Toy</w:t>
      </w:r>
    </w:p>
    <w:p>
      <w:r>
        <w:rPr>
          <w:b w:val="0"/>
          <w:i w:val="0"/>
        </w:rPr>
        <w:t xml:space="preserve">Qualifications are unchanged from the 2022 show with the addition of Bavarian Mountain Dogs who will have their own classes for the first time. Dogs will also be able to qualify for Crufts 2023 by winning Ã¢â‚¬ËœBest PuppyÃ¢â‚¬â„¢ and Ã¢â‚¬ËœBest of BreedÃ¢â‚¬â„¢ at a Championship Show for non Challenge Certificate and Import Register breeds. </w:t>
      </w:r>
    </w:p>
    <w:p>
      <w:r>
        <w:rPr>
          <w:b w:val="0"/>
          <w:i w:val="0"/>
        </w:rPr>
        <w:t xml:space="preserve">More information on Crufts 2023 will be available in due course. </w:t>
      </w:r>
    </w:p>
    <w:p>
      <w:r>
        <w:rPr>
          <w:b w:val="0"/>
          <w:i w:val="0"/>
        </w:rPr>
        <w:t>THE FOLLOWING ARE THE QUALIFICATIONS A DOG MUST HAVE FOR ENTRY AT CRUFTS 2023.</w:t>
      </w:r>
    </w:p>
    <w:p>
      <w:r>
        <w:rPr>
          <w:b w:val="0"/>
          <w:i w:val="0"/>
        </w:rPr>
        <w:t xml:space="preserve">ENTRY IN BREED CLASSES AT CRUFTS 2023, WHERE CHALLENGE CERTIFICATES ARE OFFERED. </w:t>
      </w:r>
    </w:p>
    <w:p>
      <w:r>
        <w:rPr>
          <w:b w:val="0"/>
          <w:i w:val="0"/>
        </w:rPr>
        <w:t>A dog is eligible for entry in breed classes where Challenge Certificates are offered if it has qualified in any of the following ways under the rules and regulations of The Kennel Club.</w:t>
      </w:r>
    </w:p>
    <w:p>
      <w:r>
        <w:rPr>
          <w:b w:val="0"/>
          <w:i w:val="0"/>
        </w:rPr>
        <w:t>(1) If it is a Champion, Show Champion, Field Trial Champion, Working Trial Champion, Obedience Champion or Agility Champion under the rules of The Kennel Club.</w:t>
      </w:r>
    </w:p>
    <w:p>
      <w:r>
        <w:rPr>
          <w:b w:val="0"/>
          <w:i w:val="0"/>
        </w:rPr>
        <w:t>(2) If it is entered in The Kennel Club Stud Book, or qualifies for entry in The Kennel Club Stud Book by 23 January 2023.</w:t>
      </w:r>
    </w:p>
    <w:p>
      <w:r>
        <w:rPr>
          <w:b w:val="0"/>
          <w:i w:val="0"/>
        </w:rPr>
        <w:t xml:space="preserve">(3) If it is entered in The Kennel Club Stud Book, or qualifies for entry in The Kennel Club Stud Book by 23 January 2023through Field Trials or Working Trials.     </w:t>
      </w:r>
    </w:p>
    <w:p>
      <w:r>
        <w:rPr>
          <w:b w:val="0"/>
          <w:i w:val="0"/>
        </w:rPr>
        <w:t>(4) If it has won any of the following prizes in a breed class (as defined in The Kennel Club regulations for the Definitions of Classes at Championship Shows) at a championship show, where Challenge Certificates were offered for the breed between 24 January 2022 and 23 January 2023.</w:t>
      </w:r>
    </w:p>
    <w:p>
      <w:r>
        <w:rPr>
          <w:b w:val="0"/>
          <w:i w:val="0"/>
        </w:rPr>
        <w:t>First, Second or Third in Minor Puppy Class</w:t>
      </w:r>
    </w:p>
    <w:p>
      <w:r>
        <w:rPr>
          <w:b w:val="0"/>
          <w:i w:val="0"/>
        </w:rPr>
        <w:t>First, Second or Third in Puppy Class</w:t>
      </w:r>
    </w:p>
    <w:p>
      <w:r>
        <w:rPr>
          <w:b w:val="0"/>
          <w:i w:val="0"/>
        </w:rPr>
        <w:t>First, Second or Third in Junior Class</w:t>
      </w:r>
    </w:p>
    <w:p>
      <w:r>
        <w:rPr>
          <w:b w:val="0"/>
          <w:i w:val="0"/>
        </w:rPr>
        <w:t>First, Second or Third in Yearling Class</w:t>
      </w:r>
    </w:p>
    <w:p>
      <w:r>
        <w:rPr>
          <w:b w:val="0"/>
          <w:i w:val="0"/>
        </w:rPr>
        <w:t>First, Second or Third in Novice Class</w:t>
      </w:r>
    </w:p>
    <w:p>
      <w:r>
        <w:rPr>
          <w:b w:val="0"/>
          <w:i w:val="0"/>
        </w:rPr>
        <w:t>First, Second or Third in Graduate Class</w:t>
      </w:r>
    </w:p>
    <w:p>
      <w:r>
        <w:rPr>
          <w:b w:val="0"/>
          <w:i w:val="0"/>
        </w:rPr>
        <w:t>First, Second or Third in Post Graduate Class</w:t>
      </w:r>
    </w:p>
    <w:p>
      <w:r>
        <w:rPr>
          <w:b w:val="0"/>
          <w:i w:val="0"/>
        </w:rPr>
        <w:t>First, Second or Third in Limit Class</w:t>
      </w:r>
    </w:p>
    <w:p>
      <w:r>
        <w:rPr>
          <w:b w:val="0"/>
          <w:i w:val="0"/>
        </w:rPr>
        <w:t>First, Second or Third in Open Class</w:t>
      </w:r>
    </w:p>
    <w:p>
      <w:r>
        <w:rPr>
          <w:b w:val="0"/>
          <w:i w:val="0"/>
        </w:rPr>
        <w:t>First, Second or Third in Veteran Class</w:t>
      </w:r>
    </w:p>
    <w:p>
      <w:r>
        <w:rPr>
          <w:b w:val="0"/>
          <w:i w:val="0"/>
        </w:rPr>
        <w:t>(5)   If it has won a First Prize in any breed class at Crufts 2022.  (NB This is in addition to those dogs which have qualified in classes listed under a. (4) above).</w:t>
      </w:r>
    </w:p>
    <w:p>
      <w:r>
        <w:rPr>
          <w:b w:val="0"/>
          <w:i w:val="0"/>
        </w:rPr>
        <w:t xml:space="preserve">(6)   If a Beagle, has won a First Prize at a Hound Show between 24 January 2022 and 23 January 2023 held under the Rules and Regulations of the Masters of Harriers and Beagles Association.                    </w:t>
      </w:r>
    </w:p>
    <w:p>
      <w:r>
        <w:rPr>
          <w:b w:val="0"/>
          <w:i w:val="0"/>
        </w:rPr>
        <w:t>(7) If it has been placed 1st Ã¢â‚¬â€œ 4th in each Group or 1st Ã¢â‚¬â€œ 4th in each Puppy Group at a Premier Open Show held on the Group system between 24 January 2022 and 23 January 2023.</w:t>
      </w:r>
    </w:p>
    <w:p>
      <w:r>
        <w:rPr>
          <w:b w:val="0"/>
          <w:i w:val="0"/>
        </w:rPr>
        <w:t>(8)  If it has won Best in Show, Reserve Best in Show or Best Puppy in Show at a General or Group Open Show between 24 January 2022 and 23 January 2023.</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