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- 06/02/2015 - ISSUE"</w:t>
      </w:r>
      <w:r>
        <w:br/>
      </w:r>
      <w:r>
        <w:rPr>
          <w:b w:val="0"/>
          <w:i w:val="0"/>
        </w:rPr>
        <w:br/>
        <w:t>date_original: "06/02/2015 - ISSUE"</w:t>
      </w:r>
      <w:r>
        <w:br/>
      </w:r>
      <w:r>
        <w:rPr>
          <w:b w:val="0"/>
          <w:i w:val="0"/>
        </w:rPr>
        <w:br/>
        <w:t>source_url: "https://www.ourdogs.co.uk/members/breednotes/RetrieverLabradorMain.php"</w:t>
      </w:r>
      <w:r>
        <w:br/>
      </w:r>
      <w:r>
        <w:rPr>
          <w:b w:val="0"/>
          <w:i w:val="0"/>
        </w:rPr>
        <w:br/>
        <w:t>scraped_at: "2026-09-13T15:32:18"</w:t>
      </w:r>
      <w:r>
        <w:br/>
      </w:r>
      <w:r>
        <w:rPr>
          <w:b w:val="0"/>
          <w:i w:val="0"/>
        </w:rPr>
        <w:br/>
        <w:t>word_count: 638</w:t>
      </w:r>
    </w:p>
    <w:p>
      <w:r>
        <w:t>――――――――――――――――――――――――――――――</w:t>
      </w:r>
    </w:p>
    <w:p>
      <w:r>
        <w:rPr>
          <w:b w:val="0"/>
          <w:i w:val="0"/>
        </w:rPr>
        <w:t>NEWS MEMBERS' AREA SHOP SUBSCRIBE UPCOMING SHOWS MORE</w:t>
      </w:r>
    </w:p>
    <w:p>
      <w:r>
        <w:rPr>
          <w:b w:val="0"/>
          <w:i w:val="0"/>
        </w:rPr>
        <w:t>RETRIEVER LABRADOR</w:t>
      </w:r>
    </w:p>
    <w:p>
      <w:r>
        <w:rPr>
          <w:b w:val="0"/>
          <w:i w:val="0"/>
        </w:rPr>
        <w:t>Issue: 06/02/2015</w:t>
      </w:r>
    </w:p>
    <w:p>
      <w:r>
        <w:rPr>
          <w:b w:val="0"/>
          <w:i w:val="0"/>
        </w:rPr>
        <w:t>For those who like a bargain, a reminder that early-bird entries for the first outdoor show of the year WELKS, made from now until 4th March 2015 will be reduced by Â£3 to just Â£23 per dog.  After 4th March entries will rise to the normal fee of Â£26 for each dog with second entries at Â£4 for each dog. The closing date for the bargain rate of Â£23 is 4th March and the normal rate will run from then until the final postal closing date on 11th March (postmark) and on line closing date, via Fosse Data, of midnight on Thursday 19th March . The show runs from 24th April to 26th April and these closing dates cannot be extended.</w:t>
      </w:r>
    </w:p>
    <w:p>
      <w:r>
        <w:rPr>
          <w:b w:val="0"/>
          <w:i w:val="0"/>
        </w:rPr>
        <w:t>The Labrador judge at WELKS for dogs and bitches is Mrs Angela Williams.</w:t>
      </w:r>
    </w:p>
    <w:p>
      <w:r>
        <w:rPr>
          <w:b w:val="0"/>
          <w:i w:val="0"/>
        </w:rPr>
        <w:t>David Coode rang with news of another Warringah bitch achieving her Show Gundog Working certificate. This time his black bitch Warringah's Gurley was the successful one. I gather all eight Labradors in David's kennel now have their SGWCs. A great achievement.</w:t>
      </w:r>
    </w:p>
    <w:p>
      <w:r>
        <w:rPr>
          <w:b w:val="0"/>
          <w:i w:val="0"/>
        </w:rPr>
        <w:t>Well done.</w:t>
      </w:r>
    </w:p>
    <w:p>
      <w:r>
        <w:rPr>
          <w:b w:val="0"/>
          <w:i w:val="0"/>
        </w:rPr>
        <w:t>Amazingly well done, Shaun Williamson! He nobly took the pledge of no alcohol for the whole chilly month of January and well exceeded his Â£500 target, raising just short of Â£1000 in sponsorship donations through his Just Giving Dryathlon page for Cancer Research UK.</w:t>
      </w:r>
    </w:p>
    <w:p>
      <w:r>
        <w:rPr>
          <w:b w:val="0"/>
          <w:i w:val="0"/>
        </w:rPr>
        <w:t>With so many of his positively spoken Labrador pals sponsoring him and keeping an eagle eye on him, the poor soul wouldn't have dared take a drop, but very well done; a great achievement.</w:t>
      </w:r>
    </w:p>
    <w:p>
      <w:r>
        <w:rPr>
          <w:b w:val="0"/>
          <w:i w:val="0"/>
        </w:rPr>
        <w:t>I am sure Shaun would still like to hear from anyone who wishes to donate further.</w:t>
      </w:r>
    </w:p>
    <w:p>
      <w:r>
        <w:rPr>
          <w:b w:val="0"/>
          <w:i w:val="0"/>
        </w:rPr>
        <w:t xml:space="preserve">I do hate cleaning shoes but living where I do they get very muddy, very quickly; the dogs seem to delight in treading on my feet every time they come from the soggy garden, through the back stable door into the house.  </w:t>
      </w:r>
    </w:p>
    <w:p>
      <w:r>
        <w:rPr>
          <w:b w:val="0"/>
          <w:i w:val="0"/>
        </w:rPr>
        <w:t xml:space="preserve">The shoes get covered in our county's well known, highly adhesive Herefordshire red clay.  </w:t>
      </w:r>
    </w:p>
    <w:p>
      <w:r>
        <w:rPr>
          <w:b w:val="0"/>
          <w:i w:val="0"/>
        </w:rPr>
        <w:t xml:space="preserve">Because of my aversion to cleaning shoes, I have a system. I wear several different pairs of shoes during any week.  </w:t>
      </w:r>
    </w:p>
    <w:p>
      <w:r>
        <w:rPr>
          <w:b w:val="0"/>
          <w:i w:val="0"/>
        </w:rPr>
        <w:t xml:space="preserve">They start off bright, shiny and clean and as each pair gets muddy they go in the shoe cleaning "pending" box. Then, every so often I have a dedicated shoe cleaning morning.  </w:t>
      </w:r>
    </w:p>
    <w:p>
      <w:r>
        <w:rPr>
          <w:b w:val="0"/>
          <w:i w:val="0"/>
        </w:rPr>
        <w:t xml:space="preserve">During last week I had the shoe cleaning day. I washed and scrubbed off the mud and left the pairs of shoes on the very back of the worktop in the dog room, to let the leather dry before applying gleaming polish.  </w:t>
      </w:r>
    </w:p>
    <w:p>
      <w:r>
        <w:rPr>
          <w:b w:val="0"/>
          <w:i w:val="0"/>
        </w:rPr>
        <w:t xml:space="preserve">I failed to notice that fourteen month old, Ginnie, who is normally outside in the kennel run, had sneaked indoors and was curled up, having a quiet snooze in the same dog room.  </w:t>
      </w:r>
    </w:p>
    <w:p>
      <w:r>
        <w:rPr>
          <w:b w:val="0"/>
          <w:i w:val="0"/>
        </w:rPr>
        <w:t>You can probably guess the rest! Once I had gone, she woke up and spied the shoes! "Ah, abandoned Best Tasty Leather!"</w:t>
      </w:r>
    </w:p>
    <w:p>
      <w:r>
        <w:rPr>
          <w:b w:val="0"/>
          <w:i w:val="0"/>
        </w:rPr>
        <w:t>There are now far fewer shoes to clean in future as they were "rescued" from the worktop and trashed!</w:t>
      </w:r>
    </w:p>
    <w:p>
      <w:r>
        <w:rPr>
          <w:b w:val="0"/>
          <w:i w:val="0"/>
        </w:rPr>
        <w:t xml:space="preserve">I seem to recall late husband Georges words, "why do you leave shoes around with all these dogs? You know they will eat them!"  </w:t>
      </w:r>
    </w:p>
    <w:p>
      <w:r>
        <w:rPr>
          <w:b w:val="0"/>
          <w:i w:val="0"/>
        </w:rPr>
        <w:t xml:space="preserve">Yes. I do and one day I promise I will remember!  </w:t>
      </w:r>
    </w:p>
    <w:p>
      <w:r>
        <w:rPr>
          <w:b w:val="0"/>
          <w:i w:val="0"/>
        </w:rPr>
        <w:t>Ann Britton</w:t>
      </w:r>
    </w:p>
    <w:p>
      <w:r>
        <w:rPr>
          <w:b w:val="0"/>
          <w:i w:val="0"/>
        </w:rPr>
        <w:t>01989720665</w:t>
      </w:r>
    </w:p>
    <w:p>
      <w:r>
        <w:rPr>
          <w:b w:val="0"/>
          <w:i w:val="0"/>
        </w:rPr>
        <w:t>emailbowstones@btinternet.com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