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- 28 Apr 2005"</w:t>
      </w:r>
      <w:r>
        <w:br/>
      </w:r>
      <w:r>
        <w:rPr>
          <w:b w:val="0"/>
          <w:i w:val="0"/>
        </w:rPr>
        <w:br/>
        <w:t>date_original: "28 Apr 2005"</w:t>
      </w:r>
      <w:r>
        <w:br/>
      </w:r>
      <w:r>
        <w:rPr>
          <w:b w:val="0"/>
          <w:i w:val="0"/>
        </w:rPr>
        <w:br/>
        <w:t>source_url: "https://www.ourdogs.co.uk/members/breednotes/2005/RetrieverLabrador/RetrieverLabrador-apr28.htm"</w:t>
      </w:r>
      <w:r>
        <w:br/>
      </w:r>
      <w:r>
        <w:rPr>
          <w:b w:val="0"/>
          <w:i w:val="0"/>
        </w:rPr>
        <w:br/>
        <w:t>archive_type: "static_html"</w:t>
      </w:r>
      <w:r>
        <w:br/>
      </w:r>
      <w:r>
        <w:rPr>
          <w:b w:val="0"/>
          <w:i w:val="0"/>
        </w:rPr>
        <w:br/>
        <w:t>scraped_at: "2026-09-13T22:11:20"</w:t>
      </w:r>
      <w:r>
        <w:br/>
      </w:r>
      <w:r>
        <w:rPr>
          <w:b w:val="0"/>
          <w:i w:val="0"/>
        </w:rPr>
        <w:br/>
        <w:t>word_count: 1092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\Richard Edwards’ long awaited history of the Sandylands kennel is now available. The beautifully illustrated book, a limited edition, which I have reviewed elsewhere in the paper, is a joy to read and a must for every Labrador owner interested in the development of our breed. It can be obtained by post in the UK only, from the author, Richard Edwards, 3 Windsor Road, Abergavenny, Monmouthshire, NP7 7BB for £18.50 inclusive of post and packing.</w:t>
      </w:r>
    </w:p>
    <w:p>
      <w:r>
        <w:rPr>
          <w:b w:val="0"/>
          <w:i w:val="0"/>
        </w:rPr>
        <w:t>I was sad to hear from David Wilmshurst that he had lost his lovely black bitch Ch Mandamay Bric-A-Brac at 15 years of age. As a youngster she regularly picked on the local shoot and over the years won 3CCs and 8RCCs plus her Working Certificate. She was a favourite in the Veteran classes at Championship Shows where she commanded the ring like a two year old, denying, in true female fashion, her advancing years. She certainly was a super trouper and will be fondly remembered! Our thoughts are with you, Dave.</w:t>
      </w:r>
    </w:p>
    <w:p>
      <w:r>
        <w:rPr>
          <w:b w:val="0"/>
          <w:i w:val="0"/>
        </w:rPr>
        <w:t>With reference to the recent notes where I wrote regarding giving 2 tablespoons of sieved or liquidised spinach to itchy dogs, who suffer from house dust mite allergy, from further chats on the subject, I now gather the very best result of all is obtained, not from the tinned or frozen spinach I recommended , which certainly does work, but from liquidised FRESH spinach mixed with a few drops of water. Hopefully, in a few weeks time I will be getting lots of replies from those of you who have found this recommendation a success, which I am assured you will.</w:t>
      </w:r>
      <w:r>
        <w:br/>
      </w:r>
      <w:r>
        <w:rPr>
          <w:b w:val="0"/>
          <w:i w:val="0"/>
        </w:rPr>
        <w:br/>
        <w:t>There will be daily eye testing sessions, for entered dogs only, at the forthcoming Birmingham National Dog Show, Staffordshire County Showground, Weston Road, Stafford on Thursday 5th – Sunday 8th May.</w:t>
      </w:r>
    </w:p>
    <w:p>
      <w:r>
        <w:rPr>
          <w:b w:val="0"/>
          <w:i w:val="0"/>
        </w:rPr>
        <w:t>John Goodyear BVMS, CertVOpthal MRCVS will be holding the eye-testing sessions from 10am until 4pm each day. The testing clinic will be situated in the room off the main entrance foyer of Bingley Hall. Please remember to bring your KC registration documents. As the eye clinic will be held within the precincts of the show, only dogs entered at the show, including not for competition, may be tested on this occasion.</w:t>
      </w:r>
    </w:p>
    <w:p>
      <w:r>
        <w:rPr>
          <w:b w:val="0"/>
          <w:i w:val="0"/>
        </w:rPr>
        <w:t>Midland Counties Labrador Club held their Championship Show at Stafford. The judges were Mrs Lynn Minchella (Dogs) and Mr David Hopkinson (Bitches). The Referee was Frank Whitbread. There was a joint entry of 337 dogs.</w:t>
      </w:r>
    </w:p>
    <w:p>
      <w:r>
        <w:rPr>
          <w:b w:val="0"/>
          <w:i w:val="0"/>
        </w:rPr>
        <w:t>The Dog CC and Best in Show on the referee’s decision was Margaret and Andrew Brown’s black, Sudeo Chevalier of Ramsayville (Int. Fr Ch. Sh.Ch Ole xWynfaul Lucky Penny at Sudeo) winning his 1st CC on the day. The Dog RCC went to another black, Mrs A J Beckley’s Godruo Sisugref (Sh Ch Naiken Kris x Brigburn Ziegfeld Folly at Godruo).</w:t>
      </w:r>
    </w:p>
    <w:p>
      <w:r>
        <w:rPr>
          <w:b w:val="0"/>
          <w:i w:val="0"/>
        </w:rPr>
        <w:t>The Bitch CC was won by Chris Bailiss’s yellow, Sh Ch Tissalian Oh Sanchia, (Rocheby Old Smokey x Tissalian Winter Madness) and the Bitch RCC went to Miss P Teasdale’s black, Sh Ch Pendaby Coral Bay (Rocheby Sailing By x Rocheby Flower Posy). The lunchtime Junior Handling classes, judged by Anthony Allen were a delight to watch, with enthusiastic young handlers putting on a really good performance. It was lovely to see another young “Wiles” stepping onto the dog showing stage for the very first time, too.</w:t>
      </w:r>
    </w:p>
    <w:p>
      <w:r>
        <w:rPr>
          <w:b w:val="0"/>
          <w:i w:val="0"/>
        </w:rPr>
        <w:t>Sadly I have no record of who went Best Puppy in Show. Once again a reminder, if you wish your wins to be recorded in the notes, please let me have them, as others do, either by phone or email as soon as possible after the event.</w:t>
      </w:r>
    </w:p>
    <w:p>
      <w:r>
        <w:rPr>
          <w:b w:val="0"/>
          <w:i w:val="0"/>
        </w:rPr>
        <w:t>I had a call from a lady whose 70year old father had just lost his 16 year old companion Lab and is very much in need of another one, but not a youngster. Should anyone have an older bitch who might be suitable and who would enjoy a kind home and a comfortable fireside, I have the contact number.</w:t>
      </w:r>
    </w:p>
    <w:p>
      <w:r>
        <w:rPr>
          <w:b w:val="0"/>
          <w:i w:val="0"/>
        </w:rPr>
        <w:t>There are a few judges names coming through for next year’s shows, as follows. Lab Club of Wales - Anthony Allen (D) and Richard Stafford (B). KSSLRC - Mark Rawlinson (D) and Mrs CM Wilkins (B). Lab Club of N Ireland - M Litherland.The Labrador Club - Mrs Sheelin Cuthbert (D) and Miss Mary Cox (B). Northumberland and Durham - Mrs M Brown (D) and Miss C Morton (B).</w:t>
      </w:r>
      <w:r>
        <w:br/>
      </w:r>
      <w:r>
        <w:rPr>
          <w:b w:val="0"/>
          <w:i w:val="0"/>
        </w:rPr>
        <w:br/>
        <w:t>Ann Britton</w:t>
      </w:r>
      <w:r>
        <w:br/>
      </w:r>
      <w:r>
        <w:rPr>
          <w:b w:val="0"/>
          <w:i w:val="0"/>
        </w:rPr>
        <w:br/>
        <w:t>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