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- 04/04/2025 - ISSUE"</w:t>
      </w:r>
      <w:r>
        <w:br/>
      </w:r>
      <w:r>
        <w:rPr>
          <w:b w:val="0"/>
          <w:i w:val="0"/>
        </w:rPr>
        <w:br/>
        <w:t>date_original: "04/04/2025 - ISSUE"</w:t>
      </w:r>
      <w:r>
        <w:br/>
      </w:r>
      <w:r>
        <w:rPr>
          <w:b w:val="0"/>
          <w:i w:val="0"/>
        </w:rPr>
        <w:br/>
        <w:t>source_url: "https://www.ourdogs.co.uk/members/breednotes/RetrieverLabradorMain.php"</w:t>
      </w:r>
      <w:r>
        <w:br/>
      </w:r>
      <w:r>
        <w:rPr>
          <w:b w:val="0"/>
          <w:i w:val="0"/>
        </w:rPr>
        <w:br/>
        <w:t>scraped_at: "2026-09-13T15:06:03"</w:t>
      </w:r>
      <w:r>
        <w:br/>
      </w:r>
      <w:r>
        <w:rPr>
          <w:b w:val="0"/>
          <w:i w:val="0"/>
        </w:rPr>
        <w:br/>
        <w:t>word_count: 333</w:t>
      </w:r>
    </w:p>
    <w:p>
      <w:r>
        <w:t>――――――――――――――――――――――――――――――</w:t>
      </w:r>
    </w:p>
    <w:p>
      <w:r>
        <w:rPr>
          <w:b w:val="0"/>
          <w:i w:val="0"/>
        </w:rPr>
        <w:t>NEWS MEMBERS' AREA SHOP SUBSCRIBE UPCOMING SHOWS MORE</w:t>
      </w:r>
    </w:p>
    <w:p>
      <w:r>
        <w:rPr>
          <w:b w:val="0"/>
          <w:i w:val="0"/>
        </w:rPr>
        <w:t>RETRIEVER LABRADOR</w:t>
      </w:r>
    </w:p>
    <w:p>
      <w:r>
        <w:rPr>
          <w:b w:val="0"/>
          <w:i w:val="0"/>
        </w:rPr>
        <w:t>Issue: 04/04/2025</w:t>
      </w:r>
    </w:p>
    <w:p>
      <w:r>
        <w:rPr>
          <w:b w:val="0"/>
          <w:i w:val="0"/>
        </w:rPr>
        <w:t>The Yellow Lab Club held their Open show for yellow Labradors only, midweek at a new venue which appears to have been very popular. The results were Best Bitch and Best  in Show was David Coodeâ€˜s Ch  Warringahs Pippingara JW SGWC. Reserve Best Bitch and Reserve Best in Show was Ryan Ennis Holden and Philip Lammens  Stand by me of Misty Dreams (imp Fra). Best Dog and Best Opposite Sex was Lynda Harvey Majors Just the Joker in Linjor JW. Reserve Best Dog in show was Ryan Ellis Holdenâ€˜s Devonshires Yellowstone at Mariank (imp USA). Best Puppy in Show was Sheila Waltonâ€˜s bitch Gallybob  Whoops a Daisy.</w:t>
      </w:r>
    </w:p>
    <w:p>
      <w:r>
        <w:rPr>
          <w:b w:val="0"/>
          <w:i w:val="0"/>
        </w:rPr>
        <w:t>Mandy  Deane writes â€œAt the end of July we are raising money for the charity called â€˜Race against Dementiaâ€™, we have done this a few times over the years.  We go to a campsite over 3/4 days and raise money by having an auction, tombola, bingo, raffle etc.  Last year we raised just over Â£28,000 and hope we can beat that this year.  I have volunteered to do a pet show and wondered if anyone can donate rosettes/prize cards, doggy bags, exhibitor numbers or anything for the auction/tombola that you no longer want. If you do have anything I will be at Midland Counties champ show in April. Anything will be appreciated to raise funds for this horrible disease.  Many thanksâ€</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