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- 12/04/2002"</w:t>
      </w:r>
      <w:r>
        <w:br/>
      </w:r>
      <w:r>
        <w:rPr>
          <w:b w:val="0"/>
          <w:i w:val="0"/>
        </w:rPr>
        <w:br/>
        <w:t>date_original: "12/04/2002"</w:t>
      </w:r>
      <w:r>
        <w:br/>
      </w:r>
      <w:r>
        <w:rPr>
          <w:b w:val="0"/>
          <w:i w:val="0"/>
        </w:rPr>
        <w:br/>
        <w:t>source_url: "https://www.ourdogs.co.uk/members/breednotes/2002/RetrieverLabrador/April2002/RetrieverLabrador120402.htm"</w:t>
      </w:r>
      <w:r>
        <w:br/>
      </w:r>
      <w:r>
        <w:rPr>
          <w:b w:val="0"/>
          <w:i w:val="0"/>
        </w:rPr>
        <w:br/>
        <w:t>archive_type: "static_html"</w:t>
      </w:r>
      <w:r>
        <w:br/>
      </w:r>
      <w:r>
        <w:rPr>
          <w:b w:val="0"/>
          <w:i w:val="0"/>
        </w:rPr>
        <w:br/>
        <w:t>scraped_at: "2026-09-13T22:17:52"</w:t>
      </w:r>
      <w:r>
        <w:br/>
      </w:r>
      <w:r>
        <w:rPr>
          <w:b w:val="0"/>
          <w:i w:val="0"/>
        </w:rPr>
        <w:br/>
        <w:t>word_count: 929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Still under the weather with a chest infection, I missed the Yellow Labrador Club Open Show at Southam where the judge was Mrs Patsy Hollings, breeder and exhibitor of the world famous Gunalt Weimaraners.This show is open to yellow Labradors only. Best in Show was won by Peggy Raes Sh Ch Marmaduke Maximus at Cornlands, Best Opposite Sex was Carole Coodes Ch Warringahs Bungle Bungle and Best Puppy in Show Mr and Mrs McLellan’s dog Saranden Saboteur.</w:t>
      </w:r>
    </w:p>
    <w:p>
      <w:r>
        <w:rPr>
          <w:b w:val="0"/>
          <w:i w:val="0"/>
        </w:rPr>
        <w:t>My apologies to the Ellis family of the Dolwen Labradors. On the day I wrote up the results of Three Ridings LRC Ch Show, my brain must have been under the influence of too much Benelyn cough mixture. The correct result is, of course, the RCC was won by the yellow dog Dolwen Francis Henry JW, whose name under normal conditions I know full well.</w:t>
      </w:r>
    </w:p>
    <w:p>
      <w:r>
        <w:rPr>
          <w:b w:val="0"/>
          <w:i w:val="0"/>
        </w:rPr>
        <w:t>Unfortunately my auto pilot appears to have gone back in time and recalled the Ellis’ other lovely yellow dog, so tragically lost at no age at all, having previously won 2CCs. Good luck with Francis Henry and my profuse apologies.</w:t>
      </w:r>
    </w:p>
    <w:p>
      <w:r>
        <w:rPr>
          <w:b w:val="0"/>
          <w:i w:val="0"/>
        </w:rPr>
        <w:t>Kent Surrey and Sussex Lab Club Ch Show 2002 will be a day to remember for Audrey Hallum, for this was the day she made up her first Labrador Show Champion, the black bitch Keenes Pride and Prejudice ( Sh Ch Cambremer Tom Sawyer ex Keenes Surprise Surprise), who won her third CC under judge Jenny Green. Many Congratulations. Just to add gilt to the gingerbread Pride and Prejudice then went Best in Show with the agreement of dog judge Sheila Wallington.</w:t>
      </w:r>
    </w:p>
    <w:p>
      <w:r>
        <w:rPr>
          <w:b w:val="0"/>
          <w:i w:val="0"/>
        </w:rPr>
        <w:t>The Res Bitch CC was won by Lynne Minchellas black Abbeystead Rhyme (Rocheby Old Smokey ex Abbeystead Drama). Lynne is certainly on a roll at the moment having won the CC and Best in Show at Three Ridings LRC with her other young black bitch Abbeystead Tranquill only the previous weekend.</w:t>
      </w:r>
    </w:p>
    <w:p>
      <w:r>
        <w:rPr>
          <w:b w:val="0"/>
          <w:i w:val="0"/>
        </w:rPr>
        <w:t>The dog CC was won by Clive Margerrisons Ch Marfell Seafarer, with the Res CC going to Leigh Lesleys black dog Steeleigh Worth a Gamble (Steeleigh Black Magic ex Steeleigh Simply Classic). I am sure Leigh was over the moon with this win, well done.</w:t>
      </w:r>
    </w:p>
    <w:p>
      <w:r>
        <w:rPr>
          <w:b w:val="0"/>
          <w:i w:val="0"/>
        </w:rPr>
        <w:t>Congratulations go to Joy Venturi Rose and husband Chris, who have had a lovely Easter weekend with their 8 month old black dog puppy Southridge Ajax of Leospring (Augustus Tuplady of Leospring ex Southridge Zest) . Ajax won Minor Puppy Dog and Best Minor Puppy in Show at Kent Surrey and Sussex Lab Club Ch Show on Saturday 30th March under Sheila Wallington and Jenny Green and then on Easter Monday, two days later, he went Best Puppy in Breed at Hampshire Gundog Show under Alan Davey (Clanfield) and later on Best in Show and Best Puppy in Show under Mr Osbourne (Beaters). No mean feat for any Labrador, let alone an 8 month old puppy. Didnt he do well!</w:t>
      </w:r>
    </w:p>
    <w:p>
      <w:r>
        <w:rPr>
          <w:b w:val="0"/>
          <w:i w:val="0"/>
        </w:rPr>
        <w:t>Ajax’s dam, Southridge Zest is by Ch Brigburn Zenny out of a bitch with Ch Abbeystead Herons Court and Fabracken show/working lines behind her.</w:t>
      </w:r>
    </w:p>
    <w:p>
      <w:r>
        <w:rPr>
          <w:b w:val="0"/>
          <w:i w:val="0"/>
        </w:rPr>
        <w:t>At both of the above shows Oakingham Monarch of Leospring (Ch Marfell Seafarer ex Oakingham Heidi Noon), bred by Annette Harrington, went Best Field Trial, having previously won 3rd at just two years of age at only his second field trial, the Utility Gundog Society Novice Field Trial in January 2002.</w:t>
      </w:r>
    </w:p>
    <w:p>
      <w:r>
        <w:rPr>
          <w:b w:val="0"/>
          <w:i w:val="0"/>
        </w:rPr>
        <w:t>Joy and Chris are certainly bringing out, with style, the dual purpose in their Labradors, very well done indeed.</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