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- 29 Jul 2005"</w:t>
      </w:r>
      <w:r>
        <w:br/>
      </w:r>
      <w:r>
        <w:rPr>
          <w:b w:val="0"/>
          <w:i w:val="0"/>
        </w:rPr>
        <w:br/>
        <w:t>date_original: "29 Jul 2005"</w:t>
      </w:r>
      <w:r>
        <w:br/>
      </w:r>
      <w:r>
        <w:rPr>
          <w:b w:val="0"/>
          <w:i w:val="0"/>
        </w:rPr>
        <w:br/>
        <w:t>source_url: "https://www.ourdogs.co.uk/members/breednotes/2005/RetrieverLabrador/RetrieverLabrador-jul29.htm"</w:t>
      </w:r>
      <w:r>
        <w:br/>
      </w:r>
      <w:r>
        <w:rPr>
          <w:b w:val="0"/>
          <w:i w:val="0"/>
        </w:rPr>
        <w:br/>
        <w:t>archive_type: "static_html"</w:t>
      </w:r>
      <w:r>
        <w:br/>
      </w:r>
      <w:r>
        <w:rPr>
          <w:b w:val="0"/>
          <w:i w:val="0"/>
        </w:rPr>
        <w:br/>
        <w:t>scraped_at: "2026-09-13T22:12:10"</w:t>
      </w:r>
      <w:r>
        <w:br/>
      </w:r>
      <w:r>
        <w:rPr>
          <w:b w:val="0"/>
          <w:i w:val="0"/>
        </w:rPr>
        <w:br/>
        <w:t>word_count: 1243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Paignton championship show is another very pleasant summer event, held in Crealy Park, just a couple of miles off the M5 near Exeter. The show always has a garden party atmosphere; the layout is spacious and all is relaxed and tranquil. More often than not the weather is good. In years gone by, once judging was complete, we would all gather in the sunshine, at the picnic tables outside the refreshment tent and indulge in a plate of strawberries and Devon cream, or a huge slice of very deep apple pie, once again, smothered in Devon cream. It was one of those nice little touches, which made Paignton Ch show so special. Sadly this tradition seems to have been abandoned by the present caterers. Greatly missed by many, I am sure that if they were to decide to reinstate the idea, it would be extremely well received at future shows!</w:t>
      </w:r>
    </w:p>
    <w:p>
      <w:r>
        <w:rPr>
          <w:b w:val="0"/>
          <w:i w:val="0"/>
        </w:rPr>
        <w:t>This year the showground looked a picture in the morning sun. Our usual split-level ring was neatly mown and there was plentiful seating for all. Our judges were Mervyn Reynolds (Dogs) and Margaret Grant (bitches). There was an entry of 199. The CC and Best of breed was won by a delighted Gary Johnson and his mother Jean, winning a first CC with their yellow dog, Cremino Cobweb JW ShCM (Sh Ch Rocheby Whisky Mac x Sh Ch Cremino Corniche) The Dog RCC was won by Vic and Janet Cole’s yellow, Sh Ch Stajantors Robin. The Bitch CC was a first for Penny Carpanini’s yellow Carpenny Annika (Sh Ch Carpenny Anchorman x CarpennyCoral), whilst the Bitch RCC was won by Marlene Hepper’s black, Mardas Sahara Silk (Brigburn Sedge x Mardas Café Noir). Best Puppy was the yellow bitch, belonging to Sue and Max Faulkner, Lewisan Lady Penelope, (Baileydale Bon Bon JW x Lewisan Lady Bee Good).</w:t>
      </w:r>
    </w:p>
    <w:p>
      <w:r>
        <w:rPr>
          <w:b w:val="0"/>
          <w:i w:val="0"/>
        </w:rPr>
        <w:t>Five days later we were all gathered together once more; this time at the mid-week East of England Ch Show, Peterborough. At this year’s show, on Gundog Day, the new access to the showground was not at all simple to find and the directional signage appeared incomplete at the most crucial of moments. Every single person I spoke to who came via Elton or the A1 had trouble locating the Dog Show Exhibitors’ car-park. I gather that someone had mischievously removed most of the directional road-signs for the car park. One Labrador lady told me that although she was staying at a local B and B, within one mile of the showground, she drove 13 miles trying to find the new entrance!</w:t>
      </w:r>
    </w:p>
    <w:p>
      <w:r>
        <w:rPr>
          <w:b w:val="0"/>
          <w:i w:val="0"/>
        </w:rPr>
        <w:t>Hopefully, next year the signage might perhaps be more vandal-proof or a location map provided in the schedule if it is not already? Other than that slight early morning hiccup, the show was really excellent. The sun shone, the temperature was perfect and the breeze a welcome relief after so many recent scorching days. The ring was under a lofty open sided pavilion, sitatued once again very close to our benching. This is yet another show which really looks after their exhibitor's needs.</w:t>
      </w:r>
    </w:p>
    <w:p>
      <w:r>
        <w:rPr>
          <w:b w:val="0"/>
          <w:i w:val="0"/>
        </w:rPr>
        <w:t>Our judges were Tom Grant (Dogs) and Dave Wilmshurst (Bitches). There was an entry of 236, a number sadly depleted due to a road accident, which apparently closed the M6 motorway for much of the morning, forcing several exhibitors to abandon their journey and turn back for home. Best of Breed was decided by the referee, Mrs Hilda Parkinson and went to the Dog CC winner, Mr and Mrs McLellan’s yellow, Sh Ch Saranden Saboteur JW. The Dog RCC was won by Linda Miles black, Llanstinan Llewelyn (Rockabee Blue Peter of Sandylands x Susan Said So of Llanstinan). In the bitch ring it was a crowning third CC for Linda and Alan Porter’s black, Lindall Double Blue (Rocheby Old Smokey x Lindall Decoupage). Many congratulations. The Bitch RCC was won by Sue Marskell’s black Berolee Moons Magic Star JW (Lembas to the Moon and Back x Berolee Black Magic). Best Puppy in Breed was Allenies Water Sprite for Darrobol owned by Mr and Mrs Ganney.</w:t>
      </w:r>
    </w:p>
    <w:p>
      <w:r>
        <w:rPr>
          <w:b w:val="0"/>
          <w:i w:val="0"/>
        </w:rPr>
        <w:t>Mairi Brown has sent in details of the recent Scottish Lab Club events. The Labrador Club Of Scotland held its Open Show on Sunday 5th June with judge Mr David Todd (Chataway). BIS &amp; Best Bitch was Mary McCulloch</w:t>
      </w:r>
      <w:r>
        <w:rPr>
          <w:rFonts w:ascii="Consolas" w:hAnsi="Consolas"/>
          <w:b w:val="0"/>
          <w:i w:val="0"/>
          <w:sz w:val="19"/>
        </w:rPr>
        <w:t>s Frewlings Four Leaf Clover JW (Nor Ch Birchbrook Barley Wine Of Charway/Frewlings Firth). Reserve BIS &amp; Reserve Best Bitch was Linda McGillivray</w:t>
      </w:r>
      <w:r>
        <w:rPr>
          <w:b w:val="0"/>
          <w:i w:val="0"/>
        </w:rPr>
        <w:t>s Antonine Allure (Ramsayville Route Sixty Six JW/Trailblazer Of Antonine) Best Dog &amp; Best Veteran was Trisha &amp; Billy Gartland</w:t>
      </w:r>
      <w:r>
        <w:rPr>
          <w:rFonts w:ascii="Consolas" w:hAnsi="Consolas"/>
          <w:b w:val="0"/>
          <w:i w:val="0"/>
          <w:sz w:val="19"/>
        </w:rPr>
        <w:t>s Knoydar Fagan (Knoydar Remy/Llenmhar Gemmas Girl At Knoydar) Reserve Best Bog was Nancy Faquharson</w:t>
      </w:r>
      <w:r>
        <w:rPr>
          <w:b w:val="0"/>
          <w:i w:val="0"/>
        </w:rPr>
        <w:t>s Fhinnonlach Fievel (Sh Ch Tullochmohr Final Edition JW/Cornlands Theta At Fhinnonlach) Best Puppy In Show was Frank &amp; Helen Gilroy`s Claychalk Costa (Poolstead Plan Of Action/Claychalk Costa Cedi)</w:t>
      </w:r>
    </w:p>
    <w:p>
      <w:r>
        <w:rPr>
          <w:b w:val="0"/>
          <w:i w:val="0"/>
        </w:rPr>
        <w:t>The Labrador Club Of Scotland also held a Match Night on Wednesday 29th June with judge Mr Jim Irvine (Vbos). Best in Match was Heidi &amp; Graeme Taylor</w:t>
      </w:r>
      <w:r>
        <w:rPr>
          <w:rFonts w:ascii="Consolas" w:hAnsi="Consolas"/>
          <w:b w:val="0"/>
          <w:i w:val="0"/>
          <w:sz w:val="19"/>
        </w:rPr>
        <w:t>s Ramsayville Ready Made For Bayforth (Sh Ch Poolstead Pleased As Punch/Ramsayville Rosalino) Reserve Best in Match was Mrs M Vernon</w:t>
      </w:r>
      <w:r>
        <w:rPr>
          <w:b w:val="0"/>
          <w:i w:val="0"/>
        </w:rPr>
        <w:t>s Velvetine Star Light handled by breeder Mhairi Scrimgeour (Talard Reno Run Around Claychalk JW/Velvetine Midnight Diamond)</w:t>
      </w:r>
    </w:p>
    <w:p>
      <w:r>
        <w:rPr>
          <w:b w:val="0"/>
          <w:i w:val="0"/>
        </w:rPr>
        <w:t>Ann Britton</w:t>
      </w:r>
      <w:r>
        <w:br/>
      </w:r>
      <w:r>
        <w:rPr>
          <w:b w:val="0"/>
          <w:i w:val="0"/>
        </w:rPr>
        <w:br/>
        <w:t>01989-720665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