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- 10/03/2017 - ISSUE"</w:t>
      </w:r>
      <w:r>
        <w:br/>
      </w:r>
      <w:r>
        <w:rPr>
          <w:b w:val="0"/>
          <w:i w:val="0"/>
        </w:rPr>
        <w:br/>
        <w:t>date_original: "10/03/2017 - ISSUE"</w:t>
      </w:r>
      <w:r>
        <w:br/>
      </w:r>
      <w:r>
        <w:rPr>
          <w:b w:val="0"/>
          <w:i w:val="0"/>
        </w:rPr>
        <w:br/>
        <w:t>source_url: "https://www.ourdogs.co.uk/members/breednotes/RetrieverLabradorMain.php"</w:t>
      </w:r>
      <w:r>
        <w:br/>
      </w:r>
      <w:r>
        <w:rPr>
          <w:b w:val="0"/>
          <w:i w:val="0"/>
        </w:rPr>
        <w:br/>
        <w:t>scraped_at: "2026-09-13T15:26:34"</w:t>
      </w:r>
      <w:r>
        <w:br/>
      </w:r>
      <w:r>
        <w:rPr>
          <w:b w:val="0"/>
          <w:i w:val="0"/>
        </w:rPr>
        <w:br/>
        <w:t>word_count: 559</w:t>
      </w:r>
    </w:p>
    <w:p>
      <w:r>
        <w:t>――――――――――――――――――――――――――――――</w:t>
      </w:r>
    </w:p>
    <w:p>
      <w:r>
        <w:rPr>
          <w:b w:val="0"/>
          <w:i w:val="0"/>
        </w:rPr>
        <w:t>NEWS MEMBERS' AREA SHOP SUBSCRIBE UPCOMING SHOWS MORE</w:t>
      </w:r>
    </w:p>
    <w:p>
      <w:r>
        <w:rPr>
          <w:b w:val="0"/>
          <w:i w:val="0"/>
        </w:rPr>
        <w:t>RETRIEVER LABRADOR</w:t>
      </w:r>
    </w:p>
    <w:p>
      <w:r>
        <w:rPr>
          <w:b w:val="0"/>
          <w:i w:val="0"/>
        </w:rPr>
        <w:t>Issue: 10/03/2017</w:t>
      </w:r>
    </w:p>
    <w:p>
      <w:r>
        <w:rPr>
          <w:b w:val="0"/>
          <w:i w:val="0"/>
        </w:rPr>
        <w:t>Sheelin Cuthbert ( dogs ) and Frank Kane ( bitches). Do remember to take comfy shoes to change into, because, if not early on, your feet will certainly be glad of them by the end of the day, with the long trek back to the car park. There is a lot of walking, running round the  enormous rings and plenty of shopping ahead. The show is arranged around 5 Halls of the NEC Birmingham. Labradors are at the far end of Hall 5. Very convenient for the loos. To all those attending, do have a wonderful and memorably happy day.</w:t>
      </w:r>
    </w:p>
    <w:p>
      <w:r>
        <w:rPr>
          <w:b w:val="0"/>
          <w:i w:val="0"/>
        </w:rPr>
        <w:t xml:space="preserve">Caroline Kisko, Kennel Club Secretary, said: "An exhibitor's main priority at Crufts should be their dog. Of course, there will be times when they will need to take their dog off their bench, especially when being exercised or shown, but it is vitally important that the extra crowds are taken into consideration, especially around the benching areas and at the ringside. Allowing strangers to have access to dogs unsupervised is not only unwise from a security angle, it also increases the chances of dogs becoming stressed. </w:t>
      </w:r>
    </w:p>
    <w:p>
      <w:r>
        <w:rPr>
          <w:b w:val="0"/>
          <w:i w:val="0"/>
        </w:rPr>
        <w:t>From the KC comes the following advice. "The Kennel Club recommends that exhibitors bring a helper with them to Crufts so they can enjoy all the show has to offer including the shopping areas, knowing someone is looking after their dogs on the benches. If this is not possible, asking a fellow exhibitor to act as 'neighbourhood watch' for short periods, and doing the same in return as a favour, is far preferable to leaving dogs unattended."</w:t>
      </w:r>
    </w:p>
    <w:p>
      <w:r>
        <w:rPr>
          <w:b w:val="0"/>
          <w:i w:val="0"/>
        </w:rPr>
        <w:t>The Labrador Retriever Club of Wales are holding a Gundog Training Day on Saturday April 8th near Abergavenny. The day will be open to everyone wishing to train or even have 'a go', whether you already run in trials or would like to train up show dogs for the Show Gundog Working Certificate. Puppy/novice participants in the morning, intermediate/advanced in the afternoon. Further details and an application from can be found at www.labclubofwales.co.uk</w:t>
      </w:r>
    </w:p>
    <w:p>
      <w:r>
        <w:rPr>
          <w:b w:val="0"/>
          <w:i w:val="0"/>
        </w:rPr>
        <w:t>At Yorkshire Gundog, Open Show Ian Jones (Ladrow) had drawn a good breed entry of 48 dogs making 55 entries; BOB was Leigh Lesley's black Steeleigh Blue Print JW.</w:t>
      </w:r>
    </w:p>
    <w:p>
      <w:r>
        <w:rPr>
          <w:b w:val="0"/>
          <w:i w:val="0"/>
        </w:rPr>
        <w:t>Best Puppy in Breed and Best Puppy in Show under  BIS judge Mrs C Rayner (Raystans) was Michelle Morgan's Tessholly's Jessica.</w:t>
      </w:r>
    </w:p>
    <w:p>
      <w:r>
        <w:rPr>
          <w:b w:val="0"/>
          <w:i w:val="0"/>
        </w:rPr>
        <w:t>Launch of online submissions for Hip and Elbow Dysplasia Schemes</w:t>
      </w:r>
    </w:p>
    <w:p>
      <w:r>
        <w:rPr>
          <w:b w:val="0"/>
          <w:i w:val="0"/>
        </w:rPr>
        <w:t>From spring 2017 it will be possible for veterinary surgeons to submit to the BVA/KC Hip &amp; Elbow Dysplasia Schemes online. This will enable your vet to track your dog's submission and the results will be available faster than currently. In addition, the Assured Breeder Scheme Offers members a 10% discount on the BVA fee for scoring and grading.</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