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Oct 2007"</w:t>
      </w:r>
      <w:r>
        <w:br/>
      </w:r>
      <w:r>
        <w:rPr>
          <w:b w:val="0"/>
          <w:i w:val="0"/>
        </w:rPr>
        <w:br/>
        <w:t>date_original: "19 Oct 2007"</w:t>
      </w:r>
      <w:r>
        <w:br/>
      </w:r>
      <w:r>
        <w:rPr>
          <w:b w:val="0"/>
          <w:i w:val="0"/>
        </w:rPr>
        <w:br/>
        <w:t>source_url: "https://www.ourdogs.co.uk/members/breednotes/2007/RetrieverLabrador/RetrieverLabrador-oct19.htm"</w:t>
      </w:r>
      <w:r>
        <w:br/>
      </w:r>
      <w:r>
        <w:rPr>
          <w:b w:val="0"/>
          <w:i w:val="0"/>
        </w:rPr>
        <w:br/>
        <w:t>archive_type: "static_html"</w:t>
      </w:r>
      <w:r>
        <w:br/>
      </w:r>
      <w:r>
        <w:rPr>
          <w:b w:val="0"/>
          <w:i w:val="0"/>
        </w:rPr>
        <w:br/>
        <w:t>scraped_at: "2026-09-13T22:08:20"</w:t>
      </w:r>
      <w:r>
        <w:br/>
      </w:r>
      <w:r>
        <w:rPr>
          <w:b w:val="0"/>
          <w:i w:val="0"/>
        </w:rPr>
        <w:br/>
        <w:t>word_count: 1094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Chris and Claire Mills (Lembas) have had to say a final goodbye to their very much loved, 8year old yellow dog Lembas to the Moon and Back JW(Bodger). He was sadly suffering from liver cancer.</w:t>
      </w:r>
    </w:p>
    <w:p>
      <w:r>
        <w:rPr>
          <w:b w:val="0"/>
          <w:i w:val="0"/>
        </w:rPr>
        <w:t>Bodger was the dog of a lifetime for Chris and Claire. Sired by Sh Ch Sandylands Gadabout x Lembas Mysterious Girl and born on 17th November 1998, he won extremely well as a youngster, winning the RCC when he was just 9 months of age under judge Margaret Brown (Ramsayville) at National Gundog Ch Show 1999, which was then held at the NEC, Birmingham. In 2003 he was Eukanuba/Our Dogs Top Labrador Sire. At stud for only three short years, he produced top quality offspring of a consistently good type and was the sire of several CC and RCC winners, including Mr and Mrs Rodds yellow bitch, Sh Ch Lembas Moonlight Seranade JW co owned with Chris and Claire Mills; Sue Marskells black bitch, Sh Ch Berolee Moons Magic Star; Mr Rory Swifts dual CC and RCC winning yellow dog, Hampsbeck Willies Choice; Mr Tierry Onkelinx de Smedts dual CC winning yellow dog, Lux:Du Ch Carpenny Made the Trip; Mrs Manabes yellow dog, Jap Ch Carpenny Far Away, Mesdames Felicity and Kira Leith Ross’s CC and RCC winning black dog, Int. SW. Ch.Utter Nonsence of Tintagel Winds; Fiona Braddons yellow multiple RCC winning dog Trendlewood Rocket Man JW and Mrs Spencers dual RCC winning bitch Trendlewood Dandelion JW. I recall writing a list of all the 2003 Junior Warrant winners for the breed notes in early 2004 and Bodger was the sire of six of them, a fact upon which I commented at the time. He was an important dog to the breed and has certainly left his stamp which is breeding on well. Our sympathy goes to Chris and Claire following their sad loss.</w:t>
      </w:r>
    </w:p>
    <w:p>
      <w:r>
        <w:rPr>
          <w:b w:val="0"/>
          <w:i w:val="0"/>
        </w:rPr>
        <w:t>Northumberland and Durham LRC held their Championship Show. The judges were Mrs Margaret Senior (Gulsary) judging dogs and Mr David Wilmshurst (Mandamay) judging bitches.</w:t>
      </w:r>
    </w:p>
    <w:p>
      <w:r>
        <w:rPr>
          <w:b w:val="0"/>
          <w:i w:val="0"/>
        </w:rPr>
        <w:t>There was an entry of 231. The Dog CC was won by Marion Hopkinsons yellow, Sh Ch Silver Suede over Rocheby (Int Ch Ahti Aspen of Finnwoods x Bridgeford Crystal Clear). The Dog RCC went to the Hodge family’s black Naiken Quincy JW (Ravenswood Black Label x Naiken Liquorice). The Bitch CC, her 2nd, was won by Mrs Gardners Rewari Executive of Clanross, whilst the Bitch RCC, went to Linda Thompson’s black Meadowline Midway Lady JW ShCM (Eneleon Pheasant at Meadowline x Eneleon Elderberry). Best puppy was Marion Hopkinsons yellow bitch, Rocheby Spun Silk (Rocheby State Occasion x Rocheby Georgette).</w:t>
      </w:r>
    </w:p>
    <w:p>
      <w:r>
        <w:rPr>
          <w:b w:val="0"/>
          <w:i w:val="0"/>
        </w:rPr>
        <w:t>Labradors have at long last got their classes back at Stourbridge Open Show, to be held at Perdiswell Leisure Centre in Worcester on Thursday 27th December 2007.Having fought to get the classes reinstated, it is hoped there will be a good entry for judge, Mr David Foulds. Entries close Tuesday 13th Nov and schedules can be downloaded from www.theprintshop.uk.com or phone Mrs A Turrell on 01564823276.</w:t>
      </w:r>
    </w:p>
    <w:p>
      <w:r>
        <w:rPr>
          <w:b w:val="0"/>
          <w:i w:val="0"/>
        </w:rPr>
        <w:t>The Golden Retriever Club will be holding a Show Gundog Working Certificate day on Saturday 15th December 2007, open to all Retriever breeds.</w:t>
      </w:r>
    </w:p>
    <w:p>
      <w:r>
        <w:rPr>
          <w:b w:val="0"/>
          <w:i w:val="0"/>
        </w:rPr>
        <w:t>The venue is Tortworth Estate, near Wotton-under-Edge, Gloucestershire, not far from Junction 14 of the M5.</w:t>
      </w:r>
    </w:p>
    <w:p>
      <w:r>
        <w:rPr>
          <w:b w:val="0"/>
          <w:i w:val="0"/>
        </w:rPr>
        <w:t>Please note, dogs entered must have won a 1st prize at a Championship Show in a breed class. Contact Kim Ellis on 01980 653109 or email tenfield.retrievers@ntlworld.com to register your interest.</w:t>
      </w:r>
    </w:p>
    <w:p>
      <w:r>
        <w:rPr>
          <w:b w:val="0"/>
          <w:i w:val="0"/>
        </w:rPr>
        <w:t>Mrs Jo Metcalfe rang with news that the Lab Rescue South East and Central stall at the recent Yellow Labrador Club championship show had raised a wonderful £145 for the charity’s coffers. I know the helpers put in so much time collecting items to sell on the stall for the charity. Well done to you all. Keep car-booting! I bought a splendid dog bed, like a square hammock on 6inch high legs. I had to dismantle it to get it home in the car, and once reassembled was a bit cheesed off to see the dogs weren’t that keen on it, and preferred their well chewed plastic tubby beds, which sit directly on the floor. Luckily, within a couple of hours they decided my purchase was absolutely brilliant and now they jostle to claim pole position, clamber aboard and snuggle down for the rest of the day!</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