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Oct 2006"</w:t>
      </w:r>
      <w:r>
        <w:br/>
      </w:r>
      <w:r>
        <w:rPr>
          <w:b w:val="0"/>
          <w:i w:val="0"/>
        </w:rPr>
        <w:br/>
        <w:t>date_original: "20 Oct 2006"</w:t>
      </w:r>
      <w:r>
        <w:br/>
      </w:r>
      <w:r>
        <w:rPr>
          <w:b w:val="0"/>
          <w:i w:val="0"/>
        </w:rPr>
        <w:br/>
        <w:t>source_url: "https://www.ourdogs.co.uk/members/breednotes/2006/RetrieverLabrador/RetrieverLabrador-oct20.htm"</w:t>
      </w:r>
      <w:r>
        <w:br/>
      </w:r>
      <w:r>
        <w:rPr>
          <w:b w:val="0"/>
          <w:i w:val="0"/>
        </w:rPr>
        <w:br/>
        <w:t>archive_type: "static_html"</w:t>
      </w:r>
      <w:r>
        <w:br/>
      </w:r>
      <w:r>
        <w:rPr>
          <w:b w:val="0"/>
          <w:i w:val="0"/>
        </w:rPr>
        <w:br/>
        <w:t>scraped_at: "2026-09-13T22:10:48"</w:t>
      </w:r>
      <w:r>
        <w:br/>
      </w:r>
      <w:r>
        <w:rPr>
          <w:b w:val="0"/>
          <w:i w:val="0"/>
        </w:rPr>
        <w:br/>
        <w:t>word_count: 2326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sad start to this weeks notes, with the news that Sheila Saunt, long-serving, steadfast Secretary of North West Labrador Retriever Club, has lost her brave fight against cancer. She sadly passed away just three days after the club’s Championship show, which, in true Sheila fashion, she attended for a few minutes prior to being admitted to hospital for the very last time. Sheila showed for many years under the Glenorrell affix and enjoyed success, especially with her dark yellow bitch, Wynfaul Tamarisk for Glenorrell the winner of two CCs.</w:t>
      </w:r>
    </w:p>
    <w:p>
      <w:r>
        <w:rPr>
          <w:b w:val="0"/>
          <w:i w:val="0"/>
        </w:rPr>
        <w:t>Her first CC was awarded by Mrs Pat Harrison in 1994 and her second CC was from Louise Blunt in 1996. For several years Sheila had been aware that she was far from well and underwent a long period of cancer treatment; throughout it all she never gave up the fight, but carried on, good humouredly, as though everything was quite in order, always appeared bright and positive. I spoke to her only three weeks ago, when we chatted on the telephone. Sheila thoroughly enjoyed her Labradors right up to the end. She will be sadly missed by her many friends.</w:t>
      </w:r>
    </w:p>
    <w:p>
      <w:r>
        <w:rPr>
          <w:b w:val="0"/>
          <w:i w:val="0"/>
        </w:rPr>
        <w:t>A message from Gordon Fox, Secretary of West of England Labrador Retriever Club, regarding the Championship Show, which is due to be held at the Matford Centre outside Exeter on Saturday 28th October.</w:t>
      </w:r>
    </w:p>
    <w:p>
      <w:r>
        <w:rPr>
          <w:b w:val="0"/>
          <w:i w:val="0"/>
        </w:rPr>
        <w:t>“Unfortunately, this year's move away from Hutton Moor Leisure Centre, Weston-Super-Mare, which was caused by a venue-booking error, has led to quite a sharp decline in entries with a number of the 'regular' exhibitors to this Show deciding not to make the long journey to the South West (Exeter is another hour south of Weston-Super-Mare on the M5). If any exhibitors wish to check that their entries have not been lost in the post, if you did not obtain proof of posting or an acknowledgement of receipt of entries, please contact him 01566 785121 or email@welrc.org.uk”. As mentioned last week in the notes, the show will also be running its usual eye-testing clinic, and non-exhibitors are welcome to attend it.</w:t>
      </w:r>
    </w:p>
    <w:p>
      <w:r>
        <w:rPr>
          <w:b w:val="0"/>
          <w:i w:val="0"/>
        </w:rPr>
        <w:t>The first weekend in October was a busy one, with two breed club shows held on consecutive days in the north of England. Northumberland and Durham LRC was judged by Margaret Brown (Dogs) and Caron Morton (Bitches) There was an entry of 292. Best in Show was the bitch CC winner, Noelene Dodd and Mrs Holt’s, yellow Eneleon Amber (Cricklecreek Cruising Along x Trendlewood Ruby Tuesday) winning her 2nd CC on the day. The Bitch RCC was won by Felicity and Kira Leith Ross's black, Sh Ch, Int Ch Pooles Memory of Tintagel Winds (Int Ch Carromers Charlie Chalk x Lasting Memory of T W's).</w:t>
      </w:r>
    </w:p>
    <w:p>
      <w:r>
        <w:rPr>
          <w:b w:val="0"/>
          <w:i w:val="0"/>
        </w:rPr>
        <w:t>In the dog ring the CC went to the Hodge family’s black, Naiken Quincy (Ravenwoods Black Label x Naiken Liquorice). A memorable 1st CC for him as it was his handler Rebecca’s 21st Birthday on the day and celebrations included wine and cake, which were enjoyed by all. Well done Becci. The Dog RCC was won by Marion Hopkinsons yellow, Sh Ch Silver Suede of Rocheby (Ahti Aspen of Finnwoods x Bridgeford Crystal). Best Puppy in Show was Angela Williams and David Craig's bitch, Foulby Buttons and Bows (Sh Ch Sudeo Chevalier of Ramsayville x Foulby Paper Lace).</w:t>
      </w:r>
    </w:p>
    <w:p>
      <w:r>
        <w:rPr>
          <w:b w:val="0"/>
          <w:i w:val="0"/>
        </w:rPr>
        <w:t>The following day North West LRC championship show was held, with an entry of 304, for judges Mrs Mary.O’Donaghue (Dogs) and Mrs Lynne Minchella (Bitches). I gather there was great excitement when Noelene Dodd repeated her previous day’s success with Eneleon Amber and won her all important 3rd CC plus another Best in Show. Amber is Noelene’s first champion. Well done and many congratulations! The Bitch RCC was won by Anne Taylor’s Fabracken Remember Me (Steeleigh American Express x Fabracken Pure Meadow Brown). The Dog CC went to the Brown's yellow, Sh Ch Ramsayville Route Sixty Six (Sh Ch Poolstead Pleased as Punch x Ramsayville Rosalind) and DRCC to Sh Ch Wilsbury Wildfire of Halshimoor (Rocheby Old Smokey x Wilsbury Sparklette). Best Puppy was Marion Hopkinson’s black Rocheby Blueberry (Ahti Aspen of Finnwoods x Bridgeford Bramble Hedge).</w:t>
      </w:r>
    </w:p>
    <w:p>
      <w:r>
        <w:rPr>
          <w:b w:val="0"/>
          <w:i w:val="0"/>
        </w:rPr>
        <w:t>A correction to the notes two weeks ago, Anne Taylor’s Brigburn French Connection with Fabracken who won the RCC at Darlington, is out of Follytower Lyric and not as printed.</w:t>
      </w:r>
      <w:r>
        <w:br/>
      </w:r>
      <w:r>
        <w:rPr>
          <w:b w:val="0"/>
          <w:i w:val="0"/>
        </w:rPr>
        <w:br/>
        <w:t>News from Karen Powell and Lesley Dantinnes the ladies who thought of a Calendar Girls type calendar for (very brave) Labrador people in aid of Rescue, the Labrador Breeders Calendar. They write:- “Labs-UK have produced the Labrador Breeders Calendar 2007, which includes several very well known breeders, and some not so well known, in aid of various KC recognised Labrador Rescues. Launched at N&amp;D Lab Club and NW Lab Club Champ Shows, it has been a great success so far. Unfortunately it was noticed at NW Lab that the dates on the October page had gone astray by 1 day therefore putting Oct/Nov and Dec dates wrong. We will be replacing all the faulty calendars bought at N&amp;D and NW free of charge.</w:t>
      </w:r>
    </w:p>
    <w:p>
      <w:r>
        <w:rPr>
          <w:b w:val="0"/>
          <w:i w:val="0"/>
        </w:rPr>
        <w:t>Those who have bought them should either contact us direct or they will be available at Gundog Breeds of Scotland, Lab Club Open Show, from John Jackson and at Champ Shows from Our Dogs stand. Copies of the reprinted calendar (with correct dates), will be available at most breed club shows this year. We will also try to have them available at the remaining Ch shows. John Jackson will have a supply with him at various shows, too. We can post them to people who are not going to shows. The price is £10 for the calendar and £2 P&amp;P. Please send name, address and quantity with cheques (made out to 'Labs-UK') to Karen Powell, Bolton Hall, Gosforth, Cumbria CA20 1JD.</w:t>
      </w:r>
    </w:p>
    <w:p>
      <w:r>
        <w:rPr>
          <w:b w:val="0"/>
          <w:i w:val="0"/>
        </w:rPr>
        <w:t>Congratulations to Alison &amp; Allan Scutcher, whose yellow bitch, Winsleywood Willow has won her Junior Warrant, catching up with her litter brother Winsleywood Waterloo, who gained his JW plus his first CC a few months ago.</w:t>
      </w:r>
    </w:p>
    <w:p>
      <w:r>
        <w:rPr>
          <w:b w:val="0"/>
          <w:i w:val="0"/>
        </w:rPr>
        <w:t>Many thanks to Saudjie Crook, (Balrion and Weathertop), whom I asked to write the following technical article on Shipping Fresh Chilled Semen Abroad.</w:t>
      </w:r>
    </w:p>
    <w:p>
      <w:r>
        <w:rPr>
          <w:b w:val="0"/>
          <w:i w:val="0"/>
        </w:rPr>
        <w:t>“Breeders around the world are familiar with the joys of using fresh chilled semen to produce the litter of their dreams. You do your research and decide on a stud dog, then contact the stud dog owner and sort out the details. When your bitch comes into season the stud dog owner ships the semen. You inseminate the bitch and 63 days later you stay up all night whelping a litter. While living in California, my husband John and I did a great deal of canine stud- work using fresh chilled canine semen. In the 10 years that I’ve been shipping canine semen, I’ve used a number of extenders. I found that with all of them the viability of the sperm went down dramatically after 48 hours.</w:t>
      </w:r>
    </w:p>
    <w:p>
      <w:r>
        <w:rPr>
          <w:b w:val="0"/>
          <w:i w:val="0"/>
        </w:rPr>
        <w:t>‘In the States, Fed Ex has long been the shipping method of choice for stud dog owners, but Fed Ex doesn’t ship on Saturdays, and, because of the 48 time limit, shipping on Friday for a Monday mating has never been a good option. If the bitch needed to be bred on Monday or during a holiday it usually meant a trip to the airport. In 2003 we moved from California to North Wales with 10 of our Labradors and I discovered that in Great Britain Fed Ex doesn’t mean "The World On Time" it means “ The World Some Time”. Shipping fresh chilled semen from the UK has been very challenging.</w:t>
      </w:r>
    </w:p>
    <w:p>
      <w:r>
        <w:rPr>
          <w:b w:val="0"/>
          <w:i w:val="0"/>
        </w:rPr>
        <w:t>‘Fed Ex (UPS, DHL etc) appear not to do Sat deliveries to the USA from the UK and they can take up to three days to ship to Italy, but it has still been my favourite way to ship semen. The big problem has been that it is only possible to ship Monday through Thursday, and if the shipment went walk- about or got hung up in customs you were dead in the water. We have used the airlines for a weekend breeding, but when you fly canine semen into the States using air cargo, USDA gets involved, and that's a whole new ball game.</w:t>
      </w:r>
    </w:p>
    <w:p>
      <w:r>
        <w:rPr>
          <w:b w:val="0"/>
          <w:i w:val="0"/>
        </w:rPr>
        <w:t>Then along came Minitube America with their CaniPRO Extender and their German made shipping boxes that keep the extended semen cool for at least 72 hours during shipping and is just a bit bigger than a shoe box. According to the research that was presented at last year’s Veterinary Repro Conference, Minitube America’s CaniPRO Extender will keep 85% of the sperm alive for 7 days. An in-house study of laboratory tests completed at the ICB (International Center for Biotechnology) suggests that 80% sperm motility is achieved for up to 10 days. It is possible re-extend the semen every 7 days and keep the sperm alive for up to 21 days.</w:t>
      </w:r>
    </w:p>
    <w:p>
      <w:r>
        <w:rPr>
          <w:b w:val="0"/>
          <w:i w:val="0"/>
        </w:rPr>
        <w:t>John and I tested our three champion stud dogs by collecting semen, extending it and chilling it in the refrigerator. John, who has his degree in Microbiology, looked at the samples every 24 hours under a microscope. At 5 days the samples looked like they had just been collected. The sperm was still swimming at 12 days without being fed fresh extender. In real life terms this means that with Minitube America’s CaniPRO Extender stud dog owners are no longer working with a 48-hour time limit. The semen can be sent to the bitch owner a week in advance. Weekends and holidays are no longer an issue. The Bitch Owner tells the Stud Dog Owner that the bitch is in season.</w:t>
      </w:r>
    </w:p>
    <w:p>
      <w:r>
        <w:rPr>
          <w:b w:val="0"/>
          <w:i w:val="0"/>
        </w:rPr>
        <w:t>After a week, give or take, the Stud Dog Owner phones Fed Ex for pick up. When the shipment is delivered by Fed Ex the Bitch Owner stores the semen in the refrigerator while continuing to progesterone test, then inseminates when the bitch is spot on. The Stud Dog owner is off the hook. I contacted Minitube America immediately upon hearing about their extender. I’m very pleased to say that I am now able to provide both Minitube America CaniPRO Extender and shipping boxes directly to stud dog owners in the UK, usually within 24 hours. Although John and I are very comfortable shipping fresh chilled canine semen, we know that many breeders in the UK are unfamiliar with the process.</w:t>
      </w:r>
    </w:p>
    <w:p>
      <w:r>
        <w:rPr>
          <w:b w:val="0"/>
          <w:i w:val="0"/>
        </w:rPr>
        <w:t>To help overcome this stumbling block we are offering a service that will walk both parties through the entire thing. If someone contacts you wanting to use your stud dog, you may contact us to order a kit, or to use our service, or you may have the bitch owner contact us directly. We understand the needs of the bitch owners abroad and we know how to get the job done.</w:t>
      </w:r>
    </w:p>
    <w:p>
      <w:r>
        <w:rPr>
          <w:b w:val="0"/>
          <w:i w:val="0"/>
        </w:rPr>
        <w:t>We’ll walk both parties through it and after the first few times you’ll be able to ship semen without our help. At that point we can continue to provide you with extender and shipping boxes but you can do the rest yourself. The bitch owner pays for everything including stud fee, shipping, paperwork, progesterone testing and insemination of the bitch.</w:t>
      </w:r>
    </w:p>
    <w:p>
      <w:r>
        <w:rPr>
          <w:b w:val="0"/>
          <w:i w:val="0"/>
        </w:rPr>
        <w:t>The stud dog owner doesn’t pay for anything. We shipped semen yesterday. The total paid to us by the bitch owner was £675 that included £500 stud fee, £75 shipping, £60 vet paper work and £40 extender. For around £1000 bitch owners around the world can now have the litter of their dreams sired by British stud dogs. For more formation contact Saudjie or John Crook at saudjie@weathertopcollection.com or +44 (0) 7709 805749”. Many thanks Saudjie.</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