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Oct 2003"</w:t>
      </w:r>
      <w:r>
        <w:br/>
      </w:r>
      <w:r>
        <w:rPr>
          <w:b w:val="0"/>
          <w:i w:val="0"/>
        </w:rPr>
        <w:br/>
        <w:t>date_original: "17 Oct 2003"</w:t>
      </w:r>
      <w:r>
        <w:br/>
      </w:r>
      <w:r>
        <w:rPr>
          <w:b w:val="0"/>
          <w:i w:val="0"/>
        </w:rPr>
        <w:br/>
        <w:t>source_url: "https://www.ourdogs.co.uk/members/breednotes/2003/RetrieverLabrador/RetrieverLabrador-oct17.htm"</w:t>
      </w:r>
      <w:r>
        <w:br/>
      </w:r>
      <w:r>
        <w:rPr>
          <w:b w:val="0"/>
          <w:i w:val="0"/>
        </w:rPr>
        <w:br/>
        <w:t>archive_type: "static_html"</w:t>
      </w:r>
      <w:r>
        <w:br/>
      </w:r>
      <w:r>
        <w:rPr>
          <w:b w:val="0"/>
          <w:i w:val="0"/>
        </w:rPr>
        <w:br/>
        <w:t>scraped_at: "2026-09-13T22:17:30"</w:t>
      </w:r>
      <w:r>
        <w:br/>
      </w:r>
      <w:r>
        <w:rPr>
          <w:b w:val="0"/>
          <w:i w:val="0"/>
        </w:rPr>
        <w:br/>
        <w:t>word_count: 824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Kent Surrey and Sussex Labrador Retriever Club are holding their Quiz Night tomorrow, Saturday 18th October at Compton Village Hall, Surrey, which is just off the A3. The time is 7.30pm for 8.00pm start.</w:t>
      </w:r>
    </w:p>
    <w:p>
      <w:r>
        <w:rPr>
          <w:b w:val="0"/>
          <w:i w:val="0"/>
        </w:rPr>
        <w:t>Do go along and enjoy a good night out. Tickets are £5 each, which includes a Fish and Chip Supper. Bring your own drinks and nibbles. Everyone, including new faces, are welcome.</w:t>
      </w:r>
    </w:p>
    <w:p>
      <w:r>
        <w:rPr>
          <w:b w:val="0"/>
          <w:i w:val="0"/>
        </w:rPr>
        <w:t>Organiser Christine Cox may be contacted for tickets on 01428 684713 before 9pm or email at Ramalley@btopenworld.com.</w:t>
      </w:r>
    </w:p>
    <w:p>
      <w:r>
        <w:rPr>
          <w:b w:val="0"/>
          <w:i w:val="0"/>
        </w:rPr>
        <w:t>Northumberland and Durham LRC Ch Show was judged by Marion Hopkinson (Rocheby - Dogs) and Margaret Rooth (Greenworth - Bitches) The Dog CC and Best in Show went to the Rawlinsons Wilsbury Wildfire at Halshimoor winning his 3rd CC on the day. The Dog RCC was won by the McLellans’ yellow Sh Ch Saranden Saboteur. These two yellows are half brothers being sired by Rocheby Old Smokey, who has proved to be such a good producer of winning show stock. The Bitch CC, her 2nd, was won by Mr and Mrs Balshaw’s yellow Halshimoor Crescendo at Shanorrell (Poolstead Prime Suspect at Subar x Fullwell Flirt with Halshimoor) and the Bitch RCC went to Les and Joyce Brabban’s black Sh Ch Cambremer in the Mood, who was also Best Veteran. Best Puppy was another Rocheby Old Smokey youngster, Mr and Mrs Gawthorpe’s yellow dog, Waterbrook play it Again.</w:t>
      </w:r>
    </w:p>
    <w:p>
      <w:r>
        <w:rPr>
          <w:b w:val="0"/>
          <w:i w:val="0"/>
        </w:rPr>
        <w:t>I was outside standing in the back garden at 11.30pm, one chilly, starlit evening this week. Most of the neighbourhood had long since gone to their beds, but as I am house training an eight-week-old puppy and he is doing so well, I am happy to give him time to find just the right spot for his ablutions, even though my teeth are chattering from the cold, whilst he makes up his mind.</w:t>
      </w:r>
    </w:p>
    <w:p>
      <w:r>
        <w:rPr>
          <w:b w:val="0"/>
          <w:i w:val="0"/>
        </w:rPr>
        <w:t>As I stood on the lawn in the inky darkness, I heard a most peculiar noise approaching overhead. It sounded like some space ship in need of a touch of WD40. Squeak, squawk, rustle, silence. Squeak, rustle, silence. What on earth was approaching? Looking somewhat like the last of the archaeopteryx from prehistoric days, a huge, white ghostly apparition came into view.</w:t>
      </w:r>
    </w:p>
    <w:p>
      <w:r>
        <w:rPr>
          <w:b w:val="0"/>
          <w:i w:val="0"/>
        </w:rPr>
        <w:t>Squeak, squawk, rustle… a smaller version of Concorde, it flew just over my head and was swiftly and smoothly gone away, down into the valley. What had it been? No, not a space ship, but a huge lone beautiful swan and looking pretty amazing at that. I’m so glad I was there to see it. Without my puppy potty training lesson I would have missed it. So, there really can be a plus point for being outside in the freezing cold when the rest of the world are in their beds!</w:t>
      </w:r>
    </w:p>
    <w:p>
      <w:r>
        <w:rPr>
          <w:b w:val="0"/>
          <w:i w:val="0"/>
        </w:rPr>
        <w:t>Ann Britton</w:t>
      </w:r>
      <w:r>
        <w:br/>
      </w:r>
      <w:r>
        <w:rPr>
          <w:b w:val="0"/>
          <w:i w:val="0"/>
        </w:rPr>
        <w:br/>
        <w:t>012989 720665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