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- 5 Dec 2008"</w:t>
      </w:r>
      <w:r>
        <w:br/>
      </w:r>
      <w:r>
        <w:rPr>
          <w:b w:val="0"/>
          <w:i w:val="0"/>
        </w:rPr>
        <w:br/>
        <w:t>date_original: "5 Dec 2008"</w:t>
      </w:r>
      <w:r>
        <w:br/>
      </w:r>
      <w:r>
        <w:rPr>
          <w:b w:val="0"/>
          <w:i w:val="0"/>
        </w:rPr>
        <w:br/>
        <w:t>source_url: "https://www.ourdogs.co.uk/members/breednotes/2008/RetrieverLabrador/RetrieverLabrador-dec5.htm"</w:t>
      </w:r>
      <w:r>
        <w:br/>
      </w:r>
      <w:r>
        <w:rPr>
          <w:b w:val="0"/>
          <w:i w:val="0"/>
        </w:rPr>
        <w:br/>
        <w:t>archive_type: "static_html"</w:t>
      </w:r>
      <w:r>
        <w:br/>
      </w:r>
      <w:r>
        <w:rPr>
          <w:b w:val="0"/>
          <w:i w:val="0"/>
        </w:rPr>
        <w:br/>
        <w:t>scraped_at: "2026-09-13T22:04:29"</w:t>
      </w:r>
      <w:r>
        <w:br/>
      </w:r>
      <w:r>
        <w:rPr>
          <w:b w:val="0"/>
          <w:i w:val="0"/>
        </w:rPr>
        <w:br/>
        <w:t>word_count: 1280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Great news from Shaun Williamson, who recently made up his yellow dog, Sh Ch Harrop Happy Go Lucky To Sharouns JW Sh Cm. Shaun writes, “My own Jalmar Jetting Off To Sharouns (Sh Ch Harrop Happy Go Lucky To Sharouns JW Sh Cm x x Jalmar Just Touched Down ), bred by Judy Marshall, went BPIB, BP in Group and then BPIS at Hyde CS on Sunday 23rd Nov. The show had a good entry of 374 dogs, 424 entries. The Breed Judge was Miss S Stevenson (Steelriver Flatcoated Retrievers) and BIS judge was Mr T Allcock MBE (Sleephollow)”.</w:t>
      </w:r>
    </w:p>
    <w:p>
      <w:r>
        <w:rPr>
          <w:b w:val="0"/>
          <w:i w:val="0"/>
        </w:rPr>
        <w:t>The Autumn KC Breed Record Supplement for the third quarter of 2008 notes a rise once again in the number of Labrador puppies being born and registered; hopefully they have all gone to permanent loving homes.</w:t>
      </w:r>
    </w:p>
    <w:p>
      <w:r>
        <w:rPr>
          <w:b w:val="0"/>
          <w:i w:val="0"/>
        </w:rPr>
        <w:t>Last year, 2007, the autumn BRS recorded that, 34,661 Lab pups had been registered with the Kennel Club. This year, by the same point of time 35,748 have been registered; an increase of 1087, and we still have the final winter quarter to go. The total number of registered Lab pups for 2007, was 45,079.</w:t>
      </w:r>
    </w:p>
    <w:p>
      <w:r>
        <w:rPr>
          <w:b w:val="0"/>
          <w:i w:val="0"/>
        </w:rPr>
        <w:t>It looks likely that by the end of 2008 the Labrador figure will be approaching 47000. (Compare this to the total number of 9,557 Golden Retrievers and only 1518 Flat Coats registered in the whole of 2007). With the financial crisis being as dire as it is at the moment I would suggest we all make very sure that we have definite bookings for puppies before embarking upon breeding a litter. Bitches don’t have to be mated just because they come in season and enquiries do seem to be in very short supply. Since I last mentioned it, I have heard of several more litters of well bred gundog and utility puppies still remaining unsold at 4 months of age.</w:t>
      </w:r>
    </w:p>
    <w:p>
      <w:r>
        <w:rPr>
          <w:b w:val="0"/>
          <w:i w:val="0"/>
        </w:rPr>
        <w:t>The local TV news said the Birmingham Dogs Home was receiving record numbers of unwanted dogs every single week, their owners just could not afford to feed them.</w:t>
      </w:r>
      <w:r>
        <w:br/>
      </w:r>
      <w:r>
        <w:rPr>
          <w:b w:val="0"/>
          <w:i w:val="0"/>
        </w:rPr>
        <w:br/>
        <w:t>As the year end approaches, I thought it might be useful to list the Kennel Club approved Labrador judges for the 2009 championship shows. Where there are two judges named, the first will be the dog judge, and the second will be the bitch judge. Where there is only one name, that person is judging both sexes.</w:t>
      </w:r>
    </w:p>
    <w:p>
      <w:r>
        <w:rPr>
          <w:b w:val="0"/>
          <w:i w:val="0"/>
        </w:rPr>
        <w:t>Please note SWKA has moved to October 8th. Please double check the dates and note that some Societies alter their published dates. Many thanks to Alison Scutcher for her with the list.</w:t>
      </w:r>
    </w:p>
    <w:p>
      <w:r>
        <w:rPr>
          <w:b w:val="0"/>
          <w:i w:val="0"/>
        </w:rPr>
        <w:t>January. 9th Jan - Boston . Mr R Morris Mrs M Brown 18th Jan - Manchester Dog Show Society Mr D Wilmshurst (both). February. 7th Feb - Labrador Club of Wales Mr A Brown. Mr J Verrees March. 7th March - Crufts Mrs P Gill Mr G Howells. 8th March - East Anglian L.R.C. Mrs J Elliott Mr B Lowe. 21st March - Three Ridings L.R.C. Mr V Cole Mrs L Minchella April. 4th April - Labrador Club of Scotland Mr A Allen Mrs B Graham (USA). 5th April - Kent, Surrey &amp; Sussex L.R.C. Mr D Coode Mrs P Carpanini. 18th April - Midland Counties L.R.C. Mr L Brabban Mrs M Hepper. 26th April - W.E.L.K.S. Mrs J Charlton Mrs B Taylor. May. 2nd May - Labrador Club of N. Ireland Mr T Jury.</w:t>
      </w:r>
    </w:p>
    <w:p>
      <w:r>
        <w:rPr>
          <w:b w:val="0"/>
          <w:i w:val="0"/>
        </w:rPr>
        <w:t>8th May - Birmingham D.S.S. Miss O Gore Mr D Coulson. 15th May - Scottish Kennel Club Mrs E Cannon. 23rd May - Bath Canine Society Mr J Mackay Mr G Johnson. June 5th June Southern Counties C.A. Mrs E Matulla. 13th June - Labrador Retriever Club Miss E Rautala. Mrs C Jury.</w:t>
      </w:r>
    </w:p>
    <w:p>
      <w:r>
        <w:rPr>
          <w:b w:val="0"/>
          <w:i w:val="0"/>
        </w:rPr>
        <w:t>14th June - Labrador Retriever Club (joint clubs) Mr M Hewitt, Mr R Edwards. 18th June - Three Counties A.S. Mrs M Rooth. 20th June - Border Union A.S Mrs C Bailiss. 27th June - Blackpool &amp; Dist C.S. Mrs C Cartledge Miss O Gore. July 1st July - Cotswold &amp; Wyevern L.R.C. Mr M Rawlinson Mr R A Floyd. 2nd July - Windsor Dog Show Society Mrs V Foss. 22nd July - East of England A.S. Mrs J Brabban Mr L Brabban. 25th July - Leeds City &amp; Dist. C.A. Mrs L Kent Mrs A Britton. August. 1st August - National Gundog Assn. Mrs J Woodall Mr E Parr. 5th August - Paignton &amp; Dist Fanciers Assn. Mr S Williamson. 8th August - Bournemouth Canine Assn. Mr B Parrott Mr A Porter.</w:t>
      </w:r>
    </w:p>
    <w:p>
      <w:r>
        <w:rPr>
          <w:b w:val="0"/>
          <w:i w:val="0"/>
        </w:rPr>
        <w:t>12th August - United Retriever Club Mr F Whyte Mrs S Wiles. 23rd August - Welsh Kennel Club Mrs G Ek. 30th August - Scottish Kennel Club Dr R W James. September 6th Sept - City of Birmingham C.A. Mr M Reynold. 13th Sept - Richmond Dog Show Society Mr D Ericson. 20th Sept - Darlington Dog Show Society Mrs L Tooth. 26th -Sept Belfast Mr C Atkinson. 30th Sept - Yellow Labrador Club Mr G Johnson Mrs L McGillivray. October 2nd Oct - Driffield Agricultural Society Mr G Haran. 3rd Oct - Northumberland &amp; Durham L.R.C, judges to be announced. 8th October - South Wales K.A. Mrs A Powell Mrs M Percival. 11th Oct North West L.R.C. Mrs H Wiles-Fone, Mrs M Litherland. 14th Oct - Gundog Society of Wales Judges to be announced. 25th Oct - Midland Counties Canine Society Mrs S Hibbert. 31st Oct West of England L.R.C. Ms L Major Mrs J Coulson. November 14th Nov Gundog Breeds Assn - Of Scotland Mrs A Pollock Mrs J Green. December 12th December Ladies Kennel Association - Mrs M Senior Mr A Ellis.</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