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- 15/04/2011"</w:t>
      </w:r>
      <w:r>
        <w:br/>
      </w:r>
      <w:r>
        <w:rPr>
          <w:b w:val="0"/>
          <w:i w:val="0"/>
        </w:rPr>
        <w:br/>
        <w:t>date_original: "15/04/2011"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"2026-09-13T22:48:55"</w:t>
      </w:r>
      <w:r>
        <w:br/>
      </w:r>
      <w:r>
        <w:rPr>
          <w:b w:val="0"/>
          <w:i w:val="0"/>
        </w:rPr>
        <w:br/>
        <w:t>word_count: 698</w:t>
      </w:r>
    </w:p>
    <w:p>
      <w:r>
        <w:t>――――――――――――――――――――――――――――――</w:t>
      </w:r>
    </w:p>
    <w:p>
      <w:r>
        <w:rPr>
          <w:b w:val="0"/>
          <w:i w:val="0"/>
        </w:rPr>
        <w:t>NEWS MEMBERS' AREA SHOP SUBSCRIBE UPCOMING SHOWS MORE</w:t>
      </w:r>
    </w:p>
    <w:p>
      <w:r>
        <w:rPr>
          <w:b w:val="0"/>
          <w:i w:val="0"/>
        </w:rPr>
        <w:t>RETRIEVER LABRADOR</w:t>
      </w:r>
    </w:p>
    <w:p>
      <w:r>
        <w:rPr>
          <w:b w:val="0"/>
          <w:i w:val="0"/>
        </w:rPr>
        <w:t>Issue: 15/04/2011</w:t>
      </w:r>
    </w:p>
    <w:p>
      <w:r>
        <w:rPr>
          <w:b w:val="0"/>
          <w:i w:val="0"/>
        </w:rPr>
        <w:t>When bad luck comes it never seems to come alone and this week there is more sad news from Leigh Lesley. Following the death of her Steeleigh American Express JW mentioned in these notes just last week, Leigh reports that just a few days later his kennel-mate,Tucker,  Steeleigh Worth the Gamble JW passed away at the age of 12 years. Blood tests had revealed he had a very rare leukaemia type of cancer &amp; there was no cure. He was put to sleep to save further suffering.</w:t>
      </w:r>
    </w:p>
    <w:p>
      <w:r>
        <w:rPr>
          <w:b w:val="0"/>
          <w:i w:val="0"/>
        </w:rPr>
        <w:t>Poor Leigh says: "I am totally distraught, in fact quite numb, as these two boys were great Labradors who gave pleasure to everyone all their lives &amp; they will leave a huge void in our lives. I know in time we'll come to terms with their loss &amp; that before then our other dogs will pull us through, but life is very cruel at times".</w:t>
      </w:r>
    </w:p>
    <w:p>
      <w:r>
        <w:rPr>
          <w:b w:val="0"/>
          <w:i w:val="0"/>
        </w:rPr>
        <w:t>There were two club championship shows two weekends ago. The Labrador Club of Scotland show was on Saturday 2nd April and, on the following day, Sunday, at the other end of the country, the Kent Surrey and Sussex Lab Club show was held.</w:t>
      </w:r>
    </w:p>
    <w:p>
      <w:r>
        <w:rPr>
          <w:b w:val="0"/>
          <w:i w:val="0"/>
        </w:rPr>
        <w:t>At the first event, in Scotland, the winners under dog judge Marion Hopkinson (Rocheby) and Tatiana Dreyer the bitch judge who came from Russia, were  BIS &amp; Dog CC - Porter's black Sh Ch Lindall Redemption RBIS &amp; Bitch CC - Steven's yellow Rocheby Gathering Lilacs. RDCC - Crook's black Balrion Weathertop John Barleycorn. RBCC - Shearer &amp; Martin's black- Am Ch Clearcreek Bonaventure Windjammer. BPIS - Powell's  Seatallan Vanilla.</w:t>
      </w:r>
    </w:p>
    <w:p>
      <w:r>
        <w:rPr>
          <w:b w:val="0"/>
          <w:i w:val="0"/>
        </w:rPr>
        <w:t>At KSS the next morning and a few hundred miles further south, under Dog judge Oonagh Gore, the Dog CC, his second, was won by Jane Wojkic's yellow Courtrose Celtic Frost, whilst the Dog RCC went to Sally Lewis's black Sh Ch Gamesmere Orlando. Under judge Margeret Litherland the bitch CC, her second, went to Brian and Trish Parrotts  black Naiken Yelenda at Lougin, whilst the Bitch RCC was won by Sussie Wiles yellow Richbourne Silver Surprise. Best Puppy was Mrs Stringers yellow dog Tumbldown Soul Mate.</w:t>
      </w:r>
    </w:p>
    <w:p>
      <w:r>
        <w:rPr>
          <w:b w:val="0"/>
          <w:i w:val="0"/>
        </w:rPr>
        <w:t>Congratulations to the Metcalfe family whose yellow dog Baileydale Nosey Parker won the East Anglian Pup of the Year competition, an all-breed match event organised by Huntingdon Canine Society. The panel of judges were Jeff Horswell, Diana Spavin and Brenda Taylor. Many congratulations; so good for our breed to be holding its own amongst the "fluffy" dogs.</w:t>
      </w:r>
    </w:p>
    <w:p>
      <w:r>
        <w:rPr>
          <w:b w:val="0"/>
          <w:i w:val="0"/>
        </w:rPr>
        <w:t>Now here is an interesting question for the ornithologists amongst us. Maureen Rees writes "About this time each year I fill a bird-nut holder with dog hair and hang it with the bird food for nesting material. It stops it blowing away and annoying the neighbours! Any ideas why every single yellow hair has gone, whilst the black hair has hardly been touched? It is all in the same container and mixed together in clumps. Yet the various birds, including woodpeckers and parakeets, plus the usual blue-tits, are all pecking away but leaving the black hair. Very strange."</w:t>
      </w:r>
    </w:p>
    <w:p>
      <w:r>
        <w:rPr>
          <w:b w:val="0"/>
          <w:i w:val="0"/>
        </w:rPr>
        <w:t>It is an interesting question. Has anyone any ideas? Do let us know. Perhaps the yellow hair is not as harsh as the black hair so not so soft and comfy in the birds nests; although thinking about it, it cant be that comfy anyway, sitting on a nest made from a pile of dried twigs. We will await your answers. Thinking about it, maybe the black dogs had rolled in something really disgusting before their hair fell out and Mummy bird only wanted he softest of sweet scented down for her brood?</w:t>
      </w:r>
    </w:p>
    <w:p>
      <w:r>
        <w:rPr>
          <w:b w:val="0"/>
          <w:i w:val="0"/>
        </w:rPr>
        <w:t>Ann Britton, 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