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 Apr 2009"</w:t>
      </w:r>
      <w:r>
        <w:br/>
      </w:r>
      <w:r>
        <w:rPr>
          <w:b w:val="0"/>
          <w:i w:val="0"/>
        </w:rPr>
        <w:br/>
        <w:t>date_original: "3 Apr 2009"</w:t>
      </w:r>
      <w:r>
        <w:br/>
      </w:r>
      <w:r>
        <w:rPr>
          <w:b w:val="0"/>
          <w:i w:val="0"/>
        </w:rPr>
        <w:br/>
        <w:t>source_url: "https://www.ourdogs.co.uk/members/breednotes/2009/RetrieverLabrador/RetrieverLabrador-apr3.htm"</w:t>
      </w:r>
      <w:r>
        <w:br/>
      </w:r>
      <w:r>
        <w:rPr>
          <w:b w:val="0"/>
          <w:i w:val="0"/>
        </w:rPr>
        <w:br/>
        <w:t>archive_type: "static_html"</w:t>
      </w:r>
      <w:r>
        <w:br/>
      </w:r>
      <w:r>
        <w:rPr>
          <w:b w:val="0"/>
          <w:i w:val="0"/>
        </w:rPr>
        <w:br/>
        <w:t>scraped_at: "2026-09-13T22:01:34"</w:t>
      </w:r>
      <w:r>
        <w:br/>
      </w:r>
      <w:r>
        <w:rPr>
          <w:b w:val="0"/>
          <w:i w:val="0"/>
        </w:rPr>
        <w:br/>
        <w:t>word_count: 1153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Three Ridings Labrador Club held their championship show at Cleckheaton, near Leeds, Yorkshire. The judges were Vic Cole (Dogs) and Lynn Minchella (Bitches). The Dog CC was won by the Rawlinsons yellow, Halshimoor Lincoln (Sh Ch Ramsayville Route Sixty Six x Halshimoor Tickety Boo JW), whilst the Dog RCC went to Lorraine Tooths yellow, Ch Ludalor Lunar Orbit (Ch Amberstope Blue Moon x Ch Ludalor Lily). The Bitch CC was won by Angela Williams and David Craig’s black Sh Ch Foulby Buttons and Bows (Sh Ch Sudeo Chevalier of Ramsayville x Foulby Paper Lace) and the Bitch RCC went to Gemma Baillie’s yellow, Sh Ch Cambremer Ocean Breeze by Kilstron ShCM (Tullochmohr Titanic at Kilstron x Blackfyne Swing n Time at Cambremer).</w:t>
      </w:r>
    </w:p>
    <w:p>
      <w:r>
        <w:rPr>
          <w:b w:val="0"/>
          <w:i w:val="0"/>
        </w:rPr>
        <w:t>Best Puppy in Show was David Coodes black bitch Warringah’s Kurri Kurri. As I was car-less, we were at home and not at the show. I have no details of who went Best of Breed, but thanks to all those who did phone the results through from the show as the day went by; without your helpful contributions the column would be much less.</w:t>
      </w:r>
    </w:p>
    <w:p>
      <w:r>
        <w:rPr>
          <w:b w:val="0"/>
          <w:i w:val="0"/>
        </w:rPr>
        <w:t>Jo and Andy Metcalfe’s seven months youngster, Bilbo Baggins By Baileydale (Baileydale Bon Bon JW x Willokin Liberty Fayre), whose RBPIS win at Folkestone, Hythe &amp; District CS I recorded in last weeks notes, has continued hitting the high spots week after week. What a thrill for Jo and Andy, his owner -breeders. Bilbo Baggins won Reserve Best Puppy in Show at West Torrington &amp; District Canine Club, where the breed judge was Mrs J Critoph; the Group judge Mrs E King, and Best in Show judge, Marion Sargent. The following day at Woolwich, Bexley &amp; District Canine Association he went one better and won Best Puppy in Show. The breed judge there was Mrs J Miller, the Group judge was Mr D Bennett and the Best in Show Judge, Mrs Lefevre.</w:t>
      </w:r>
    </w:p>
    <w:p>
      <w:r>
        <w:rPr>
          <w:b w:val="0"/>
          <w:i w:val="0"/>
        </w:rPr>
        <w:t>Image the Metcalfe’s delight when the following week this same puppy carried on his winning ways and went Best Puppy in Show at Pinxton held at Newark on Saturday and the following day, Best Puppy in Show at Gorleston. He must surely have a very bright future ahead of him. Well done.The schedules for Evesham CS Open show on 19th July are available to download from the society’s website www.eveshamdcs.co.uk The Labrador judge is Mandy Deane (Tanronens).</w:t>
      </w:r>
    </w:p>
    <w:p>
      <w:r>
        <w:rPr>
          <w:b w:val="0"/>
          <w:i w:val="0"/>
        </w:rPr>
        <w:t>The Breed Club Yearbooks have all arrived and what a great job the editors have done. It is no mean fete gathering information from dog show exhibitors. The editors have to work to such a tight deadlines to get the books out for Crufts. Once again, the editors have succeeded so well. Congratulations!</w:t>
      </w:r>
    </w:p>
    <w:p>
      <w:r>
        <w:rPr>
          <w:b w:val="0"/>
          <w:i w:val="0"/>
        </w:rPr>
        <w:t>Of those books I have received so far, the Scottish Lab Club Yearbook must be picked out for extra mention and, in my humble opinion, take this year’s first prize for layout, interesting content, clarity and colour of kennel reviews and photographs. Well done, Mairi Brown.</w:t>
      </w:r>
      <w:r>
        <w:br/>
      </w:r>
      <w:r>
        <w:rPr>
          <w:b w:val="0"/>
          <w:i w:val="0"/>
        </w:rPr>
        <w:br/>
        <w:t>It is a thankless job being a yearbook editor. It's jolly hard work and having checked and double-checked everything through, in the long run, the editors are completely in the hands of the printers.</w:t>
      </w:r>
    </w:p>
    <w:p>
      <w:r>
        <w:rPr>
          <w:b w:val="0"/>
          <w:i w:val="0"/>
        </w:rPr>
        <w:t>This was emphasised only too well with one of this year's yearbooks where my own kennel advert was concerned. I sent identical, error free text to three yearbook editors. Two proofs came back fault-free; the other was full of printer’s mistakes and had to be corrected. It was a bit of a shock on receiving one of the published yearbooks to see that the printers had continued their inventiveness with my accurate, clearly written text. My yellow dog, Sh Ch Buzby Bowstones JW had not be credited with his Dog CC and BOB won in 2008 at Border Union, but had instead been “awarded” Open Dog under the Bitch judge at WELKS 2008 instead!</w:t>
      </w:r>
      <w:r>
        <w:br/>
      </w:r>
      <w:r>
        <w:rPr>
          <w:b w:val="0"/>
          <w:i w:val="0"/>
        </w:rPr>
        <w:br/>
        <w:t>Apologies to whoever did win Open Dog at WELKS for this incorrect text was not of my invention as proved by the other two yearbooks who got it right from the beginning!</w:t>
      </w:r>
    </w:p>
    <w:p>
      <w:r>
        <w:rPr>
          <w:b w:val="0"/>
          <w:i w:val="0"/>
        </w:rPr>
        <w:t>Tony Jury (Tibblestone), writes in commendation of Roger Mugfords interesting article as a convert in support of dog shows and of Crufts which appears in the Labrador Retriever Club’s yearbook 2008. “Arguably it is one of the most important and timely pieces to be printed for some time. It should be made widely available to a greater audience and the Labrador Retriever Club should be congratulated on enabling Dr Mugford to speak out.”</w:t>
      </w:r>
    </w:p>
    <w:p>
      <w:r>
        <w:rPr>
          <w:b w:val="0"/>
          <w:i w:val="0"/>
        </w:rPr>
        <w:t>Hopefully the Lab Club may allow wider publication of the article in Our Dogs at sometime in the future? We should be glad to include it in these notes for all to read.</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