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- 06/10/2017 - ISSUE"</w:t>
      </w:r>
      <w:r>
        <w:br/>
      </w:r>
      <w:r>
        <w:rPr>
          <w:b w:val="0"/>
          <w:i w:val="0"/>
        </w:rPr>
        <w:br/>
        <w:t>date_original: "06/10/2017 - ISSUE"</w:t>
      </w:r>
      <w:r>
        <w:br/>
      </w:r>
      <w:r>
        <w:rPr>
          <w:b w:val="0"/>
          <w:i w:val="0"/>
        </w:rPr>
        <w:br/>
        <w:t>source_url: "https://www.ourdogs.co.uk/members/breednotes/RetrieverLabradorMain.php"</w:t>
      </w:r>
      <w:r>
        <w:br/>
      </w:r>
      <w:r>
        <w:rPr>
          <w:b w:val="0"/>
          <w:i w:val="0"/>
        </w:rPr>
        <w:br/>
        <w:t>scraped_at: "2026-09-13T15:24:57"</w:t>
      </w:r>
      <w:r>
        <w:br/>
      </w:r>
      <w:r>
        <w:rPr>
          <w:b w:val="0"/>
          <w:i w:val="0"/>
        </w:rPr>
        <w:br/>
        <w:t>word_count: 1344</w:t>
      </w:r>
    </w:p>
    <w:p>
      <w:r>
        <w:t>――――――――――――――――――――――――――――――</w:t>
      </w:r>
    </w:p>
    <w:p>
      <w:r>
        <w:rPr>
          <w:b w:val="0"/>
          <w:i w:val="0"/>
        </w:rPr>
        <w:t>NEWS MEMBERS' AREA SHOP SUBSCRIBE UPCOMING SHOWS MORE</w:t>
      </w:r>
    </w:p>
    <w:p>
      <w:r>
        <w:rPr>
          <w:b w:val="0"/>
          <w:i w:val="0"/>
        </w:rPr>
        <w:t>RETRIEVER LABRADOR</w:t>
      </w:r>
    </w:p>
    <w:p>
      <w:r>
        <w:rPr>
          <w:b w:val="0"/>
          <w:i w:val="0"/>
        </w:rPr>
        <w:t>Issue: 06/10/2017</w:t>
      </w:r>
    </w:p>
    <w:p>
      <w:r>
        <w:rPr>
          <w:b w:val="0"/>
          <w:i w:val="0"/>
        </w:rPr>
        <w:t>The Soggy autumn weather seems to have arrived and at the end of the month, it will be the clock change time, making days even shorter and darker. Roll on sunny days of spring!</w:t>
      </w:r>
    </w:p>
    <w:p>
      <w:r>
        <w:rPr>
          <w:b w:val="0"/>
          <w:i w:val="0"/>
        </w:rPr>
        <w:t>Online Entries via fossedata will close on Sunday October 15th for West of England Lab Club Ch Show at Weston Super Mare on 4th November. Judges are Sussie Wiles (Richbourne) and Joan Woodall (Thirlmere). Enquiries to Secretary Mr G Fox 01752 895049</w:t>
      </w:r>
    </w:p>
    <w:p>
      <w:r>
        <w:rPr>
          <w:b w:val="0"/>
          <w:i w:val="0"/>
        </w:rPr>
        <w:t>The Yellow Lab Club staged their championship show midweek at the Sports Connection near Coventry. Secretary Sussie Wiles and her jolly team ensured everyone had an enjoyable day, aided especially by the greatly appreciated benching for those exhibitors who wished to use it for their dogs comfort, rather than the latter being cramped in dark gloomy crates with the sides and top blinds shut down all day, like resting parrots!</w:t>
      </w:r>
    </w:p>
    <w:p>
      <w:r>
        <w:rPr>
          <w:b w:val="0"/>
          <w:i w:val="0"/>
        </w:rPr>
        <w:t xml:space="preserve">I wandered up and down the benching rows and thought how good it was looking at the dogs and bitches heads and expressions. Something you can rarely see these days since exhibits are so often crated, away from view. </w:t>
      </w:r>
    </w:p>
    <w:p>
      <w:r>
        <w:rPr>
          <w:b w:val="0"/>
          <w:i w:val="0"/>
        </w:rPr>
        <w:t xml:space="preserve">From a distance, once the crated dog is in the ring, unless one is the judge, you cannot get any idea of the head shape or quality to help in deciding whether you want to use the dog at stud or not. Win or lose, after the class,  it is usually returned from the ring and put straight back into the crate and the blinds shut down once again. </w:t>
      </w:r>
    </w:p>
    <w:p>
      <w:r>
        <w:rPr>
          <w:b w:val="0"/>
          <w:i w:val="0"/>
        </w:rPr>
        <w:t>So, at the benched yellows, I enjoyed head studying of benched exhibits as I am sure did many others. Remember, a Labradors main deciding points are head, coat and tail!</w:t>
      </w:r>
    </w:p>
    <w:p>
      <w:r>
        <w:rPr>
          <w:b w:val="0"/>
          <w:i w:val="0"/>
        </w:rPr>
        <w:t>The judges were JR Sauge from Sweden who judged Dogs and Arwyn Ellis, who judged Bitches. There was a total entry of 264 dogs and bitches.</w:t>
      </w:r>
    </w:p>
    <w:p>
      <w:r>
        <w:rPr>
          <w:b w:val="0"/>
          <w:i w:val="0"/>
        </w:rPr>
        <w:t xml:space="preserve">The Dog CC and Best in Show was won by the Brown family, David Todd and Ms Farquarsons 5 year old black, Ramsayville Ruby Walsh ( Ramsayville Robert Downey x Sudeo Mystique at </w:t>
      </w:r>
    </w:p>
    <w:p>
      <w:r>
        <w:rPr>
          <w:b w:val="0"/>
          <w:i w:val="0"/>
        </w:rPr>
        <w:t xml:space="preserve">Ransayville). The Dog RCC was second such award for Christine Bailiss's 14 month, yellow Tissalian Hi Jack JW. ( Sh Ch Rocheby Hornblower  x Tissalian Hide and Seek) . </w:t>
      </w:r>
    </w:p>
    <w:p>
      <w:r>
        <w:rPr>
          <w:b w:val="0"/>
          <w:i w:val="0"/>
        </w:rPr>
        <w:t>In the Bitch ring under Arwyn Ellis, the CC, her second, was awarded to Hayley Jo Brambles 3 year old black, Shaymiloney Stormin Norma JW , who took it all in her stride whilst her overjoyed owner floated with sheer joy somewhere above the stratosphere. Norma is sired by Mardas Roman Republic x Shaymiloney Sweet Pea.</w:t>
      </w:r>
    </w:p>
    <w:p>
      <w:r>
        <w:rPr>
          <w:b w:val="0"/>
          <w:i w:val="0"/>
        </w:rPr>
        <w:t>The Bitch RCC went to  Maxine Woodleys 18 month black Junior, A Sense of Pleasures Ylvi at Alkamhurst (imp Deu) . Best Puppy in Show was Judith Charltons yellow bitch, Foxrush Time to Shine (Rocheby Town Cryer x Sh Ch Foxrush Remember the Time JW).</w:t>
      </w:r>
    </w:p>
    <w:p>
      <w:r>
        <w:rPr>
          <w:b w:val="0"/>
          <w:i w:val="0"/>
        </w:rPr>
        <w:t>Mentioning Judiths Foxrush, reminds me that I have received a lovely news filled letter from Audrey Chapman of the Croftspa kennels, such a kind lady and breeder of many excellent Labradors in the past, including Judiths all time bitch breed record holder, Sh Ch Croftspa Hazelnut of Foxrush, (Sh Ch Ardmargha Mad Hatter  x Foxrush Caprice of Croftspa, the latter a daughter of Sh Ch Croftspa Charlotte of Foxrush). Hazelnut was born in 1983.</w:t>
      </w:r>
    </w:p>
    <w:p>
      <w:r>
        <w:rPr>
          <w:b w:val="0"/>
          <w:i w:val="0"/>
        </w:rPr>
        <w:t>So good to hear that although Audrey is now unable to get about much following hip and knee surgery, she still enjoys keeping in touch with the Labrador world via the breed notes. She has given me some good mole eradicating tips to try.</w:t>
      </w:r>
    </w:p>
    <w:p>
      <w:r>
        <w:rPr>
          <w:b w:val="0"/>
          <w:i w:val="0"/>
        </w:rPr>
        <w:t>Two days after the Yellows, following two days of torrential rain, it was the turn of the Driffield committee to stage their Day 2 Gundog day classes at Ripon Racecourse. The ground and car parks had apparently become a quagmire on the first day. News travelled fast via social media and most Gundog exhibitors came prepared with waterproofs and wellies. One of the plus points of Facebook.</w:t>
      </w:r>
    </w:p>
    <w:p>
      <w:r>
        <w:rPr>
          <w:b w:val="0"/>
          <w:i w:val="0"/>
        </w:rPr>
        <w:t xml:space="preserve">The judge was Ken Roberts. There was and entry of 120 dogs and bitches. The </w:t>
      </w:r>
    </w:p>
    <w:p>
      <w:r>
        <w:rPr>
          <w:b w:val="0"/>
          <w:i w:val="0"/>
        </w:rPr>
        <w:t>Dog CC and Best of Breed was Marion Hopkinsons yellow dog Sh Ch Rocheby Hornblower. (Rocheby Town Cryer x Rocheby Wild Snowdrop). The Dog RCC went to Marlene Heppers black Yearling winner, Mardas All Blacks JW. (Mambrinos Brandysnap at Richbourne x Mardas Vintage Silk).</w:t>
      </w:r>
    </w:p>
    <w:p>
      <w:r>
        <w:rPr>
          <w:b w:val="0"/>
          <w:i w:val="0"/>
        </w:rPr>
        <w:t xml:space="preserve">The Bitch CC went to Judith Charltons yellow 2 year old Sh Ch Foxrush Spun Gold JW (Sh Ch Rocheby State Occasion x Foxrush Rebecca), whilst the Bitch RCC was won by Linda McGillivrays black Antonine Hetty Feather. ( Waterlines Freddo with Antonine (imp Fin)  x Lindall Rihanna with Antonine). </w:t>
      </w:r>
    </w:p>
    <w:p>
      <w:r>
        <w:rPr>
          <w:b w:val="0"/>
          <w:i w:val="0"/>
        </w:rPr>
        <w:t xml:space="preserve">Best Puppy was once again Judith Charltons yellow Foxrush Time to Shine JW ( details as above, at the Yellow Lab Club). </w:t>
      </w:r>
    </w:p>
    <w:p>
      <w:r>
        <w:rPr>
          <w:b w:val="0"/>
          <w:i w:val="0"/>
        </w:rPr>
        <w:t>Many thanks to Michelle Morgan for providing a list of profitable stakes wins for Labrador exhibitors at Driffield.</w:t>
      </w:r>
    </w:p>
    <w:p>
      <w:r>
        <w:rPr>
          <w:b w:val="0"/>
          <w:i w:val="0"/>
        </w:rPr>
        <w:t>Fiona Braddon won Â£75 and also the challenge with the opposite sex, to win the rosette in the Junior Stakes with Trendlewood Born to Run, Michelle herself won Â£25 for 2nd place in the bitch Yearling Stakes with Tessholly's Jessica JW.</w:t>
      </w:r>
    </w:p>
    <w:p>
      <w:r>
        <w:rPr>
          <w:b w:val="0"/>
          <w:i w:val="0"/>
        </w:rPr>
        <w:t>Stella Crellin won 2 x Â£10 for two reserve places in the Special Beginners Stakes with Aalincarry Summer Majic and A. Summer Love and Carolyn Smith won Â£10 for reserve in the Good Citizen Stakes with Ewtor Affinity for Flyenpyg JW ShCM.</w:t>
      </w:r>
    </w:p>
    <w:p>
      <w:r>
        <w:rPr>
          <w:b w:val="0"/>
          <w:i w:val="0"/>
        </w:rPr>
        <w:t>The longstanding Bakewell show in Derbyshire which used to be a very well attended, popular, benched two day open show, suffered badly with rain and flooding this year. For those exhibitors who enjoy and support this show, there is an announcement regarding the 2018 show.</w:t>
      </w:r>
    </w:p>
    <w:p>
      <w:r>
        <w:rPr>
          <w:b w:val="0"/>
          <w:i w:val="0"/>
        </w:rPr>
        <w:t>"Bakewell DOG SHOW -the new Dates for 2018 will be Saturday 21st &amp; Sunday 22nd July 2018. The Main Agricultural Show is taking a year out for the preparation for the 200th Anniversary in 2019 and to allow the ground to recover from the adverse weather this year. In 2018, the Dog show will be held on the main showground with hard standing for parking. ALL enquiries please contact dog section Secretary Paul Clayton.'</w:t>
      </w:r>
    </w:p>
    <w:p>
      <w:r>
        <w:rPr>
          <w:b w:val="0"/>
          <w:i w:val="0"/>
        </w:rPr>
        <w:t xml:space="preserve">I picked the following up from Sally Parr (now exhibiting  Duck Tollers but also a successful  </w:t>
      </w:r>
    </w:p>
    <w:p>
      <w:r>
        <w:rPr>
          <w:b w:val="0"/>
          <w:i w:val="0"/>
        </w:rPr>
        <w:t xml:space="preserve">Labrador breeder/ exhibitor) on Facebook and am sharing in these notes as it may help avoid severe illness in dogs, </w:t>
      </w:r>
    </w:p>
    <w:p>
      <w:r>
        <w:rPr>
          <w:b w:val="0"/>
          <w:i w:val="0"/>
        </w:rPr>
        <w:t>Sally writes, "Some of you may know about Scout, a UK Duck Toller puppy that died after licking his owner's skin, which had Psoriasis cream newly applied, a few years ago.</w:t>
      </w:r>
    </w:p>
    <w:p>
      <w:r>
        <w:rPr>
          <w:b w:val="0"/>
          <w:i w:val="0"/>
        </w:rPr>
        <w:t>It appears that the ingredients in that cream are the latest 'wow' miracle cure for wrinkles, being added to regular over the counter creams, anti wrinkle creams etc, thus possibly making these creams poisonous to dogs as well. There was another similar report from Scotland in 2012.</w:t>
      </w:r>
    </w:p>
    <w:p>
      <w:r>
        <w:rPr>
          <w:b w:val="0"/>
          <w:i w:val="0"/>
        </w:rPr>
        <w:t>Now, a member in Scotland has just come upon another case of a dog dying, apparently after licking its owner's leg not long after the owner had applied a cream to her leg.</w:t>
      </w:r>
    </w:p>
    <w:p>
      <w:r>
        <w:rPr>
          <w:b w:val="0"/>
          <w:i w:val="0"/>
        </w:rPr>
        <w:t>The problem appears to be an ingredient called Calcipotriol which is a vitamin D analogue. It is used in ointments for Eczema and Psoriasis. This case suggests that it may be fatal to dogs even in minute doses - just one lick.</w:t>
      </w:r>
    </w:p>
    <w:p>
      <w:r>
        <w:rPr>
          <w:b w:val="0"/>
          <w:i w:val="0"/>
        </w:rPr>
        <w:t>Until we hear any more, please pass this on as an alert for dog owners who have skin problems, to check the ingredients of any creams they use.</w:t>
      </w:r>
    </w:p>
    <w:p>
      <w:r>
        <w:rPr>
          <w:b w:val="0"/>
          <w:i w:val="0"/>
        </w:rPr>
        <w:t xml:space="preserve">Please do not let dogs lick you if you have applied anti wrinkle or any skin creams." </w:t>
      </w:r>
    </w:p>
    <w:p>
      <w:r>
        <w:rPr>
          <w:b w:val="0"/>
          <w:i w:val="0"/>
        </w:rPr>
        <w:t>Thank you for that information, Sally.</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