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- 09/12/2016 - ISSUE"</w:t>
      </w:r>
      <w:r>
        <w:br/>
      </w:r>
      <w:r>
        <w:rPr>
          <w:b w:val="0"/>
          <w:i w:val="0"/>
        </w:rPr>
        <w:br/>
        <w:t>date_original: "09/12/2016 - ISSUE"</w:t>
      </w:r>
      <w:r>
        <w:br/>
      </w:r>
      <w:r>
        <w:rPr>
          <w:b w:val="0"/>
          <w:i w:val="0"/>
        </w:rPr>
        <w:br/>
        <w:t>source_url: "https://www.ourdogs.co.uk/members/breednotes/RetrieverLabradorMain.php"</w:t>
      </w:r>
      <w:r>
        <w:br/>
      </w:r>
      <w:r>
        <w:rPr>
          <w:b w:val="0"/>
          <w:i w:val="0"/>
        </w:rPr>
        <w:br/>
        <w:t>scraped_at: "2026-09-13T15:27:17"</w:t>
      </w:r>
      <w:r>
        <w:br/>
      </w:r>
      <w:r>
        <w:rPr>
          <w:b w:val="0"/>
          <w:i w:val="0"/>
        </w:rPr>
        <w:br/>
        <w:t>word_count: 482</w:t>
      </w:r>
    </w:p>
    <w:p>
      <w:r>
        <w:t>――――――――――――――――――――――――――――――</w:t>
      </w:r>
    </w:p>
    <w:p>
      <w:r>
        <w:rPr>
          <w:b w:val="0"/>
          <w:i w:val="0"/>
        </w:rPr>
        <w:t>NEWS MEMBERS' AREA SHOP SUBSCRIBE UPCOMING SHOWS MORE</w:t>
      </w:r>
    </w:p>
    <w:p>
      <w:r>
        <w:rPr>
          <w:b w:val="0"/>
          <w:i w:val="0"/>
        </w:rPr>
        <w:t>RETRIEVER LABRADOR</w:t>
      </w:r>
    </w:p>
    <w:p>
      <w:r>
        <w:rPr>
          <w:b w:val="0"/>
          <w:i w:val="0"/>
        </w:rPr>
        <w:t>Issue: 09/12/2016</w:t>
      </w:r>
    </w:p>
    <w:p>
      <w:r>
        <w:rPr>
          <w:b w:val="0"/>
          <w:i w:val="0"/>
        </w:rPr>
        <w:t>Now we dont have schedules regularly dropping through our letterboxes I find it all too easy to forget to enter forthcoming shows especially with Christmas coming along so quickly. I eventually got on-line to see what was ahead.</w:t>
      </w:r>
    </w:p>
    <w:p>
      <w:r>
        <w:rPr>
          <w:b w:val="0"/>
          <w:i w:val="0"/>
        </w:rPr>
        <w:t>Becky Hodge is judging Labradors at Manchester Ch Show at Stafford on 22nd January 2017. Postal entries have already closed but you can still enter online via dog.biz. until midday 14th December 2016</w:t>
      </w:r>
    </w:p>
    <w:p>
      <w:r>
        <w:rPr>
          <w:b w:val="0"/>
          <w:i w:val="0"/>
        </w:rPr>
        <w:t xml:space="preserve">The Labrador Retriever Club of Wales will hold their unbenched Championship </w:t>
      </w:r>
    </w:p>
    <w:p>
      <w:r>
        <w:rPr>
          <w:b w:val="0"/>
          <w:i w:val="0"/>
        </w:rPr>
        <w:t>Show of 30 classes at Chepstow Leisure Centre, Monmouthshire on 4th February 2017. The judges are Mr David Coode (Dogs) and Mrs Lynda Miles (Bitches). Postal entries close on 7th January 2017 and are to be sent to Secretary, Margaret Barker, Haulwen, Church Lane, Nantgarw, Cardiff CF15 7TQ. Online entries close at midnight on Sunday 15th Jan 2017 and are via fossedata.co.uk</w:t>
      </w:r>
    </w:p>
    <w:p>
      <w:r>
        <w:rPr>
          <w:b w:val="0"/>
          <w:i w:val="0"/>
        </w:rPr>
        <w:t xml:space="preserve">Cotswold and Wyevern Lab Club 23 class Open show will be held on Saturday February 11th 2017 at Norton Parish Hall, Worcester. Margaret Barker, Secretary of Lab Club of Wales will be the judge. Postal Entries close on January 9th and online entries on January 19th 2017 also via fossedata.co.uk. </w:t>
      </w:r>
    </w:p>
    <w:p>
      <w:r>
        <w:rPr>
          <w:b w:val="0"/>
          <w:i w:val="0"/>
        </w:rPr>
        <w:t xml:space="preserve">The Cotswold and Wyevern club AGM follows immediately afterwards. After sterling work, Karl Gawthorpe is standing down at the AGM as Secretary. Nominations are being sought from paid up Members for the clubs new Secretary. </w:t>
      </w:r>
    </w:p>
    <w:p>
      <w:r>
        <w:rPr>
          <w:b w:val="0"/>
          <w:i w:val="0"/>
        </w:rPr>
        <w:t>Nominations must be in writing, proposed and seconded by fully paid up members and with the nominees signature of consent and sent by post to the Hon Secretary Karl Gawthorpe, 107 Sandgate, Swindon, Wiltshire. SN3 4HJ.</w:t>
      </w:r>
    </w:p>
    <w:p>
      <w:r>
        <w:rPr>
          <w:b w:val="0"/>
          <w:i w:val="0"/>
        </w:rPr>
        <w:t>Karl has quietly, kindly and efficiently steered the club soundly for several years and I am sure will be sorely missed  by Cots and Wye LRC members. I gather he is not leaving the world of the Labrador Secretary, but I will await official formal notification from the relevant club before I say anything out of turn.</w:t>
      </w:r>
    </w:p>
    <w:p>
      <w:r>
        <w:rPr>
          <w:b w:val="0"/>
          <w:i w:val="0"/>
        </w:rPr>
        <w:t>A reminder that copy text and photos for the latest addition to the series of five yearly pedigree books started by Harold Clayton in 1972, Pedigree Labradors of the United Kingdom 2017 should be with the editors Erica Jayes and Rosemary Hewitt by 11th December 2016. Contact emails are sandylandslabs@aol.com or newinnlabradors@hotmail.co.uk</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