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 Apr 2003"</w:t>
      </w:r>
      <w:r>
        <w:br/>
      </w:r>
      <w:r>
        <w:rPr>
          <w:b w:val="0"/>
          <w:i w:val="0"/>
        </w:rPr>
        <w:br/>
        <w:t>date_original: "04 Apr 2003"</w:t>
      </w:r>
      <w:r>
        <w:br/>
      </w:r>
      <w:r>
        <w:rPr>
          <w:b w:val="0"/>
          <w:i w:val="0"/>
        </w:rPr>
        <w:br/>
        <w:t>source_url: "https://www.ourdogs.co.uk/members/breednotes/2003/RetrieverLabrador/RetrieverLabrador-apr04.htm"</w:t>
      </w:r>
      <w:r>
        <w:br/>
      </w:r>
      <w:r>
        <w:rPr>
          <w:b w:val="0"/>
          <w:i w:val="0"/>
        </w:rPr>
        <w:br/>
        <w:t>archive_type: "static_html"</w:t>
      </w:r>
      <w:r>
        <w:br/>
      </w:r>
      <w:r>
        <w:rPr>
          <w:b w:val="0"/>
          <w:i w:val="0"/>
        </w:rPr>
        <w:br/>
        <w:t>scraped_at: "2026-09-13T22:15:19"</w:t>
      </w:r>
      <w:r>
        <w:br/>
      </w:r>
      <w:r>
        <w:rPr>
          <w:b w:val="0"/>
          <w:i w:val="0"/>
        </w:rPr>
        <w:br/>
        <w:t>word_count: 1809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West of England LRC Open Show was judged by Mrs Sue Faulkner. Best in Show was the yellow dog Baileydale Bon Bon owned by Mr and Mrs Metcalfe.</w:t>
      </w:r>
    </w:p>
    <w:p>
      <w:r>
        <w:rPr>
          <w:b w:val="0"/>
          <w:i w:val="0"/>
        </w:rPr>
        <w:t>The Yellow Labrador Club held their mid week Open Show at Southam. Anthony Allen was the judge and his best in show was the yellow dog, Sh Ch Saranden Saboteur owned by Mr and Mrs McLellan. This show is always a joy to attend, one of the Labrador social events of the year, not least because of the wonderful lunches provided by Erica Jayes and her team of helpers.</w:t>
      </w:r>
    </w:p>
    <w:p>
      <w:r>
        <w:rPr>
          <w:b w:val="0"/>
          <w:i w:val="0"/>
        </w:rPr>
        <w:t>One of the delights of breeding Labrador puppies is receiving news of their progress and hearing of their adventures in their new homes. Mary Rose recently received the following letter from one of her puppies, Archie, who is greatly enjoying life with his new family, Mum, Dad and four children. I trust you will enjoy this as much as I did.</w:t>
      </w:r>
    </w:p>
    <w:p>
      <w:r>
        <w:rPr>
          <w:b w:val="0"/>
          <w:i w:val="0"/>
        </w:rPr>
        <w:t>“Dear Mum,</w:t>
      </w:r>
    </w:p>
    <w:p>
      <w:r>
        <w:rPr>
          <w:b w:val="0"/>
          <w:i w:val="0"/>
        </w:rPr>
        <w:t>My new family suggested that I put a few paw prints to paper to let you know how I'm getting on, so here goes........</w:t>
      </w:r>
    </w:p>
    <w:p>
      <w:r>
        <w:rPr>
          <w:b w:val="0"/>
          <w:i w:val="0"/>
        </w:rPr>
        <w:t>I'm growing quickly and was around 20 kilos at the last weigh-in; I've finished with the Vet for now, having had my jabs, my regular worming powders, and I've also been microchipped 'cos my new Mum &amp; Dad reckon I'm very 'pinchable', I'm so cute!</w:t>
      </w:r>
    </w:p>
    <w:p>
      <w:r>
        <w:rPr>
          <w:b w:val="0"/>
          <w:i w:val="0"/>
        </w:rPr>
        <w:t>My day starts around 6.30am, when I hear my two older littermates Sarah and Richard getting ready for school upstairs. I usually bark just once to say I need to uncross my legs and Mum comes flying downstairs to unlock the back door. I go straight to my usual spot in the corner and then pop straight back to the kitchen, for the first of many treats I get for doing things right.</w:t>
      </w:r>
    </w:p>
    <w:p>
      <w:r>
        <w:rPr>
          <w:b w:val="0"/>
          <w:i w:val="0"/>
        </w:rPr>
        <w:t>Then I go back outside to have a little nose around the garden and maybe chase Toulouse the cat if he's around. He usually cheats and runs under the shed or climbs up a fence, which isn't really fair, is it?</w:t>
      </w:r>
    </w:p>
    <w:p>
      <w:r>
        <w:rPr>
          <w:b w:val="0"/>
          <w:i w:val="0"/>
        </w:rPr>
        <w:t>After breakfast, I regularly go to school with Tim &amp; Jo, my two younger litter-mates and at the school gate I exchange news with lots of new friends and their owners...there's Indy, a Border Collie, Lincoln, a Golden Retriever, Lucy and Winston, black Labs like me, Monty and Molly and Jasmine, three more Golden Retrievers, Ben the Beagle and Ruby the Borzoi.</w:t>
      </w:r>
    </w:p>
    <w:p>
      <w:r>
        <w:rPr>
          <w:b w:val="0"/>
          <w:i w:val="0"/>
        </w:rPr>
        <w:t>Sometimes Mum takes me for a little walk around the Millennium Green by the river where I meet more friends, Chablis another Golden Retriever and Teal and Daisy, two Springers, and several others I don't yet speak with.</w:t>
      </w:r>
    </w:p>
    <w:p>
      <w:r>
        <w:rPr>
          <w:b w:val="0"/>
          <w:i w:val="0"/>
        </w:rPr>
        <w:t>I only have little walks like this once a day; occasionally I go down the old Strawberry Railway line where Mum &amp; Dad are training me to the whistle...I can stop at one whistle and I always go straight back to them when I hear two short sharp whistles, even when I can't see them. They seem really pleased with me!</w:t>
      </w:r>
    </w:p>
    <w:p>
      <w:r>
        <w:rPr>
          <w:b w:val="0"/>
          <w:i w:val="0"/>
        </w:rPr>
        <w:t>I was always really well behaved for them from day 1, just like you told me to be.</w:t>
      </w:r>
      <w:r>
        <w:br/>
      </w:r>
      <w:r>
        <w:rPr>
          <w:b w:val="0"/>
          <w:i w:val="0"/>
        </w:rPr>
        <w:br/>
        <w:t>I know what 'No' means and I've been able to 'Sit', 'Stay', 'Wait' and 'Come' for ages; they always make me wait for my food until after they've all eaten, even the wretched cat gets his meals before me! Occasionally, I try to taste a bit of theirs, but they make me sit away from the table, while they are eating. (I did get all of Mum's dinner once last week though; when she had to go and answer the phone I do like Shepherd's pie!!). I also managed to sample a chocolate brownie, which Sarah had made for Tim's birthday party. (Nobody saw me take it though- they thought I couldn't reach, but now they've started putting things right out of my reach, so I'll have to grow a bit more!)</w:t>
      </w:r>
    </w:p>
    <w:p>
      <w:r>
        <w:rPr>
          <w:b w:val="0"/>
          <w:i w:val="0"/>
        </w:rPr>
        <w:t>I've lost most of my baby teeth now and have most of my big new ones. I did chew quite a few things over the past few weeks - I just couldn't help myself. My family had given me lots of nice chewy toys like a kong and a nylabone, but I've also gone through three slippers, the corners of several little coffee tables and lots of odd socks, which I keep finding lying around on radiators!</w:t>
      </w:r>
    </w:p>
    <w:p>
      <w:r>
        <w:rPr>
          <w:b w:val="0"/>
          <w:i w:val="0"/>
        </w:rPr>
        <w:t>My favourite hobby is gardening, where I spend a lot of my time;</w:t>
      </w:r>
    </w:p>
    <w:p>
      <w:r>
        <w:rPr>
          <w:b w:val="0"/>
          <w:i w:val="0"/>
        </w:rPr>
        <w:t>I'm particularly good at de-potting things and taking the growing tips out of crocus bulbs as soon as they show their heads; I've also re-arranged a heather bed in the rockery and helped to compost some of the autumn twig-fall by chewing it to pieces and scattering it all over the lawn! I'm sure I must be a great help to Mum &amp; Dad. I also help Mum empty the washing machine but I don't like that big growly grey and yellow monster they call the hoover - I chase that. Dad says they don't need that any more and that I should have been called 'Dyson' as I always help them clear up any crumbs that get dropped on the floor.</w:t>
      </w:r>
    </w:p>
    <w:p>
      <w:r>
        <w:rPr>
          <w:b w:val="0"/>
          <w:i w:val="0"/>
        </w:rPr>
        <w:t>I've learned how to use a mobile phone too, so if I can get regular access to one, I'll be able to give you a 'woof' from time to time.</w:t>
      </w:r>
    </w:p>
    <w:p>
      <w:r>
        <w:rPr>
          <w:b w:val="0"/>
          <w:i w:val="0"/>
        </w:rPr>
        <w:t>Dad's brother and sister-in-law came for a meal the other evening and I got a chance to practice this new skill....Lindy left her handbag invitingly on the floor, so my nose managed to lift up the flap and have a poke around!</w:t>
      </w:r>
    </w:p>
    <w:p>
      <w:r>
        <w:rPr>
          <w:b w:val="0"/>
          <w:i w:val="0"/>
        </w:rPr>
        <w:t>I chewed the leather case of the phone quite well, but hadn't quite managed to get connected to New York before I was discovered! They said it brought a whole new meaning to being on the 'dog &amp; bone' and apparently Lindy now refers not to being on the mobile phone, but to being "on the Archie"!!! Luckily they were all quite amused, but I get the feeling I shouldn't do this too often- what do you think?</w:t>
      </w:r>
    </w:p>
    <w:p>
      <w:r>
        <w:rPr>
          <w:b w:val="0"/>
          <w:i w:val="0"/>
        </w:rPr>
        <w:t>My Mum says that she was going to send you some photos of me with the family, but when she went to take the film out of the camera the other day she discovered that there hadn't been a film in there at all!!! She is now making up for lost time and I've had a few photo shoots just recently, so snaps to follow.</w:t>
      </w:r>
    </w:p>
    <w:p>
      <w:r>
        <w:rPr>
          <w:b w:val="0"/>
          <w:i w:val="0"/>
        </w:rPr>
        <w:t>I hope you and all the doggy family are well and your mistress and master too.</w:t>
      </w:r>
    </w:p>
    <w:p>
      <w:r>
        <w:rPr>
          <w:b w:val="0"/>
          <w:i w:val="0"/>
        </w:rPr>
        <w:t>Lots of love from Archie!”</w:t>
      </w:r>
    </w:p>
    <w:p>
      <w:r>
        <w:rPr>
          <w:b w:val="0"/>
          <w:i w:val="0"/>
        </w:rPr>
        <w:t>Many thanks to Gary Johnson for the following tale,</w:t>
      </w:r>
    </w:p>
    <w:p>
      <w:r>
        <w:rPr>
          <w:b w:val="0"/>
          <w:i w:val="0"/>
        </w:rPr>
        <w:t>Subject: Talking dog</w:t>
      </w:r>
    </w:p>
    <w:p>
      <w:r>
        <w:rPr>
          <w:b w:val="0"/>
          <w:i w:val="0"/>
        </w:rPr>
        <w:t>“A man sees a sign in front of a house: "Talking Dog for Sale."</w:t>
      </w:r>
      <w:r>
        <w:br/>
      </w:r>
      <w:r>
        <w:rPr>
          <w:b w:val="0"/>
          <w:i w:val="0"/>
        </w:rPr>
        <w:br/>
        <w:t>He rings the bell and the owner tells him the dog is in the back yard. The man goes into the back yard and sees a mutt sitting there.</w:t>
      </w:r>
    </w:p>
    <w:p>
      <w:r>
        <w:rPr>
          <w:b w:val="0"/>
          <w:i w:val="0"/>
        </w:rPr>
        <w:t>"You talk?" he asks the dog.</w:t>
      </w:r>
      <w:r>
        <w:br/>
      </w:r>
      <w:r>
        <w:rPr>
          <w:b w:val="0"/>
          <w:i w:val="0"/>
        </w:rPr>
        <w:br/>
        <w:t>"Yep, that's me," the mutt replies.</w:t>
      </w:r>
      <w:r>
        <w:br/>
      </w:r>
      <w:r>
        <w:rPr>
          <w:b w:val="0"/>
          <w:i w:val="0"/>
        </w:rPr>
        <w:br/>
        <w:t>"So, what's your story?"</w:t>
      </w:r>
    </w:p>
    <w:p>
      <w:r>
        <w:rPr>
          <w:b w:val="0"/>
          <w:i w:val="0"/>
        </w:rPr>
        <w:t>The old hound looks up and says, "Well, I discovered my gift pretty young and I wanted to help the government, so I told the CIA about my talent and in no time they had me jetting from country to country, sitting in rooms with spies and world leaders, because no one figured a dog would be eavesdropping. I was one of their most valuable spies, eight years running.</w:t>
      </w:r>
    </w:p>
    <w:p>
      <w:r>
        <w:rPr>
          <w:b w:val="0"/>
          <w:i w:val="0"/>
        </w:rPr>
        <w:t>I couldn't tell you how many wars I helped prevent. "But, the jetting around really tired me out, and I knew I wasn't getting any younger and I wanted to settle down.</w:t>
      </w:r>
    </w:p>
    <w:p>
      <w:r>
        <w:rPr>
          <w:b w:val="0"/>
          <w:i w:val="0"/>
        </w:rPr>
        <w:t>So I signed up for a job at the airport to do some undercover security work, mostly wandering near suspicious characters and listening in.</w:t>
      </w:r>
    </w:p>
    <w:p>
      <w:r>
        <w:rPr>
          <w:b w:val="0"/>
          <w:i w:val="0"/>
        </w:rPr>
        <w:t>I uncovered some incredible dealings there ... and was awarded a batch of medals.</w:t>
      </w:r>
      <w:r>
        <w:br/>
      </w:r>
      <w:r>
        <w:rPr>
          <w:b w:val="0"/>
          <w:i w:val="0"/>
        </w:rPr>
        <w:br/>
        <w:t>"Had a wife, a mess of puppies, and now I'm just retired."</w:t>
      </w:r>
    </w:p>
    <w:p>
      <w:r>
        <w:rPr>
          <w:b w:val="0"/>
          <w:i w:val="0"/>
        </w:rPr>
        <w:t>The man is amazed. He goes into the house and asks the owner what he wants for the dog.</w:t>
      </w:r>
    </w:p>
    <w:p>
      <w:r>
        <w:rPr>
          <w:b w:val="0"/>
          <w:i w:val="0"/>
        </w:rPr>
        <w:t>"Ten dollars and he's yours," the owner says.</w:t>
      </w:r>
    </w:p>
    <w:p>
      <w:r>
        <w:rPr>
          <w:b w:val="0"/>
          <w:i w:val="0"/>
        </w:rPr>
        <w:t>"But this dog is amazing, he talks so well!" the man exclaims. "Why on earth are you selling him and why so cheap?"</w:t>
      </w:r>
    </w:p>
    <w:p>
      <w:r>
        <w:rPr>
          <w:b w:val="0"/>
          <w:i w:val="0"/>
        </w:rPr>
        <w:t>"Oh, yes, he talks, but he's such a liar," the owner says. "He didn't do any of that, he just makes it up as he goes along!”</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