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- 15/12/2017 - ISSUE"</w:t>
      </w:r>
      <w:r>
        <w:br/>
      </w:r>
      <w:r>
        <w:rPr>
          <w:b w:val="0"/>
          <w:i w:val="0"/>
        </w:rPr>
        <w:br/>
        <w:t>date_original: "15/12/2017 - ISSUE"</w:t>
      </w:r>
      <w:r>
        <w:br/>
      </w:r>
      <w:r>
        <w:rPr>
          <w:b w:val="0"/>
          <w:i w:val="0"/>
        </w:rPr>
        <w:br/>
        <w:t>source_url: "https://www.ourdogs.co.uk/members/breednotes/RetrieverLabradorMain.php"</w:t>
      </w:r>
      <w:r>
        <w:br/>
      </w:r>
      <w:r>
        <w:rPr>
          <w:b w:val="0"/>
          <w:i w:val="0"/>
        </w:rPr>
        <w:br/>
        <w:t>scraped_at: "2026-09-13T15:24:21"</w:t>
      </w:r>
      <w:r>
        <w:br/>
      </w:r>
      <w:r>
        <w:rPr>
          <w:b w:val="0"/>
          <w:i w:val="0"/>
        </w:rPr>
        <w:br/>
        <w:t>word_count: 1189</w:t>
      </w:r>
    </w:p>
    <w:p>
      <w:r>
        <w:t>――――――――――――――――――――――――――――――</w:t>
      </w:r>
    </w:p>
    <w:p>
      <w:r>
        <w:rPr>
          <w:b w:val="0"/>
          <w:i w:val="0"/>
        </w:rPr>
        <w:t>NEWS MEMBERS' AREA SHOP SUBSCRIBE UPCOMING SHOWS MORE</w:t>
      </w:r>
    </w:p>
    <w:p>
      <w:r>
        <w:rPr>
          <w:b w:val="0"/>
          <w:i w:val="0"/>
        </w:rPr>
        <w:t>RETRIEVER LABRADOR</w:t>
      </w:r>
    </w:p>
    <w:p>
      <w:r>
        <w:rPr>
          <w:b w:val="0"/>
          <w:i w:val="0"/>
        </w:rPr>
        <w:t>Issue: 15/12/2017</w:t>
      </w:r>
    </w:p>
    <w:p>
      <w:r>
        <w:rPr>
          <w:b w:val="0"/>
          <w:i w:val="0"/>
        </w:rPr>
        <w:t>On the evening before Gundog day at LKA, just as we were all looking forward to attending the Christmas show, the weather-forecast predicted severe snowy weather with the possibility of 10 inches of snow falling over Wales and the Midlands, including the NEC Birmingham, from 5am in the morning of the show and onwards throughout the day, followed by severe frost.</w:t>
      </w:r>
    </w:p>
    <w:p>
      <w:r>
        <w:rPr>
          <w:b w:val="0"/>
          <w:i w:val="0"/>
        </w:rPr>
        <w:t>Well respected all rounder judge from Norway, Per iversen had drawn a lovely entry on paper of 226 Labradors for LKA at the NEC. We were all looking forward to his judging.</w:t>
      </w:r>
    </w:p>
    <w:p>
      <w:r>
        <w:rPr>
          <w:b w:val="0"/>
          <w:i w:val="0"/>
        </w:rPr>
        <w:t>However, the predicted vagaries of the English weather put a huge spanner in the works and on the day his entry was reduced by around two thirds due to heavy overnight snow causing exhibitors, myself included, to question the safety aspects for dogs, humans and other road users of driving in such snowy conditions. We are not all as skilled as Louis Hamilton!</w:t>
      </w:r>
    </w:p>
    <w:p>
      <w:r>
        <w:rPr>
          <w:b w:val="0"/>
          <w:i w:val="0"/>
        </w:rPr>
        <w:t>The police and Highways agency's Amber Warning issued a request to drivers to stay at home and only contemplate emergency journeys, into which emergency category, to my mind, a dog show sadly does not fall!</w:t>
      </w:r>
    </w:p>
    <w:p>
      <w:r>
        <w:rPr>
          <w:b w:val="0"/>
          <w:i w:val="0"/>
        </w:rPr>
        <w:t>Consequently a large number of like-minded  exhibitors in all breeds stayed at home and reluctantly missed the show, although on the Higham Press website Labrador bitch absentees are shown incorrectly listed as zero for most classes, which is obviously completely wrong.</w:t>
      </w:r>
    </w:p>
    <w:p>
      <w:r>
        <w:rPr>
          <w:b w:val="0"/>
          <w:i w:val="0"/>
        </w:rPr>
        <w:t>It was hoped that judges of all breeds in such a reduced entry would "Withhold" where they felt necessary and have the courage of their conviction not to award "Cheap Tickets" . Luckily, looking at our breed results there were plenty of top quality Labradors present and shown, so there was no need for withholding or the chance of winning a "Cheap Ticket". Great top class competition as ever!</w:t>
      </w:r>
    </w:p>
    <w:p>
      <w:r>
        <w:rPr>
          <w:b w:val="0"/>
          <w:i w:val="0"/>
        </w:rPr>
        <w:t xml:space="preserve">The Met office actually got it right for once. The forecast for the day ran, "A spell of heavy snow is likely over parts of Wales, the Midlands and parts of Northern and Eastern England on Sunday. Road, rail and air travel delays are likely, as well as stranding of vehicles and public transport cancellations. There is a good chance that some rural communities could become cut off." </w:t>
      </w:r>
    </w:p>
    <w:p>
      <w:r>
        <w:rPr>
          <w:b w:val="0"/>
          <w:i w:val="0"/>
        </w:rPr>
        <w:t xml:space="preserve">And thus it proved. I woke at 5am, in my rural village, peered through the glass of the bedroom window at an all white garden and went back to bed. </w:t>
      </w:r>
    </w:p>
    <w:p>
      <w:r>
        <w:rPr>
          <w:b w:val="0"/>
          <w:i w:val="0"/>
        </w:rPr>
        <w:t>By 8am, with the blanket of snow now ten inches deep, my village was cut off. The lane impassable. The snow was nearly up to the top of my wellingtons when I plodded out later to wake sleeping dogs from their warm, insulated and very cosy kennels. I was brought to a halt when I saw that all the kennel-run gates were firmly stuck fast with piled up snow. How could I get in the run to open the kennel doors to let the dogs out?</w:t>
      </w:r>
    </w:p>
    <w:p>
      <w:r>
        <w:rPr>
          <w:b w:val="0"/>
          <w:i w:val="0"/>
        </w:rPr>
        <w:t xml:space="preserve">At which point I remembered there was a  large snow shovel to clear it, in the shed. Looking sideways I then spied that the shed door was equally stuck fast with piled up snow! </w:t>
      </w:r>
    </w:p>
    <w:p>
      <w:r>
        <w:rPr>
          <w:b w:val="0"/>
          <w:i w:val="0"/>
        </w:rPr>
        <w:t>As ever, great for solving any number of problems, into use came the highly versatile long handled pooper-scooper to scrape the snow from the shed door and release the snow shovel. Once the gates were cleared, it wasn't long before the dogs were ecstatically galloping round the paddock in the snow. One youngster just couldn't stop herself running in it over and over again! She looked as though she just could not believe it was so wonderfully good.</w:t>
      </w:r>
    </w:p>
    <w:p>
      <w:r>
        <w:rPr>
          <w:b w:val="0"/>
          <w:i w:val="0"/>
        </w:rPr>
        <w:t>Later in the morning, I heard that Birmingham Airport adjacent to the NEC had been completely closed and even here in Herefordshire the nearby Motorway had to shut for a while following a lorry jackknifing across the carriageways  and trees falling down over the carriageways due to the heavy weight of snow. I certainly wouldnt have wanted to drive in those conditions.</w:t>
      </w:r>
    </w:p>
    <w:p>
      <w:r>
        <w:rPr>
          <w:b w:val="0"/>
          <w:i w:val="0"/>
        </w:rPr>
        <w:t>What a great shame though, for that was the end of the 2017s Championship shows, finishing the year for many of us like a damp squib, no  LKA Christmas shopping, no cards, no cake sharing, no festive cheer. Very sad for the organisers too, preparing the event and coping with the difficulties in finding replacement judges at the last minute, sad for judges who had travelled a long way and then lost the majority of their entry, difficult for stewards who must have been in great demand and also sad for those who had been stranded by the snow and couldn't make it to the venue. A difficult time for all.</w:t>
      </w:r>
    </w:p>
    <w:p>
      <w:r>
        <w:rPr>
          <w:b w:val="0"/>
          <w:i w:val="0"/>
        </w:rPr>
        <w:t>From those who arrived before the snow or did brave the perilous journey, the winners were Dog CC Sussie and daughter, Bonnie Wiles yellow Richbourne Londoner (Fin .Ch .Devonshires London Edition x Sh .Ch  Richbourne Silver Surprise) who was made up on the day. What a lovely pre Christmas present for the Wiles family. Very many congratulations,</w:t>
      </w:r>
    </w:p>
    <w:p>
      <w:r>
        <w:rPr>
          <w:b w:val="0"/>
          <w:i w:val="0"/>
        </w:rPr>
        <w:t>The Dog RCC winner was Christine Bailiss yellow Tissalian Hi Jack (Sh Ch Rocheby Hornblower x Tissalian Hide and Seek). The Bitch CC and BOB went to Richard Staffords yellow Sh Ch Arrowmoy Fairytale of New York Farnfield (Sh Ch/Am Ch Farnfield Topo Gigio JW ShCh x Philipstown Million Dollar Lady at Arrowmoy) who later went Group 3 under Swedish judge Renee Spore-Willes.</w:t>
      </w:r>
    </w:p>
    <w:p>
      <w:r>
        <w:rPr>
          <w:b w:val="0"/>
          <w:i w:val="0"/>
        </w:rPr>
        <w:t>The Bitch RCC was won by Ed Casey and C Cavallos yellow Lembas Kiss Me Kate at Moyglass, half sister to the CC winner, (Sh Ch Farnfield Topo Grigio x Sh Ch Lembas Chiquitita). Best Puppy was Ms Carreras Crazy Del Tango ( AMB- sorry no info as no catalogue)</w:t>
      </w:r>
    </w:p>
    <w:p>
      <w:r>
        <w:rPr>
          <w:b w:val="0"/>
          <w:i w:val="0"/>
        </w:rPr>
        <w:t>Many congratulations go to Ed Casey and  C Cavallo who won the Gundog Group and finally Reserve Best in Show under Renee Spore Willes with their English Springer Aust Supreme Ch Sh Ch Sandicam The Look Of Love. A great achievement. What a wonderful happy end to the showing year.</w:t>
      </w:r>
    </w:p>
    <w:p>
      <w:r>
        <w:rPr>
          <w:b w:val="0"/>
          <w:i w:val="0"/>
        </w:rPr>
        <w:t>If you have a spare couple of hours over Christmas, do go to see the film Paddington 2. Absolutely delightful, far better than the original film of Paddington  and one thing I noticed, the computer generated bear possesses an ideal Labrador shaped nose with wide nostrils and the most perfectly expressive burnt-sugar coloured eyes! It is such a lovely film, just right for winter  and Christmas. I sat there watching the happiest of endings, with tears escaping from my eyes, saying to myself 'for goodness sake, get a grip, its only a pretend bear!'</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