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Sep 2008"</w:t>
      </w:r>
      <w:r>
        <w:br/>
      </w:r>
      <w:r>
        <w:rPr>
          <w:b w:val="0"/>
          <w:i w:val="0"/>
        </w:rPr>
        <w:br/>
        <w:t>date_original: "19 Sep 2008"</w:t>
      </w:r>
      <w:r>
        <w:br/>
      </w:r>
      <w:r>
        <w:rPr>
          <w:b w:val="0"/>
          <w:i w:val="0"/>
        </w:rPr>
        <w:br/>
        <w:t>source_url: "https://www.ourdogs.co.uk/members/breednotes/2008/RetrieverLabrador/RetrieverLabrador-sep19.htm"</w:t>
      </w:r>
      <w:r>
        <w:br/>
      </w:r>
      <w:r>
        <w:rPr>
          <w:b w:val="0"/>
          <w:i w:val="0"/>
        </w:rPr>
        <w:br/>
        <w:t>archive_type: "static_html"</w:t>
      </w:r>
      <w:r>
        <w:br/>
      </w:r>
      <w:r>
        <w:rPr>
          <w:b w:val="0"/>
          <w:i w:val="0"/>
        </w:rPr>
        <w:br/>
        <w:t>scraped_at: "2026-09-13T22:06:07"</w:t>
      </w:r>
      <w:r>
        <w:br/>
      </w:r>
      <w:r>
        <w:rPr>
          <w:b w:val="0"/>
          <w:i w:val="0"/>
        </w:rPr>
        <w:br/>
        <w:t>word_count: 1065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start the notes this week with the tragic news that John Timms (Lejie) has died having suffered a heart attack. Our heartfelt sympathy goes to his dear wife Denise and their three daughters. It has been a tremendous shock to everyone including his very many friends; he was no age at all.</w:t>
      </w:r>
    </w:p>
    <w:p>
      <w:r>
        <w:rPr>
          <w:b w:val="0"/>
          <w:i w:val="0"/>
        </w:rPr>
        <w:t>John was a hard working committee member of Midland Counties Labrador Club. Denise and John bred and showed Labradors from the early 1980s, under the Lejie affix; a name put together from their daughters names, Lisa, Joanna and Emma. Over the years, from recollection, I recall they made up five homebred champion bitches; two blacks and three yellows. Their first champion was the black bitch, Sh Ch Lejie Lucy. She was made up in 1985 and won Best of Breed at Crufts in 1986. The second champion was also black, Sh Ch Lejie Ladies Slipper; the third was a yellow, Sh Ch Lejie My Fair Lady and the fourth, Sh Ch Lejie Annalise and finally, another yellow, Sh Ch Lejie Cherry Blossom. Only a few days ago, at City of Birmingham 2008, John and Denise were showing another promising young yellow bitch pup, Lejie Thyme, who won Best Puppy in Breed.</w:t>
      </w:r>
    </w:p>
    <w:p>
      <w:r>
        <w:rPr>
          <w:b w:val="0"/>
          <w:i w:val="0"/>
        </w:rPr>
        <w:t>John, a championship show judge, was due to award BCCs at the forthcoming Northumberland and Durham Labrador Club Championship show. His helpfulness and impartial, sound, common sense will be severely missed by all his many friends. John’s funeral was held at Rose Hill Crematorium, Doncaster on 15th September.</w:t>
      </w:r>
    </w:p>
    <w:p>
      <w:r>
        <w:rPr>
          <w:b w:val="0"/>
          <w:i w:val="0"/>
        </w:rPr>
        <w:t>Following the sudden loss of John, Kenn Roberts, Secretary of Northumberland and Durham LRC, has announced that subject to KC approval, Maurice Givan (Sudeo) will be the replacement bitch judge for the forthcoming N and D LRC championship show on 4th October.</w:t>
      </w:r>
    </w:p>
    <w:p>
      <w:r>
        <w:rPr>
          <w:b w:val="0"/>
          <w:i w:val="0"/>
        </w:rPr>
        <w:t>The ground at Richmond championship show, held once again at Loseley Park, suffered dreadfully from never ending rain, which fell during the previous days and weeks. Labradors were on the last day of the show, Sunday, by which time I gather the mud was just about wall to wall. The late Terry Thorn was initially appointed to judge Labradors at this year’s Richmond but sadly he was taken from us, losing his brave fight against cancer only a few weeks ago. Terry knew how ill he was and withdrew from all judging well before the Richmond schedule went to print. David Craig was subsequently appointed to judge both sexes of Labradors drawing a good entry in these unsettled economic times of 220 dogs and bitches.</w:t>
      </w:r>
    </w:p>
    <w:p>
      <w:r>
        <w:rPr>
          <w:b w:val="0"/>
          <w:i w:val="0"/>
        </w:rPr>
        <w:t>The DCC was the all important third CC for Chris and Claire Mills’ yellow My Jack Spratt at Lembas JW (Hampsback Willies Choice x Tuppence a Bag at Hodexal). He is the Mills’ third champion (all yellows). Sh Ch Lembas Let’s Get Serious, Sh Ch Lembas Moonlight Serenade (co-owned with Mrs Rodd) and now Sh Ch My Jack Spratt at Lembas. Many congratulations. Jack Spratt won his first CC at the Labrador Retriever Club 2008 under Jane Palmer, his second at Bath under Alan Taylor and now his crowning third at Richmond (I bet, at the end of the day, Chris and Claire didn’t really care about all that mud, thus proving that every cloud does have a silver lining somewhere!).</w:t>
      </w:r>
    </w:p>
    <w:p>
      <w:r>
        <w:rPr>
          <w:b w:val="0"/>
          <w:i w:val="0"/>
        </w:rPr>
        <w:t>The RDCC went to Mrs Batty’s yellow, Steeleigh Truly Willing at Bradwill. The BCC, her second, and Best of Breed was won by Gemma Baillie’s yellow, Cambremer Ocean Breeze by Kilstron ShCM (Tullochmohr Titanic at Kilstron x Blackfyne Swing n Time at Cambremer). Gemma, still in her teens and one of our talented young handlers, must be one of the youngest, if not the youngest, to win 2 CCs in our breed at two successive shows. Quite a record, well done. The RBCC went to Alan Taylor’s black Sandylands Pandora (Sh Ch Rockabee Blue Peter of Sandylands x Rocheby Purple Shades of Sandylands) whilst Best Puppy was Yolande Shirtons yellow, Woolman Constance (Rocheby Old Smokey x Woolman Carrie).</w:t>
      </w:r>
    </w:p>
    <w:p>
      <w:r>
        <w:rPr>
          <w:b w:val="0"/>
          <w:i w:val="0"/>
        </w:rPr>
        <w:t>Hopefully no one needed towing off the car park at the end of the day and for once I was glad I was at home weaning a litter of pups instead of being out in the elements at a dog show.</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