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Nov 2010"</w:t>
      </w:r>
      <w:r>
        <w:br/>
      </w:r>
      <w:r>
        <w:rPr>
          <w:b w:val="0"/>
          <w:i w:val="0"/>
        </w:rPr>
        <w:br/>
        <w:t>date_original: "19 Nov 2010"</w:t>
      </w:r>
      <w:r>
        <w:br/>
      </w:r>
      <w:r>
        <w:rPr>
          <w:b w:val="0"/>
          <w:i w:val="0"/>
        </w:rPr>
        <w:br/>
        <w:t>source_url: "https://www.ourdogs.co.uk/members/breednotes/2010/RetrieverLabrador/RetrieverLabrador-nov19.htm"</w:t>
      </w:r>
      <w:r>
        <w:br/>
      </w:r>
      <w:r>
        <w:rPr>
          <w:b w:val="0"/>
          <w:i w:val="0"/>
        </w:rPr>
        <w:br/>
        <w:t>archive_type: "static_html"</w:t>
      </w:r>
      <w:r>
        <w:br/>
      </w:r>
      <w:r>
        <w:rPr>
          <w:b w:val="0"/>
          <w:i w:val="0"/>
        </w:rPr>
        <w:br/>
        <w:t>scraped_at: "2026-09-13T22:00:54"</w:t>
      </w:r>
      <w:r>
        <w:br/>
      </w:r>
      <w:r>
        <w:rPr>
          <w:b w:val="0"/>
          <w:i w:val="0"/>
        </w:rPr>
        <w:br/>
        <w:t>word_count: 1478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of Wales held its autumn Open Show on Saturday November 6th in Caerphilly. Judge Paul Collins (Kaspair) drew 83 dogs making a total of 124 entries in the 23 breed classes. Best In Show was Fiona &amp; Derek Braddon's yellow dog Trendlewood Moondance J.W. (Trendlewood Rocket Man x Trewinnard Take Me Home To Trendlewood). Reserve Best In Show, Best Opposite Sex and Best Puppy In Show was David Coode's black bitch Warringah's Warra Warra (Sh.Ch. Naiken Way Out West/Warringah's Karkiri) 12 months old on the day and on her last possible outing as a puppy. Best Junior Handler was Rebecca Mills under judge Katie Stewart (Streamanda).</w:t>
      </w:r>
    </w:p>
    <w:p>
      <w:r>
        <w:rPr>
          <w:b w:val="0"/>
          <w:i w:val="0"/>
        </w:rPr>
        <w:t>Linda Major completed the Junior Warrant at Welsh Lab Open with Linjor Bon Jovi (Kimvalley Star Gazer at Farnfield x Heatherbourne Shakira from Linjor) who was just 7 months and 2 weeks old on the day. Linda wonders if this is a breed record? He won 30 points at Championship shows and 3 points at the Lab Club of Wales.</w:t>
      </w:r>
    </w:p>
    <w:p>
      <w:r>
        <w:rPr>
          <w:b w:val="0"/>
          <w:i w:val="0"/>
        </w:rPr>
        <w:t>Anne Johnson yearbook editor for the Labrador Retriever Club writes “This is a final reminder for submitting a kennel review in the Labrador Retriever Club year book. The closing date is 22nd November and your review can be accepted at the LRC Open Show on Saturday 20th if you want to make sure it doesn’t go astray in the post. Alternatively it can be e-mailed to teazledownlabs@talktalk.net. Unfortunately pages cannot be reserved if your review is not ready. “</w:t>
      </w:r>
    </w:p>
    <w:p>
      <w:r>
        <w:rPr>
          <w:b w:val="0"/>
          <w:i w:val="0"/>
        </w:rPr>
        <w:t>It is a sad time for me. I have finally had to say a very tearful goodbye to my dear, 15? year old, yellow dog, Ch Bowstones Carruthers, sire of Sh Ch Bowstones Martha Black and grandsire of Sh Ch Llanstinan Buzby Bowstones JW. Dougal as he was known (after the Magic Roundabout character), was my constant companion throughout his long and happy life. He enjoyed excellent health, being very sound and active all his days and retaining, well into his advanced teen years his bright intelligent demeanor. As a puppy, his wonderful, effortless, ground covering movement won him success in all-breed competition. He qualified for the Pet Plan Junior Stakes and the Finals of the Dog World Pup of the Year Competition in London in 1996, where he was Runner Up to Mike Gadsby’s splendid American Cocker Spaniel.</w:t>
      </w:r>
    </w:p>
    <w:p>
      <w:r>
        <w:rPr>
          <w:b w:val="0"/>
          <w:i w:val="0"/>
        </w:rPr>
        <w:t>That particular competition had an initial starting entry of 9000 dogs and bitches that year, so it was no mean fete for a Labrador to do so well, at a time when flashy groomed breeds were all the rage.</w:t>
      </w:r>
    </w:p>
    <w:p>
      <w:r>
        <w:rPr>
          <w:b w:val="0"/>
          <w:i w:val="0"/>
        </w:rPr>
        <w:t>The evening following our success in the Pup of the Year competition we were wined and dined in a 5 star London Hotel. Dougal had always lived outside in a kennel and this centrally heated, carpeted, five star hotel accommodation seemed to awaken his sense of luxury. I recall one minute he was sleeping quietly on his Vetbed on the bedroom floor when I popped into the bathroom during the night.</w:t>
      </w:r>
    </w:p>
    <w:p>
      <w:r>
        <w:rPr>
          <w:b w:val="0"/>
          <w:i w:val="0"/>
        </w:rPr>
        <w:t>I returned to find him no longer on the floor but most comfortably snuggled, upside down on his back, legs in the air, in my bed!! He was somewhat put out when I reclaimed the bed and he was demoted back to the floor once more, but I did laugh at his cheek! The following day we were taken by taxi to the TV studios where we appeared with the other winners of the Pup of the Year competition on the Richard and Judy Morning TV. As time passed, his type, and movement won him several CCs, RCCs and championship show Gundog Group placings.</w:t>
      </w:r>
    </w:p>
    <w:p>
      <w:r>
        <w:rPr>
          <w:b w:val="0"/>
          <w:i w:val="0"/>
        </w:rPr>
        <w:t>Having gained his Show Champion title, I trained him for his Show Gundog Working Certificate with the help of a field-trialling friend. It only took just three weeks and I was thrilled to bits when he gained his SGWC at a trial one wet soggy December day. He was now a CH, not a Sh Ch. I make no secret of the fact that I do not believe in continually showing a dog or bitch once they are made up.</w:t>
      </w:r>
    </w:p>
    <w:p>
      <w:r>
        <w:rPr>
          <w:b w:val="0"/>
          <w:i w:val="0"/>
        </w:rPr>
        <w:t>To me a champion is a champion; the challenge is to bring out the next generation, thus Dougal became a happy house dog, whilst his daughter B. Martha Black (ex Sh Ch Bowstones Susanna) took to the show ring and eventually became a champion too.</w:t>
      </w:r>
    </w:p>
    <w:p>
      <w:r>
        <w:rPr>
          <w:b w:val="0"/>
          <w:i w:val="0"/>
        </w:rPr>
        <w:t>Time passed and then five years ago Dougal was back on TV again. This time the BBC spent the day at Bowstones with me and all the dogs, filming a piece on Labradors to go out with the Crufts programme. As well as filming Dougal at home they followed his grandson Sh Ch L Buzby Bowstones competing at Crufts, which was very exciting. Buzby as a Puppy was top Lab puppy in 2005 and also, like grand-pa, a qualifier for the finals of the Pup of the Year competition. No other Labrador had qualified since Dougal, and none since Buzby.</w:t>
      </w:r>
    </w:p>
    <w:p>
      <w:r>
        <w:rPr>
          <w:b w:val="0"/>
          <w:i w:val="0"/>
        </w:rPr>
        <w:t>Dougal lived a lovely life. Two weeks ago he was happily strolling round our paddock in the gentle warmth of the autumn sunshine when all of a sudden he became ill. One minute he was well; the next very poorly indeed. It was clear to me that the time had come to take that ghastly decision we all shy away from. My old pal was in pain, something he had never ever known in his long happy life and however sad it was for me, it was my duty to be strong and send for the Vet; my last gift of peace to my dear faithful companion.</w:t>
      </w:r>
    </w:p>
    <w:p>
      <w:r>
        <w:rPr>
          <w:b w:val="0"/>
          <w:i w:val="0"/>
        </w:rPr>
        <w:t>A friend sent me a poem “If it should be”. Many of you will understand the sentiment therein.</w:t>
      </w:r>
      <w:r>
        <w:br/>
      </w:r>
      <w:r>
        <w:rPr>
          <w:b w:val="0"/>
          <w:i w:val="0"/>
        </w:rPr>
        <w:br/>
        <w:t>“If I should grow both frail and weak</w:t>
      </w:r>
      <w:r>
        <w:br/>
      </w:r>
      <w:r>
        <w:rPr>
          <w:b w:val="0"/>
          <w:i w:val="0"/>
        </w:rPr>
        <w:br/>
        <w:t>And pain does wake me from my sleep,</w:t>
      </w:r>
      <w:r>
        <w:br/>
      </w:r>
      <w:r>
        <w:rPr>
          <w:b w:val="0"/>
          <w:i w:val="0"/>
        </w:rPr>
        <w:br/>
        <w:t>Then you will know what must be done,</w:t>
      </w:r>
      <w:r>
        <w:br/>
      </w:r>
      <w:r>
        <w:rPr>
          <w:b w:val="0"/>
          <w:i w:val="0"/>
        </w:rPr>
        <w:br/>
        <w:t>For my last battle cannot be won.</w:t>
      </w:r>
      <w:r>
        <w:br/>
      </w:r>
      <w:r>
        <w:rPr>
          <w:b w:val="0"/>
          <w:i w:val="0"/>
        </w:rPr>
        <w:br/>
        <w:t>You will be sad, I understand,</w:t>
      </w:r>
      <w:r>
        <w:br/>
      </w:r>
      <w:r>
        <w:rPr>
          <w:b w:val="0"/>
          <w:i w:val="0"/>
        </w:rPr>
        <w:br/>
        <w:t>Don’t let your grief then stay your hand.</w:t>
      </w:r>
      <w:r>
        <w:br/>
      </w:r>
      <w:r>
        <w:rPr>
          <w:b w:val="0"/>
          <w:i w:val="0"/>
        </w:rPr>
        <w:br/>
        <w:t>For this day more than all the rest,</w:t>
      </w:r>
      <w:r>
        <w:br/>
      </w:r>
      <w:r>
        <w:rPr>
          <w:b w:val="0"/>
          <w:i w:val="0"/>
        </w:rPr>
        <w:br/>
        <w:t>Your love and friendship must stand the test.</w:t>
      </w:r>
      <w:r>
        <w:br/>
      </w:r>
      <w:r>
        <w:rPr>
          <w:b w:val="0"/>
          <w:i w:val="0"/>
        </w:rPr>
        <w:br/>
        <w:t>We’ve had so many happy years,</w:t>
      </w:r>
      <w:r>
        <w:br/>
      </w:r>
      <w:r>
        <w:rPr>
          <w:b w:val="0"/>
          <w:i w:val="0"/>
        </w:rPr>
        <w:br/>
        <w:t>What is ahead will hold no fears.</w:t>
      </w:r>
      <w:r>
        <w:br/>
      </w:r>
      <w:r>
        <w:rPr>
          <w:b w:val="0"/>
          <w:i w:val="0"/>
        </w:rPr>
        <w:br/>
        <w:t>You’ll not want me to suffer, so</w:t>
      </w:r>
      <w:r>
        <w:br/>
      </w:r>
      <w:r>
        <w:rPr>
          <w:b w:val="0"/>
          <w:i w:val="0"/>
        </w:rPr>
        <w:br/>
        <w:t>When time runs out, please let me go.</w:t>
      </w:r>
      <w:r>
        <w:br/>
      </w:r>
      <w:r>
        <w:rPr>
          <w:b w:val="0"/>
          <w:i w:val="0"/>
        </w:rPr>
        <w:br/>
        <w:t>I know at last that you will see</w:t>
      </w:r>
      <w:r>
        <w:br/>
      </w:r>
      <w:r>
        <w:rPr>
          <w:b w:val="0"/>
          <w:i w:val="0"/>
        </w:rPr>
        <w:br/>
        <w:t>It is a kindness you do for me.</w:t>
      </w:r>
      <w:r>
        <w:br/>
      </w:r>
      <w:r>
        <w:rPr>
          <w:b w:val="0"/>
          <w:i w:val="0"/>
        </w:rPr>
        <w:br/>
        <w:t>Although my tail its last has waved,</w:t>
      </w:r>
      <w:r>
        <w:br/>
      </w:r>
      <w:r>
        <w:rPr>
          <w:b w:val="0"/>
          <w:i w:val="0"/>
        </w:rPr>
        <w:br/>
        <w:t>From pain and suffering I have been saved.</w:t>
      </w:r>
      <w:r>
        <w:br/>
      </w:r>
      <w:r>
        <w:rPr>
          <w:b w:val="0"/>
          <w:i w:val="0"/>
        </w:rPr>
        <w:br/>
        <w:t>Do not grieve that it must be you</w:t>
      </w:r>
      <w:r>
        <w:br/>
      </w:r>
      <w:r>
        <w:rPr>
          <w:b w:val="0"/>
          <w:i w:val="0"/>
        </w:rPr>
        <w:br/>
        <w:t>Who has this saddest thing to do.</w:t>
      </w:r>
      <w:r>
        <w:br/>
      </w:r>
      <w:r>
        <w:rPr>
          <w:b w:val="0"/>
          <w:i w:val="0"/>
        </w:rPr>
        <w:br/>
        <w:t>We’ve been so close, we two these years,</w:t>
      </w:r>
      <w:r>
        <w:br/>
      </w:r>
      <w:r>
        <w:rPr>
          <w:b w:val="0"/>
          <w:i w:val="0"/>
        </w:rPr>
        <w:br/>
        <w:t>Don’t let your heart hold any tears.”</w:t>
      </w:r>
      <w:r>
        <w:br/>
      </w:r>
      <w:r>
        <w:rPr>
          <w:b w:val="0"/>
          <w:i w:val="0"/>
        </w:rPr>
        <w:b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