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- 11/02/2022 - ISSUE"</w:t>
      </w:r>
      <w:r>
        <w:br/>
      </w:r>
      <w:r>
        <w:rPr>
          <w:b w:val="0"/>
          <w:i w:val="0"/>
        </w:rPr>
        <w:br/>
        <w:t>date_original: "11/02/2022 - ISSUE"</w:t>
      </w:r>
      <w:r>
        <w:br/>
      </w:r>
      <w:r>
        <w:rPr>
          <w:b w:val="0"/>
          <w:i w:val="0"/>
        </w:rPr>
        <w:br/>
        <w:t>source_url: "https://www.ourdogs.co.uk/members/breednotes/RetrieverLabradorMain.php"</w:t>
      </w:r>
      <w:r>
        <w:br/>
      </w:r>
      <w:r>
        <w:rPr>
          <w:b w:val="0"/>
          <w:i w:val="0"/>
        </w:rPr>
        <w:br/>
        <w:t>scraped_at: "2026-09-13T15:12:57"</w:t>
      </w:r>
      <w:r>
        <w:br/>
      </w:r>
      <w:r>
        <w:rPr>
          <w:b w:val="0"/>
          <w:i w:val="0"/>
        </w:rPr>
        <w:br/>
        <w:t>word_count: 635</w:t>
      </w:r>
    </w:p>
    <w:p>
      <w:r>
        <w:t>――――――――――――――――――――――――――――――</w:t>
      </w:r>
    </w:p>
    <w:p>
      <w:r>
        <w:rPr>
          <w:b w:val="0"/>
          <w:i w:val="0"/>
        </w:rPr>
        <w:t>NEWS MEMBERS' AREA SHOP SUBSCRIBE UPCOMING SHOWS MORE</w:t>
      </w:r>
    </w:p>
    <w:p>
      <w:r>
        <w:rPr>
          <w:b w:val="0"/>
          <w:i w:val="0"/>
        </w:rPr>
        <w:t>RETRIEVER LABRADOR</w:t>
      </w:r>
    </w:p>
    <w:p>
      <w:r>
        <w:rPr>
          <w:b w:val="0"/>
          <w:i w:val="0"/>
        </w:rPr>
        <w:t>Issue: 11/02/2022</w:t>
      </w:r>
    </w:p>
    <w:p>
      <w:r>
        <w:rPr>
          <w:b w:val="0"/>
          <w:i w:val="0"/>
        </w:rPr>
        <w:t>Congratulations to David Coode whose Warringahs The Bluff won the Gundog Group at Gloucester Canine Society show and was Reserve Best Dog in show at KSS Lab Club Open show the following day.</w:t>
      </w:r>
    </w:p>
    <w:p>
      <w:r>
        <w:rPr>
          <w:b w:val="0"/>
          <w:i w:val="0"/>
        </w:rPr>
        <w:t>Ryan Ennis Holden writes that he has resigned from the office of Show Secretary of MCLRC. Exhibitors who require show information are advised to contact an alternative committee member with any show queries.</w:t>
      </w:r>
    </w:p>
    <w:p>
      <w:r>
        <w:rPr>
          <w:b w:val="0"/>
          <w:i w:val="0"/>
        </w:rPr>
        <w:t>Trevor Barker, has kindly sent in his  report on the Lab Club of Wales recent Championship show.</w:t>
      </w:r>
    </w:p>
    <w:p>
      <w:r>
        <w:rPr>
          <w:b w:val="0"/>
          <w:i w:val="0"/>
        </w:rPr>
        <w:t>Ã¢â‚¬Å"The Labrador Retriever Club Of WalesÃ¢â‚¬â„¢s 42nd Championship Show was held on Sunday January 30th at Forest Oak Farm near Lydney, Gloucestershire. Dogs were judged by Shaun Williamson with Liz Peggs judging the Bitches. The referee was Louise Blunt. A total of 82 dogs and 149 bitches produced 301 class entries, with a lower than average number of absentees.</w:t>
      </w:r>
    </w:p>
    <w:p>
      <w:r>
        <w:rPr>
          <w:b w:val="0"/>
          <w:i w:val="0"/>
        </w:rPr>
        <w:t>With the agreement of both judges, B.I.S. was awarded to the Bitch C.C. winner from the Junior class, Casey and JayesÃ¢â‚¬â„¢s Lapema Masquerade At Sandylands (Sandylands Hit The Road/Lapema Season Of The Witch). Reserve B.I.S. and B.O.S.  was awarded to the Dog C.C. winner from the Open class, Grummitt and DempseyÃ¢â‚¬â„¢s Ir.Sh.Ch. Dromtacker Made To Order (Sh.Ch. Carpenny Made A Million/Int.Ch. Carpenny Verona At Dromtacker). These were the third C.C.s for both dogs, so we now have two new UK Show Champions! Many congratulations to them both.</w:t>
      </w:r>
    </w:p>
    <w:p>
      <w:r>
        <w:rPr>
          <w:b w:val="0"/>
          <w:i w:val="0"/>
        </w:rPr>
        <w:t>The reserve Dog C.C. went to the Graduate winner JohnsonÃ¢â‚¬â„¢s Cremino Calabrese (Sh.Ch. Cremino Chilly Pepper/Atlantics American Dream At Cremino), with the Reserve Bitch C.C. going to the Mid Limit winner AllenÃ¢â‚¬â„¢s Saranden Santee Sioux Timouron (Sh.Ch. Trendlewood Born To Run/Tomouron Sioux For Saranden).</w:t>
      </w:r>
    </w:p>
    <w:p>
      <w:r>
        <w:rPr>
          <w:b w:val="0"/>
          <w:i w:val="0"/>
        </w:rPr>
        <w:t>Best Puppy In Show was MetcalfeÃ¢â‚¬â„¢s Puppy Dog winner Baileydale Puff Daddy J.W. (It., Multi Ch. Big SkyÃ¢â‚¬â„¢s ThatÃ¢â‚¬â„¢s What I Like/Baileydale Miss Tiggywinkle).</w:t>
      </w:r>
    </w:p>
    <w:p>
      <w:r>
        <w:rPr>
          <w:b w:val="0"/>
          <w:i w:val="0"/>
        </w:rPr>
        <w:t>Best Veteran went to the winner of Special Working Dog, LambertÃ¢â‚¬â„¢s 7 Ã‚Â½ year old Ch Mattand Exodus J.W. (Fin.Ch. Devonshires London Edition/Amberstead Dark And Stormy Over Mattand).</w:t>
      </w:r>
    </w:p>
    <w:p>
      <w:r>
        <w:rPr>
          <w:b w:val="0"/>
          <w:i w:val="0"/>
        </w:rPr>
        <w:t>Full results are available at www.labclubofwales.co.ukÃ¢â‚¬Â</w:t>
      </w:r>
    </w:p>
    <w:p>
      <w:r>
        <w:rPr>
          <w:b w:val="0"/>
          <w:i w:val="0"/>
        </w:rPr>
        <w:t xml:space="preserve">Karl Gawthorpe writes: Ã¢â‚¬Å"Just to inform potential exhibitors with details of the  Labrador Club Championship Shows (subject to KC approval) at the Pure Agility, Statfold Seed Oil LTD, Ashby Road, Tamworth. Dates are 16th &amp; 17th July. The open show will be on the 16th July and the judge is Kira Leith-Ross. Saturday 16th July Ch show. Dogs -Jackie Hodge, Bitches - Fiona Brandon. Sunday 17th July . Dogs- Anthony Allen, Bitches- Maurice Givan </w:t>
      </w:r>
    </w:p>
    <w:p>
      <w:r>
        <w:rPr>
          <w:b w:val="0"/>
          <w:i w:val="0"/>
        </w:rPr>
        <w:t>Karl continues:-</w:t>
      </w:r>
    </w:p>
    <w:p>
      <w:r>
        <w:rPr>
          <w:b w:val="0"/>
          <w:i w:val="0"/>
        </w:rPr>
        <w:t xml:space="preserve">There are vacancies on the committee of the Labrador Retriever Club. We are looking for members to join us. We need both working and show members. If you think you can give something to the club and you want to make a difference then please let us know. </w:t>
      </w:r>
    </w:p>
    <w:p>
      <w:r>
        <w:rPr>
          <w:b w:val="0"/>
          <w:i w:val="0"/>
        </w:rPr>
        <w:t>For any queries or to discuss what is involved,  please do talk to one of the committee members.Ã¢â‚¬Â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