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- 15 Dec 2006"</w:t>
      </w:r>
      <w:r>
        <w:br/>
      </w:r>
      <w:r>
        <w:rPr>
          <w:b w:val="0"/>
          <w:i w:val="0"/>
        </w:rPr>
        <w:br/>
        <w:t>date_original: "15 Dec 2006"</w:t>
      </w:r>
      <w:r>
        <w:br/>
      </w:r>
      <w:r>
        <w:rPr>
          <w:b w:val="0"/>
          <w:i w:val="0"/>
        </w:rPr>
        <w:br/>
        <w:t>source_url: "https://www.ourdogs.co.uk/members/breednotes/2006/RetrieverLabrador/RetrieverLabrador-dec15.htm"</w:t>
      </w:r>
      <w:r>
        <w:br/>
      </w:r>
      <w:r>
        <w:rPr>
          <w:b w:val="0"/>
          <w:i w:val="0"/>
        </w:rPr>
        <w:br/>
        <w:t>archive_type: "static_html"</w:t>
      </w:r>
      <w:r>
        <w:br/>
      </w:r>
      <w:r>
        <w:rPr>
          <w:b w:val="0"/>
          <w:i w:val="0"/>
        </w:rPr>
        <w:br/>
        <w:t>scraped_at: "2026-09-13T22:09:04"</w:t>
      </w:r>
      <w:r>
        <w:br/>
      </w:r>
      <w:r>
        <w:rPr>
          <w:b w:val="0"/>
          <w:i w:val="0"/>
        </w:rPr>
        <w:br/>
        <w:t>word_count: 984</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 understand that Fiona Braddon (Trendlewood) has been very poorly, and is in hospital. All her many friends are thinking of her and send very best wishes for a speedy return to full health.</w:t>
      </w:r>
      <w:r>
        <w:br/>
      </w:r>
      <w:r>
        <w:rPr>
          <w:b w:val="0"/>
          <w:i w:val="0"/>
        </w:rPr>
        <w:br/>
        <w:t>Congratulations to thrilled Phil and Donna Goodall, whose black dog Bowstones Morning Star over Beaverbrook (Carpenny Corker x Sh Ch Bowstones Martha Black), has won his Show Certificate of Merit. Well done!</w:t>
      </w:r>
    </w:p>
    <w:p>
      <w:r>
        <w:rPr>
          <w:b w:val="0"/>
          <w:i w:val="0"/>
        </w:rPr>
        <w:t>A “Big Thank You” comes from Marjorie Booth, (Stormley), who writes- “May I sincerely thank all those who have sent cards, telephone calls, looked after my dogs, shown my dogs, done the shopping, made meals, etc. etc. whilst I had my leg in plaster, due to the broken ankle. This has been very much appreciated. I have now had the third plaster removed and am learning how to walk again.</w:t>
      </w:r>
    </w:p>
    <w:p>
      <w:r>
        <w:rPr>
          <w:b w:val="0"/>
          <w:i w:val="0"/>
        </w:rPr>
        <w:t>May I also say “Thanks” to a Special Friend, for making me welcome in their home and feeding me home cooking!</w:t>
      </w:r>
    </w:p>
    <w:p>
      <w:r>
        <w:rPr>
          <w:b w:val="0"/>
          <w:i w:val="0"/>
        </w:rPr>
        <w:t>May I Wish you all a Happy 2007.”.</w:t>
      </w:r>
    </w:p>
    <w:p>
      <w:r>
        <w:rPr>
          <w:b w:val="0"/>
          <w:i w:val="0"/>
        </w:rPr>
        <w:t>We all know we try to show our dogs as well as we can and hope, with much time and a great deal of experience, to become an expert handler, the following tale will amuse many of you. I can here the exclamation, “Typical!!”</w:t>
      </w:r>
    </w:p>
    <w:p>
      <w:r>
        <w:rPr>
          <w:b w:val="0"/>
          <w:i w:val="0"/>
        </w:rPr>
        <w:t>Lisa Finney who owns the black dogs, Rockledge Wordsmith of Carpenny (Smithy) and Carpenny Shaw (Paddy) went on a "girls weekend" to a health spa recently. As Paddy had been Best Puppy in Show at Burton on Trent Open Show last year, the trophy had to be returned, and so Lisa’s partner, Paul, said he would go on his own, take the dogs along and return the trophy.</w:t>
      </w:r>
      <w:r>
        <w:br/>
      </w:r>
      <w:r>
        <w:rPr>
          <w:b w:val="0"/>
          <w:i w:val="0"/>
        </w:rPr>
        <w:br/>
        <w:t>I gather Paul has never shown dogs, rarely goes to a dog-show, has never been to a ring-craft class or similar. He got to the show and told some fellow exhibitors it was his first time, and they told him where to stand and what to do.</w:t>
      </w:r>
    </w:p>
    <w:p>
      <w:r>
        <w:rPr>
          <w:b w:val="0"/>
          <w:i w:val="0"/>
        </w:rPr>
        <w:t>You can guess the result! He won 1st prizes with both dogs, Smithy and Paddy. Smithy going even better and winning Best of Breed!! Talk about beginners luck. I gather Lisa is very proud of Paul and the boys team effort.</w:t>
      </w:r>
    </w:p>
    <w:p>
      <w:r>
        <w:rPr>
          <w:b w:val="0"/>
          <w:i w:val="0"/>
        </w:rPr>
        <w:t>If you are looking for a good all round, not too technical, but very informative Labrador book for puppy buyers to purchase, why don’t you consider “Everything you need to know about the Labrador Retriever” by Kim Campbell-Thornton. Published in the UK by David and Charles Price inclusive of carriage £9.74 from Our Dogs.</w:t>
      </w:r>
    </w:p>
    <w:p>
      <w:r>
        <w:rPr>
          <w:b w:val="0"/>
          <w:i w:val="0"/>
        </w:rPr>
        <w:t>For a small price, this is a very useful, photographically illustrated, easily read book. It has 287 pages, the majority packed with tips and information, in a question and answer form, on all aspects of Labrador ownership.</w:t>
      </w:r>
    </w:p>
    <w:p>
      <w:r>
        <w:rPr>
          <w:b w:val="0"/>
          <w:i w:val="0"/>
        </w:rPr>
        <w:t>Topics covered include a small resume of the origins of the breed; how to select and train a suitable puppy; a simple explanation of how to rear the puppy correctly, the importance of correct training and socialisation, feeding, nutrition, health and holidays; in fact everything a Labrador owner will ever need to know, right through to the pet’s old age. There is a good section on dealing with minor accidents and emergencies; in fact, somewhere in this book, pet owners will find the answers to all their queries about dog ownership, explained in a brief, simple and easily understood way.</w:t>
      </w:r>
    </w:p>
    <w:p>
      <w:r>
        <w:rPr>
          <w:b w:val="0"/>
          <w:i w:val="0"/>
        </w:rPr>
        <w:t>In answer to ones puppy purchaser’s most frequently asked question, “Could you give me the name of a really good book, to help me look after my puppy?” I think this could well fit the bill, because of its total simplicity. There are so many wonderful tips on so many subjects. From start to finish I’m sure few will be disappointed.</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