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- 28/10/2022 - ISSUE"</w:t>
      </w:r>
      <w:r>
        <w:br/>
      </w:r>
      <w:r>
        <w:rPr>
          <w:b w:val="0"/>
          <w:i w:val="0"/>
        </w:rPr>
        <w:br/>
        <w:t>date_original: "28/10/2022 - ISSUE"</w:t>
      </w:r>
      <w:r>
        <w:br/>
      </w:r>
      <w:r>
        <w:rPr>
          <w:b w:val="0"/>
          <w:i w:val="0"/>
        </w:rPr>
        <w:br/>
        <w:t>source_url: "https://www.ourdogs.co.uk/members/breednotes/RetrieverLabradorMain.php"</w:t>
      </w:r>
      <w:r>
        <w:br/>
      </w:r>
      <w:r>
        <w:rPr>
          <w:b w:val="0"/>
          <w:i w:val="0"/>
        </w:rPr>
        <w:br/>
        <w:t>scraped_at: "2026-09-13T15:11:22"</w:t>
      </w:r>
      <w:r>
        <w:br/>
      </w:r>
      <w:r>
        <w:rPr>
          <w:b w:val="0"/>
          <w:i w:val="0"/>
        </w:rPr>
        <w:br/>
        <w:t>word_count: 1265</w:t>
      </w:r>
    </w:p>
    <w:p>
      <w:r>
        <w:t>――――――――――――――――――――――――――――――</w:t>
      </w:r>
    </w:p>
    <w:p>
      <w:r>
        <w:rPr>
          <w:b w:val="0"/>
          <w:i w:val="0"/>
        </w:rPr>
        <w:t>NEWS MEMBERS' AREA SHOP SUBSCRIBE UPCOMING SHOWS MORE</w:t>
      </w:r>
    </w:p>
    <w:p>
      <w:r>
        <w:rPr>
          <w:b w:val="0"/>
          <w:i w:val="0"/>
        </w:rPr>
        <w:t>RETRIEVER LABRADOR</w:t>
      </w:r>
    </w:p>
    <w:p>
      <w:r>
        <w:rPr>
          <w:b w:val="0"/>
          <w:i w:val="0"/>
        </w:rPr>
        <w:t>Issue: 28/10/2022</w:t>
      </w:r>
    </w:p>
    <w:p>
      <w:r>
        <w:rPr>
          <w:b w:val="0"/>
          <w:i w:val="0"/>
        </w:rPr>
        <w:t>At last,  IÃ¢â‚¬â„¢m writing the Breed Notes once more; somewhat sleeker, rather battered and bruised but thankfully still alive. I have been laid desperately low, in and out of hospital since I picked up Covid when judging at the National back in May, five months ago. My heartfelt plea, Ã¢â‚¬Å"Please donÃ¢â‚¬â„¢t go to shows if you have a cold, flu or Covid or are just getting over the latter. Negative tests are proving extremely inaccurate. For the sake of vulnerable others, please do the necessary quarantine. You might win a prize card in a dog show but whatÃ¢â‚¬â„¢s the point when you may risk killing a human being, if you pass your bug on.Ã¢â‚¬Â</w:t>
      </w:r>
    </w:p>
    <w:p>
      <w:r>
        <w:rPr>
          <w:b w:val="0"/>
          <w:i w:val="0"/>
        </w:rPr>
        <w:t xml:space="preserve">My grateful thanks to dear friends in the dog world, who learning of my predicament, collected my dogs and cared for them so well for many weeks and, as news spread, to all those who sent cards, flowers, thoughtful gifts and helpful messages throughout this horrible time.  </w:t>
      </w:r>
    </w:p>
    <w:p>
      <w:r>
        <w:rPr>
          <w:b w:val="0"/>
          <w:i w:val="0"/>
        </w:rPr>
        <w:t>Of course, my thanks also go to Pat Harrison for standing in with the weekly task of writing the Our Dogs Labrador Breed Notes.</w:t>
      </w:r>
    </w:p>
    <w:p>
      <w:r>
        <w:rPr>
          <w:b w:val="0"/>
          <w:i w:val="0"/>
        </w:rPr>
        <w:t>I am now getting stronger and the dogs have come home. I ventured out for the first time to spend a couple of hours, minus dogs, enjoying meeting everyone again at Gundog Society of Wales Ch Show whose show was held on a bright, sunny autumn day at Malvern just 25 minutes away from my home. It was lovely to meet up with everyone and catch up on their news and watch the judging. I noticed one or two exciting Labrador  youngsters coming along very nicely indeed.</w:t>
      </w:r>
    </w:p>
    <w:p>
      <w:r>
        <w:rPr>
          <w:b w:val="0"/>
          <w:i w:val="0"/>
        </w:rPr>
        <w:t>After two hours happily watching and chatting, my energy level went down to near zero so I returned home at midday and snoozed for the rest of the day. Having been active with dogs every day of my rural life, this sleeping recovery process is new to me. At least I had been to a show. Next time I will take a dog !</w:t>
      </w:r>
    </w:p>
    <w:p>
      <w:r>
        <w:rPr>
          <w:b w:val="0"/>
          <w:i w:val="0"/>
        </w:rPr>
        <w:t>Having been barely able to walk three steps unaided across the hospital ward, IÃ¢â‚¬â„¢m now back to daily dog walking. Initially starting with pint sized Mabel my delightful Jack Russell, then adding a single Labrador, then another. They all seem to realise they have to be on best behaviour.</w:t>
      </w:r>
    </w:p>
    <w:p>
      <w:r>
        <w:rPr>
          <w:b w:val="0"/>
          <w:i w:val="0"/>
        </w:rPr>
        <w:t xml:space="preserve">A neighbour has recently placed a life sized, very realistic black and white model of an about-to-pounce Border Collie on top of her front garden stone wall. The first time black lab Georgie caught sight of it she was extremely interested in introducing herself to say Hello. Having made nose contact, she proceeded to sniff it in all the normal doggy introduction places, front and back, but getting no response, she looked at me, declaring Ã¢â‚¬Å"this particular Border Collie is very uninteresting and boringÃ¢â‚¬Â. </w:t>
      </w:r>
    </w:p>
    <w:p>
      <w:r>
        <w:rPr>
          <w:b w:val="0"/>
          <w:i w:val="0"/>
        </w:rPr>
        <w:t xml:space="preserve">We walked on and later came past a cottage with a very much alive Border Collie, lying down in a similar position, in itÃ¢â‚¬â„¢s own front garden. Georgie, who would normally always say Ã¢â‚¬Å"helloÃ¢â‚¬Â to this familiar Collie when passing,  took one look at it this time, glanced at me saying, Ã¢â‚¬Å" Ha ha, youÃ¢â‚¬â„¢re not fooling me twice, thatÃ¢â‚¬â„¢s another fake one, IÃ¢â‚¬â„¢m not bothering with it ,Ã¢â‚¬Â ignored it and walked  on. </w:t>
      </w:r>
    </w:p>
    <w:p>
      <w:r>
        <w:rPr>
          <w:b w:val="0"/>
          <w:i w:val="0"/>
        </w:rPr>
        <w:t>One thing about my sorry hospital episode that has made me laugh now IÃ¢â‚¬â„¢m safely home, on my second emergency admission the NHS over-stretched conditions were dire, just as alarming as we see on TV. At midnight, having been waiting there since 4pm, there were still lots of other waiting patients, nurses rushed off their feet, no beds, no trolleys, just garden chairs provided for hours and hours on end; so uncomfortable that in the end, in intense pain, I had to ask to lie on the floor. In and out of consciousness I didnÃ¢â‚¬â„¢t fear death at all, my one eventual thought was,  Ã¢â‚¬Å"Damn, IÃ¢â‚¬â„¢ve just paid Ã‚Â£40 for a new Pooper Scooper, and no one will know after I die and it will get chucked out!! Ã¢â‚¬Å" Possibly a reason I survived.</w:t>
      </w:r>
    </w:p>
    <w:p>
      <w:r>
        <w:rPr>
          <w:b w:val="0"/>
          <w:i w:val="0"/>
        </w:rPr>
        <w:t>I was very pleased to hear that Mark Davies and Nicola TorranceÃ¢â‚¬â„¢s Sh Ch Maxrose Daisy Belle, to whom I had given a second CC at the National in May, got made up during the summer, and later added another CC and went Reserve Best in Show at the ever popular Yellow Labrador Club Show in late September.  Thank you Club Secretary, Sussie Wiles for passing on a catalogue for me to peruse.</w:t>
      </w:r>
    </w:p>
    <w:p>
      <w:r>
        <w:rPr>
          <w:b w:val="0"/>
          <w:i w:val="0"/>
        </w:rPr>
        <w:t>I think other new champions have all featured in Pat HarrisonÃ¢â‚¬â„¢s breed notes. I mention Daisy Belle as she was my CC winner before I was laid low for the rest of the summer.</w:t>
      </w:r>
    </w:p>
    <w:p>
      <w:r>
        <w:rPr>
          <w:b w:val="0"/>
          <w:i w:val="0"/>
        </w:rPr>
        <w:t>The Labrador Retriever Club of Wales held itÃ¢â‚¬â„¢s autumn Open Show on Saturday October 15th in Caerphilly. Judge Sarah McLellan (Saranden) attracted 87 exhibits producing 99 class entries with a pleasingly low number of absentees. It was also nice to see the large number of exhibitors who stayed until the very end of the show.</w:t>
      </w:r>
    </w:p>
    <w:p>
      <w:r>
        <w:rPr>
          <w:b w:val="0"/>
          <w:i w:val="0"/>
        </w:rPr>
        <w:t>Best In Show was David CoodeÃ¢â‚¬â„¢s winner of Limit Dog, WarringahÃ¢â‚¬â„¢ The Bluff J.W. (Ch. Winfaul The Wizard/WarringahÃ¢â‚¬â„¢s Bungaa). Reserve Best In Show went to Amanda &amp; Katie StewartÃ¢â‚¬â„¢s WarringahÃ¢â‚¬â„¢s Ora Banda With Streamanda (WarringahÃ¢â‚¬â„¢s Gulwarra J.W./Oakhouse Oh Two J.W) winner of Limit Bitch.</w:t>
      </w:r>
    </w:p>
    <w:p>
      <w:r>
        <w:rPr>
          <w:b w:val="0"/>
          <w:i w:val="0"/>
        </w:rPr>
        <w:t>Best Puppy In Show was David CoodeÃ¢â‚¬â„¢s Minor Puppy and Puppy Bitch classes WarringahÃ¢â‚¬â„¢s Pippin Garra (WarringahÃ¢â‚¬â„¢s Perth/WarringahÃ¢â‚¬â„¢s Tandara).</w:t>
      </w:r>
    </w:p>
    <w:p>
      <w:r>
        <w:rPr>
          <w:b w:val="0"/>
          <w:i w:val="0"/>
        </w:rPr>
        <w:t>Best Veteran went to the MillsÃ¢â‚¬â„¢s 10 year old Bitch Linjor Magnolia At Jaybeck (Sh.Ch. Sandylands Wait And See/Trendlewood Play Me Linjor).</w:t>
      </w:r>
    </w:p>
    <w:p>
      <w:r>
        <w:rPr>
          <w:b w:val="0"/>
          <w:i w:val="0"/>
        </w:rPr>
        <w:t>Full results are available on our website www.labclubofwales.co.uk</w:t>
      </w:r>
    </w:p>
    <w:p>
      <w:r>
        <w:rPr>
          <w:b w:val="0"/>
          <w:i w:val="0"/>
        </w:rPr>
        <w:t>Margaret Barker, secretary Labrador Retriever Club of Wales 01443 842585</w:t>
      </w:r>
    </w:p>
    <w:p>
      <w:r>
        <w:rPr>
          <w:b w:val="0"/>
          <w:i w:val="0"/>
        </w:rPr>
        <w:t>The results of South Western Gundog Club under Breed Judge Mrs C Allen and  Group Judge Mr M Boswell were:-</w:t>
      </w:r>
    </w:p>
    <w:p>
      <w:r>
        <w:rPr>
          <w:b w:val="0"/>
          <w:i w:val="0"/>
        </w:rPr>
        <w:t>Best of Breed Mr C &amp; Mrs C Mills Lembas Maui</w:t>
      </w:r>
    </w:p>
    <w:p>
      <w:r>
        <w:rPr>
          <w:b w:val="0"/>
          <w:i w:val="0"/>
        </w:rPr>
        <w:t>Best Puppy WarringahÃ¢â‚¬â„¢s Pippingarra (Mr D Coode)</w:t>
      </w:r>
    </w:p>
    <w:p>
      <w:r>
        <w:rPr>
          <w:b w:val="0"/>
          <w:i w:val="0"/>
        </w:rPr>
        <w:t>Best Puppy in Show WarringahÃ¢â‚¬â„¢s Pippingarra.</w:t>
      </w:r>
    </w:p>
    <w:p>
      <w:r>
        <w:rPr>
          <w:b w:val="0"/>
          <w:i w:val="0"/>
        </w:rPr>
        <w:t>The WELRC Officers and Committee are delighted with the entries at the forthcoming Championship Show on 5/11/22.</w:t>
      </w:r>
    </w:p>
    <w:p>
      <w:r>
        <w:rPr>
          <w:b w:val="0"/>
          <w:i w:val="0"/>
        </w:rPr>
        <w:t>Dogs           (M Litherland)            84</w:t>
      </w:r>
    </w:p>
    <w:p>
      <w:r>
        <w:rPr>
          <w:b w:val="0"/>
          <w:i w:val="0"/>
        </w:rPr>
        <w:t>Bitches       (K Powell)                  134</w:t>
      </w:r>
    </w:p>
    <w:p>
      <w:r>
        <w:rPr>
          <w:b w:val="0"/>
          <w:i w:val="0"/>
        </w:rPr>
        <w:t>Total Entries                                    218</w:t>
      </w:r>
    </w:p>
    <w:p>
      <w:r>
        <w:rPr>
          <w:b w:val="0"/>
          <w:i w:val="0"/>
        </w:rPr>
        <w:t xml:space="preserve">Show opens      9.00 am </w:t>
      </w:r>
    </w:p>
    <w:p>
      <w:r>
        <w:rPr>
          <w:b w:val="0"/>
          <w:i w:val="0"/>
        </w:rPr>
        <w:t>Judging commences         10.00 am (B)      11.00 am (D)</w:t>
      </w:r>
    </w:p>
    <w:p>
      <w:r>
        <w:rPr>
          <w:b w:val="0"/>
          <w:i w:val="0"/>
        </w:rPr>
        <w:t>The Eye Testing Clinic is fully booked.</w:t>
      </w:r>
    </w:p>
    <w:p>
      <w:r>
        <w:rPr>
          <w:b w:val="0"/>
          <w:i w:val="0"/>
        </w:rPr>
        <w:t>Please remember your KC papers. Balance to be paid by cash or cheque only.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