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- 24/07/2010"</w:t>
      </w:r>
      <w:r>
        <w:br/>
      </w:r>
      <w:r>
        <w:rPr>
          <w:b w:val="0"/>
          <w:i w:val="0"/>
        </w:rPr>
        <w:br/>
        <w:t>date_original: "24/07/2010"</w:t>
      </w:r>
      <w:r>
        <w:br/>
      </w:r>
      <w:r>
        <w:rPr>
          <w:b w:val="0"/>
          <w:i w:val="0"/>
        </w:rPr>
        <w:br/>
        <w:t>source_url: "https://www.ourdogs.co.uk/members/breednotes/2010/RetrieverLabrador/RetrieverLabrador-aug6.htm"</w:t>
      </w:r>
      <w:r>
        <w:br/>
      </w:r>
      <w:r>
        <w:rPr>
          <w:b w:val="0"/>
          <w:i w:val="0"/>
        </w:rPr>
        <w:br/>
        <w:t>archive_type: "static_html"</w:t>
      </w:r>
      <w:r>
        <w:br/>
      </w:r>
      <w:r>
        <w:rPr>
          <w:b w:val="0"/>
          <w:i w:val="0"/>
        </w:rPr>
        <w:br/>
        <w:t>scraped_at: "2026-09-13T21:58:15"</w:t>
      </w:r>
      <w:r>
        <w:br/>
      </w:r>
      <w:r>
        <w:rPr>
          <w:b w:val="0"/>
          <w:i w:val="0"/>
        </w:rPr>
        <w:br/>
        <w:t>word_count: 864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Alison Scutcher Secretary of Kent Surrey and Sussex Lab Club writes, “further to the advert for the KSS Breed seminar on 29/08/10 at New Haw, Addlestone, Surrey, there are still places available for the Advanced Breed Specific seminar. The cost is £25, which includes lunch. The Advanced Seminar is open to B List judges but consideration will also be given to anyone else wishing to take part. On the same day and at the same venue, we are also holding a Novice seminar, the cost of which is £20 including lunch. Enquiries to Alison Scutcher 01255 871489 winsleywood@virginmedia.com”</w:t>
      </w:r>
    </w:p>
    <w:p>
      <w:r>
        <w:rPr>
          <w:b w:val="0"/>
          <w:i w:val="0"/>
        </w:rPr>
        <w:t>Leeds championship show, held in the glorious setting of Harewood Park, was judged by Mrs Rosemary Hewitt (Dogs) and Mrs Sian Ellis (Bitches). From an entry of 172 dogs and bitches the Dog CC and Best of Breed was won by Mr Garner Anthony and Erica Jayes black dog, Sandylands Perfect Chance, (the litter brother of Sh Ch Sandylands Pressed for Time and Sh Ch Sandylands Pandora), sired by Sh Ch Rockabee Blue Peter of Sandylands x Rocheby Purple Shades of Sandylands. This was his all important third CC an he becomes the third UK champion from that particular litter. His other two CCs were won under Einir Matulla at Southern Counties 2009 and under Einir’s Mum, Sian Ellis at Bath 2010. Congratulations.</w:t>
      </w:r>
    </w:p>
    <w:p>
      <w:r>
        <w:rPr>
          <w:b w:val="0"/>
          <w:i w:val="0"/>
        </w:rPr>
        <w:t>The Dog RCC was won by the Hodge family’s chocolate, Sh Ch Naiken Way Out West JW. The Bitch CC was another for Richard Staffords yellow Sh Ch Kimvalley Star Attraction of Farnfield JW ShCM, whilst the Bitch RCC went to Angela Williams and David Craigs black, Foulby Kiwi. Best Puppy was Mervyn and Carole Reynolds yellow bitch Carromer Silver Cinders.</w:t>
      </w:r>
    </w:p>
    <w:p>
      <w:r>
        <w:rPr>
          <w:b w:val="0"/>
          <w:i w:val="0"/>
        </w:rPr>
        <w:t>Good news from Sarah and Dennis McLennan. At Hecklington and District Agricultural Society Open Show on 24/07/2010 Saranden Comanche JW went RBIS under breed judge Jeff Luscott (Jalus) and Best in Show judge Mr D Roe (Sunshoo).</w:t>
      </w:r>
    </w:p>
    <w:p>
      <w:r>
        <w:rPr>
          <w:b w:val="0"/>
          <w:i w:val="0"/>
        </w:rPr>
        <w:t>More excellent show results from Marlene Hepper (Mardas). Her black youngster, Mardas Roman Republic is now 12 months old and he has won 4 Best Puppy in show awards, the last one recently at East Riding Gundog Open show. He also has to his name 3 Res BPIS, BOBs, res BOBs and Group placings. He was BPIS at Midland Counties Lab Club Ch and his sister Mardas Ramona Chace was BPIS at Kent Surrey and Sussex Ch show.</w:t>
      </w:r>
    </w:p>
    <w:p>
      <w:r>
        <w:rPr>
          <w:b w:val="0"/>
          <w:i w:val="0"/>
        </w:rPr>
        <w:t>Our Dogs have two excellent DVD reduced offers available if you are quick off the mark. Both explaining Canine movement, they are “Dogsteps, what to look for in a dog” by Rachael Page Elliott and “Canine cineradiography - the study of bone and joint movement from moving Xrays” also by Rachael Page Elliott. They are available at a much reduced price of £14.99 post free for Dogsteps and £21.49 for Cineradiography. You can order on line or by calling on 0844 504 9008 with your card details, but do so quickly as the offer is for a few days only.</w:t>
      </w:r>
    </w:p>
    <w:p>
      <w:r>
        <w:rPr>
          <w:b w:val="0"/>
          <w:i w:val="0"/>
        </w:rP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