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- 01/05/2026 - ISSUE"</w:t>
      </w:r>
      <w:r>
        <w:br/>
      </w:r>
      <w:r>
        <w:rPr>
          <w:b w:val="0"/>
          <w:i w:val="0"/>
        </w:rPr>
        <w:br/>
        <w:t>date_original: "01/05/2026 - ISSUE"</w:t>
      </w:r>
      <w:r>
        <w:br/>
      </w:r>
      <w:r>
        <w:rPr>
          <w:b w:val="0"/>
          <w:i w:val="0"/>
        </w:rPr>
        <w:br/>
        <w:t>source_url: "https://www.ourdogs.co.uk/members/breednotes/RetrieverLabradorMain.php"</w:t>
      </w:r>
      <w:r>
        <w:br/>
      </w:r>
      <w:r>
        <w:rPr>
          <w:b w:val="0"/>
          <w:i w:val="0"/>
        </w:rPr>
        <w:br/>
        <w:t>scraped_at: "2026-09-13T15:03:49"</w:t>
      </w:r>
      <w:r>
        <w:br/>
      </w:r>
      <w:r>
        <w:rPr>
          <w:b w:val="0"/>
          <w:i w:val="0"/>
        </w:rPr>
        <w:br/>
        <w:t>word_count: 675</w:t>
      </w:r>
    </w:p>
    <w:p>
      <w:r>
        <w:t>――――――――――――――――――――――――――――――</w:t>
      </w:r>
    </w:p>
    <w:p>
      <w:r>
        <w:rPr>
          <w:b w:val="0"/>
          <w:i w:val="0"/>
        </w:rPr>
        <w:t>NEWS MEMBERS' AREA SHOP SUBSCRIBE UPCOMING SHOWS MORE</w:t>
      </w:r>
    </w:p>
    <w:p>
      <w:r>
        <w:rPr>
          <w:b w:val="0"/>
          <w:i w:val="0"/>
        </w:rPr>
        <w:t>RETRIEVER LABRADOR</w:t>
      </w:r>
    </w:p>
    <w:p>
      <w:r>
        <w:rPr>
          <w:b w:val="0"/>
          <w:i w:val="0"/>
        </w:rPr>
        <w:t>Issue: 01/05/2026</w:t>
      </w:r>
    </w:p>
    <w:p>
      <w:r>
        <w:rPr>
          <w:b w:val="0"/>
          <w:i w:val="0"/>
        </w:rPr>
        <w:t>We set off for W.E.L.K.S. In the early morning spring sunshine, but knowing we were heading for Malvern, we were adequately equipped to deal with all four seasons in one day. But no....midsummer arrived early, and stayed all day and we basked in 20 degree sunshine. Though the change of layout meant that we were close to the entrance from the brown car park, and any small patches of shade were in very high demand. My lack of foresight in taking sunscreen meant that the next day, I could certainly have guided Santa's sleigh had I been called upon to do so!!! Treated myself to an absolutely delicious Lamb and Mint pasty from The Proper Pasty Company stand. I'll certainly be looking out for the stand at other shows.</w:t>
      </w:r>
      <w:r>
        <w:br/>
      </w:r>
      <w:r>
        <w:rPr>
          <w:b w:val="0"/>
          <w:i w:val="0"/>
        </w:rPr>
        <w:br/>
        <w:t>Kira Leith-Ross was undertaking her first CC appointment, and had drawn a very good entry. Both of her line-ups were filled with quality dogs. DCC and BOB was Maxine Woodley's impressive black Alkhamhurst Prime Shot, with RDCC going to Lynda Miles's equally impressive Llanstinan Roman Reigns. BCC was Louise Lewis's Crammondkirk Oh My JW, and RBCC went to my own Manorwell Mustang Sally, (I was thrilled, and very proud to be standing behind Louise's lovely bitch). BP was Claire and Dan Allen's promising chocolate bitch, Clearseasons Lady Brontë Into Timouron. BV was the Rawlinson and Balshaw families Sh Ch Shanorell Black Sabbath At Halshimoor, who belied his veteran status, as evidenced by his many wins in this category.</w:t>
      </w:r>
      <w:r>
        <w:br/>
      </w:r>
      <w:r>
        <w:rPr>
          <w:b w:val="0"/>
          <w:i w:val="0"/>
        </w:rPr>
        <w:br/>
        <w:t>In other rings, David Craig had a very successful hound day with his beagles, taking BPIB and PG2 with Davricard Astrid, and RBCC with Davricard Madonna. It looks as though David has another quality puppy on his hands.</w:t>
      </w:r>
      <w:r>
        <w:br/>
      </w:r>
      <w:r>
        <w:rPr>
          <w:b w:val="0"/>
          <w:i w:val="0"/>
        </w:rPr>
        <w:br/>
        <w:t>I was overwhelmed by the number of congratulations I received after W.E.L.KS. If anyone is decrying the lack of sporting spirit in the dog showing world, they only have to look at the Labrador exhibitors. It makes me very proud to be part of a breed that is such a friendly community.</w:t>
      </w:r>
      <w:r>
        <w:br/>
      </w:r>
      <w:r>
        <w:rPr>
          <w:b w:val="0"/>
          <w:i w:val="0"/>
        </w:rPr>
        <w:br/>
        <w:t>There is a change of judge for one of the SKC back to back shows in May, as Ian Dawson is no longer able to fulfil the engagement. Anne Taylor has kindly stepped in. We wish Ian all the best, and hope that he has a speedy improvement to his health. It's been a very trying year for Ian, he is blessed with a devoted daughter in Michelle.</w:t>
      </w:r>
      <w:r>
        <w:br/>
      </w:r>
      <w:r>
        <w:rPr>
          <w:b w:val="0"/>
          <w:i w:val="0"/>
        </w:rPr>
        <w:br/>
        <w:t>Also on sick leave is Dennis McLellan, who has been hospitalised following a chronic asthma attack, which led to COPD complications. We wish him a quick recovery. He has an excellent nurse in Sarah, who I'm sure will be happily pandering to his every whim.</w:t>
      </w:r>
      <w:r>
        <w:br/>
      </w:r>
      <w:r>
        <w:rPr>
          <w:b w:val="0"/>
          <w:i w:val="0"/>
        </w:rPr>
        <w:br/>
        <w:t>I was sitting in the dentist's waiting room flicking through a copy of Hello magazine, and I turned a page to see a photo of Elton John and David Furnish with their two teenaged sons in the library of their house in Windsor. Sitting at their feet were two beautiful black labradors. They were very nice, show type dogs. Further research reveals that they are called Jacob and Joseph. Elton is well known for his love of dogs. It's nice to see he knows how to pick his breed. Maybe one of these days he'll wander down to Home Park and watch the judging at Windsor Dog Show.</w:t>
      </w:r>
      <w:r>
        <w:br/>
      </w:r>
      <w:r>
        <w:rPr>
          <w:b w:val="0"/>
          <w:i w:val="0"/>
        </w:rPr>
        <w:br/>
        <w:t>Elaine Grummitt</w:t>
      </w:r>
      <w:r>
        <w:br/>
      </w:r>
      <w:r>
        <w:rPr>
          <w:b w:val="0"/>
          <w:i w:val="0"/>
        </w:rPr>
        <w:b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