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- 07/04/2017 - ISSUE"</w:t>
      </w:r>
      <w:r>
        <w:br/>
      </w:r>
      <w:r>
        <w:rPr>
          <w:b w:val="0"/>
          <w:i w:val="0"/>
        </w:rPr>
        <w:br/>
        <w:t>date_original: "07/04/2017 - ISSUE"</w:t>
      </w:r>
      <w:r>
        <w:br/>
      </w:r>
      <w:r>
        <w:rPr>
          <w:b w:val="0"/>
          <w:i w:val="0"/>
        </w:rPr>
        <w:br/>
        <w:t>source_url: "https://www.ourdogs.co.uk/members/breednotes/RetrieverLabradorMain.php"</w:t>
      </w:r>
      <w:r>
        <w:br/>
      </w:r>
      <w:r>
        <w:rPr>
          <w:b w:val="0"/>
          <w:i w:val="0"/>
        </w:rPr>
        <w:br/>
        <w:t>scraped_at: "2026-09-13T15:26:21"</w:t>
      </w:r>
      <w:r>
        <w:br/>
      </w:r>
      <w:r>
        <w:rPr>
          <w:b w:val="0"/>
          <w:i w:val="0"/>
        </w:rPr>
        <w:br/>
        <w:t>word_count: 1455</w:t>
      </w:r>
    </w:p>
    <w:p>
      <w:r>
        <w:t>――――――――――――――――――――――――――――――</w:t>
      </w:r>
    </w:p>
    <w:p>
      <w:r>
        <w:rPr>
          <w:b w:val="0"/>
          <w:i w:val="0"/>
        </w:rPr>
        <w:t>NEWS MEMBERS' AREA SHOP SUBSCRIBE UPCOMING SHOWS MORE</w:t>
      </w:r>
    </w:p>
    <w:p>
      <w:r>
        <w:rPr>
          <w:b w:val="0"/>
          <w:i w:val="0"/>
        </w:rPr>
        <w:t>RETRIEVER LABRADOR</w:t>
      </w:r>
    </w:p>
    <w:p>
      <w:r>
        <w:rPr>
          <w:b w:val="0"/>
          <w:i w:val="0"/>
        </w:rPr>
        <w:t>Issue: 07/04/2017</w:t>
      </w:r>
    </w:p>
    <w:p>
      <w:r>
        <w:rPr>
          <w:b w:val="0"/>
          <w:i w:val="0"/>
        </w:rPr>
        <w:t>Debbie Clarson writes regarding her Mum, Audrey's funeral details. "Mums funeral is on Monday 10th of April at 11. 50am at Lincoln Crematorium Washingborough Road LN4 1EF.</w:t>
      </w:r>
    </w:p>
    <w:p>
      <w:r>
        <w:rPr>
          <w:b w:val="0"/>
          <w:i w:val="0"/>
        </w:rPr>
        <w:t>If wished, donations in memory of Audrey may be made to the Scotter Ward, Gainsborough Hospital." Whilst not imperative, it would help if those proposing to attend could let Debbie know. Her home number is 01427788434 or mobile 07759848742.</w:t>
      </w:r>
    </w:p>
    <w:p>
      <w:r>
        <w:rPr>
          <w:b w:val="0"/>
          <w:i w:val="0"/>
        </w:rPr>
        <w:t>I was very sad to hear of the passing of Richard Wiles in hospital on the very morning of the Yellow Lab Club show of which he had been Chairman and of which Sussie his wife is Secretary.</w:t>
      </w:r>
    </w:p>
    <w:p>
      <w:r>
        <w:rPr>
          <w:b w:val="0"/>
          <w:i w:val="0"/>
        </w:rPr>
        <w:t>I gather Richard had not been in the best of health for a while. He was a Member of the Kennel Club, joining in 2007, and a well respected, long-standing judge of Labradors. I was pleased to have been awarded a first CC with a young Ch Bowstones Carruthers by Richard many years ago and his write up I still have and  will always treasure. To his dear wife Sussie and children Bonnie and Mark go our heartfelt condolences at this very sad time.</w:t>
      </w:r>
    </w:p>
    <w:p>
      <w:r>
        <w:rPr>
          <w:b w:val="0"/>
          <w:i w:val="0"/>
        </w:rPr>
        <w:t>Their friends, Jim and Elise Nolan from Scotland write via Facebook,  "So sad to hear of the passing of Richard Wiles, our dear friend since the '60s. He had a great laugh and sense of fun and has been influential in Labradors much of his life.  Having spent time at Richbourne with them and hosting them here in Strachur, our memories are very dear. We took  Richard and Sussie on a tour of Argyll and when at the Crinan Canal, he was able to point out the various species of birds by their twitters, song and chatter . . .  a lifetime as a farmer gave him many good qualities.  To Sussie, Bonnie and Mark we send our condolences remembering the good times spent with them. Elise and Jim."</w:t>
      </w:r>
    </w:p>
    <w:p>
      <w:r>
        <w:rPr>
          <w:b w:val="0"/>
          <w:i w:val="0"/>
        </w:rPr>
        <w:t>Dan Ericsson also posted on Wednesday March 29th,"Sad news---Richard Wiles of Richbourne fame died early this morning at 79 years of age following a period of ill health. He was chairman of The Yellow Labrador Club and initially very closely connected to the breed through his first wife Heather , now Mrs Fone, and the Heatherbournes, later via present wife Sussie and the Richbournes. Richard was a long serving championship judge of the breed and judged the breed at Crufts and at all the major championship shows in the UK over a long period of time. He will be sadly missed in the breed, but mostly so by his wife Sussie and their two children Mark and Bonnie"</w:t>
      </w:r>
    </w:p>
    <w:p>
      <w:r>
        <w:rPr>
          <w:b w:val="0"/>
          <w:i w:val="0"/>
        </w:rPr>
        <w:t>My own memories of Richard also include the days when my late husband, George and Richard would be sitting relaxing ringside at championship shows during warm, sunny summers, not discussing the dogs in front of them, but keeping up with the Test Match score on the day and putting the world of County Cricket to rights.</w:t>
      </w:r>
    </w:p>
    <w:p>
      <w:r>
        <w:rPr>
          <w:b w:val="0"/>
          <w:i w:val="0"/>
        </w:rPr>
        <w:t xml:space="preserve">Following the success of the Gundog training at Michael and Judi Neachell's home last year, Midland Counties Labrador Club are hosting a Gundog training at Styrrup which will start on Thursday 1st June weekly through to Thursday 6th July,  6-30pm meeting for 6-45pm start if possible,  supper for all afterwards!!!   Â£60 per full session. </w:t>
      </w:r>
    </w:p>
    <w:p>
      <w:r>
        <w:rPr>
          <w:b w:val="0"/>
          <w:i w:val="0"/>
        </w:rPr>
        <w:t>Please send all fees to:  Marion Hopkinson, Woodlea, Main Street , Styrrup ,DN11 8NB or Joan Walters , Springvale House, Pleasley Road, Whiston S60 4HQ.</w:t>
      </w:r>
    </w:p>
    <w:p>
      <w:r>
        <w:rPr>
          <w:b w:val="0"/>
          <w:i w:val="0"/>
        </w:rPr>
        <w:t xml:space="preserve">Please make any cheques payable to Midland Counties Labrador Retriever Club ( in full, as the bank will not accept it otherwise ). </w:t>
      </w:r>
    </w:p>
    <w:p>
      <w:r>
        <w:rPr>
          <w:b w:val="0"/>
          <w:i w:val="0"/>
        </w:rPr>
        <w:t>Plenty of news from Breed Club shows at the moment. Tinged with the sadness of the passing of their past Chairman, Richard Wiles, the Yellow Labrador Club held their well attended Open show mid-week at Southam, where Anne Lavelle and her team of culinary ladies were in charge of keeping everyone well fed and watered. There was an excellent choice of hot lunch, gooey puddings for afters and mouthwatering cakes for the afternoon to make sure no one fainted from starvation for the rest of the day, or week!</w:t>
      </w:r>
    </w:p>
    <w:p>
      <w:r>
        <w:rPr>
          <w:b w:val="0"/>
          <w:i w:val="0"/>
        </w:rPr>
        <w:t xml:space="preserve">It is odd how some days turn out. I was up early, did the dogs and sorted out the kennels so there was not much left for the dog minder to do on her arrival later that morning. </w:t>
      </w:r>
    </w:p>
    <w:p>
      <w:r>
        <w:rPr>
          <w:b w:val="0"/>
          <w:i w:val="0"/>
        </w:rPr>
        <w:t xml:space="preserve">With judging scheduled to start at a leisurely 11am there was certainly no rush to drive up to Southam. I had plenty of time. </w:t>
      </w:r>
    </w:p>
    <w:p>
      <w:r>
        <w:rPr>
          <w:b w:val="0"/>
          <w:i w:val="0"/>
        </w:rPr>
        <w:t xml:space="preserve">That was, if everything had gone to plan. Unfortunately it didnt. Various important lengthy phone calls delayed my departure really badly, so much so that I eventually knew I would miss my dog class, so I unloaded Billy from the car and put him back in his run. That left two bitches still in the car. </w:t>
      </w:r>
    </w:p>
    <w:p>
      <w:r>
        <w:rPr>
          <w:b w:val="0"/>
          <w:i w:val="0"/>
        </w:rPr>
        <w:t>It was now getting so late. Should I completely abandon the idea of going to the show?</w:t>
      </w:r>
    </w:p>
    <w:p>
      <w:r>
        <w:rPr>
          <w:b w:val="0"/>
          <w:i w:val="0"/>
        </w:rPr>
        <w:t>No, I would go and take the bitches in the car just for a ride out. I would hope to join everyone at the show for a sociable lunch and a chat and forget about showing.</w:t>
      </w:r>
    </w:p>
    <w:p>
      <w:r>
        <w:rPr>
          <w:b w:val="0"/>
          <w:i w:val="0"/>
        </w:rPr>
        <w:t>So, ready to depart, I then discovered to my horror, that the car keys weren't hanging on their usual hook in the kitchen. They had vanished. Half an hour later, I found them in the pocket of an old jacket I had worn at training class the night before.</w:t>
      </w:r>
    </w:p>
    <w:p>
      <w:r>
        <w:rPr>
          <w:b w:val="0"/>
          <w:i w:val="0"/>
        </w:rPr>
        <w:t xml:space="preserve">At last, keys in hand, still hoping not to miss lunch, I finally set off via M50, M5 , M42 and M40.  Great news en route , the wonderfully wide M5 now has 4 sparkling new lanes open and running, and the years of roadworks look to be complete bar the removal of the traffic cones at the side of the carriageways. </w:t>
      </w:r>
    </w:p>
    <w:p>
      <w:r>
        <w:rPr>
          <w:b w:val="0"/>
          <w:i w:val="0"/>
        </w:rPr>
        <w:t xml:space="preserve">The journey was easy. Hence I arrived at the show and far from missing my classes, I was even in time for some of the dog classes. So, as it turned out, after lunch I was able to show the two bitches, where Polly won her Yearling Class and her Mum, Tilly ended up Best in Show! Certainly the laid back approach worked on that day, especially as I had nearly stayed at home! </w:t>
      </w:r>
    </w:p>
    <w:p>
      <w:r>
        <w:rPr>
          <w:b w:val="0"/>
          <w:i w:val="0"/>
        </w:rPr>
        <w:t>The judge was Maureen Rees and her winners were Best Dog  David Coodes Ch Warringahs Gundaroo shown by Carole and Res Best Dog, his kennel-mate, David Coodes Ch Warringahs Perth.</w:t>
      </w:r>
    </w:p>
    <w:p>
      <w:r>
        <w:rPr>
          <w:b w:val="0"/>
          <w:i w:val="0"/>
        </w:rPr>
        <w:t>Best Bitch and Best in Show, going one better than the previous year when she was Best Bitch, was my own Sh Ch Martinstide Pastiche of Bowstones JW. Michael Neachells junior Rocheby. Daisychain at Suttonpark was Reserve Best Bitch and Best Puppy was Fiona Braddons Minor delightfully happy puppy dog Trendlwood Born to Run.</w:t>
      </w:r>
    </w:p>
    <w:p>
      <w:r>
        <w:rPr>
          <w:b w:val="0"/>
          <w:i w:val="0"/>
        </w:rPr>
        <w:t>Tony Jury and I were commenting, whilst looking at the challenge at this all yellow show, on how the old traditional, medium to dark yellow Labrador colour is fast becoming a rarity, the more common colour being a very dilute yellow almost verging on white, as has happened in Golden Retrievers.</w:t>
      </w:r>
    </w:p>
    <w:p>
      <w:r>
        <w:rPr>
          <w:b w:val="0"/>
          <w:i w:val="0"/>
        </w:rPr>
        <w:t xml:space="preserve">The Labrador Club of Scotland annual Championship show was held on 1st April. 57 dogs and 112 Bitches were entered and the winners under Angela Williams and Linda Heron were Dog CC Sharon Lamberts yellow Ch Mattand Exoudus JW who went Best in Show. Dog RCC Linda McGillivrays black Antonnine Cinderfella . Bitch CC Karen Powells black Seatallan Waterlily , </w:t>
      </w:r>
    </w:p>
    <w:p>
      <w:r>
        <w:rPr>
          <w:b w:val="0"/>
          <w:i w:val="0"/>
        </w:rPr>
        <w:t>Res Bitch CC David Coodes chocolate Warringah  Gurley JW and Best Puppy in Show Karen Powells yellow Seatallan Yellow Archangel.</w:t>
      </w:r>
    </w:p>
    <w:p>
      <w:r>
        <w:rPr>
          <w:b w:val="0"/>
          <w:i w:val="0"/>
        </w:rPr>
        <w:t>The following day, a few hundred miles south, Kent Surrey and Sussex Lab Club Championship show was held at Maidstone Kent. There were 98 dogs and 127 bitches entered for judges Lesley Dantinnes (Dogs) and David Wilmshurst (Bitches).</w:t>
      </w:r>
    </w:p>
    <w:p>
      <w:r>
        <w:rPr>
          <w:b w:val="0"/>
          <w:i w:val="0"/>
        </w:rPr>
        <w:t>Here the winners were Dog CC Stefan Praetzas Multi Ch Blacksugar Luis. Dog RCC Fiona MacLeans chocolate Afinmore Azufral, Bitch CC her second and Best in Show Angela Mitchells yellow Callyswood Caitlin and the Bitch RCC the Parrotts black, Lougin Lyin Eyes. Colin Hinkley MPB Sanglier Clara Peggotty was Best Puppy in Show.</w:t>
      </w:r>
    </w:p>
    <w:p>
      <w:r>
        <w:rPr>
          <w:b w:val="0"/>
          <w:i w:val="0"/>
        </w:rPr>
        <w:t>Many congratulations to all those successful at the breed club shows during the busy week.</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