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- 06/01/2012"</w:t>
      </w:r>
      <w:r>
        <w:br/>
      </w:r>
      <w:r>
        <w:rPr>
          <w:b w:val="0"/>
          <w:i w:val="0"/>
        </w:rPr>
        <w:br/>
        <w:t>date_original: "06/01/2012"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"2026-09-13T22:47:08"</w:t>
      </w:r>
      <w:r>
        <w:br/>
      </w:r>
      <w:r>
        <w:rPr>
          <w:b w:val="0"/>
          <w:i w:val="0"/>
        </w:rPr>
        <w:br/>
        <w:t>word_count: 1477</w:t>
      </w:r>
    </w:p>
    <w:p>
      <w:r>
        <w:t>――――――――――――――――――――――――――――――</w:t>
      </w:r>
    </w:p>
    <w:p>
      <w:r>
        <w:rPr>
          <w:b w:val="0"/>
          <w:i w:val="0"/>
        </w:rPr>
        <w:t>NEWS MEMBERS' AREA SHOP SUBSCRIBE UPCOMING SHOWS MORE</w:t>
      </w:r>
    </w:p>
    <w:p>
      <w:r>
        <w:rPr>
          <w:b w:val="0"/>
          <w:i w:val="0"/>
        </w:rPr>
        <w:t>RETRIEVER LABRADOR</w:t>
      </w:r>
    </w:p>
    <w:p>
      <w:r>
        <w:rPr>
          <w:b w:val="0"/>
          <w:i w:val="0"/>
        </w:rPr>
        <w:t>Issue: 06/01/2012</w:t>
      </w:r>
    </w:p>
    <w:p>
      <w:r>
        <w:rPr>
          <w:b w:val="0"/>
          <w:i w:val="0"/>
        </w:rPr>
        <w:t>I hope you have all had an enjoyable New Year holiday and are raring to get back to the dog shows of  2012. Time flies by. It only seems a minute since we celebrated New Year 2011. Don't forgetits the last minute to enter Crufts and the Welsh Lab Club.</w:t>
      </w:r>
    </w:p>
    <w:p>
      <w:r>
        <w:rPr>
          <w:b w:val="0"/>
          <w:i w:val="0"/>
        </w:rPr>
        <w:t>Sadly after all the Christmas spending, its time to get your cheque books out once again if you don't already have Direct Debit set up.</w:t>
      </w:r>
    </w:p>
    <w:p>
      <w:r>
        <w:rPr>
          <w:b w:val="0"/>
          <w:i w:val="0"/>
        </w:rPr>
        <w:t>The breed club annual subs are all now due. Those I have to hand are as follows: Midland Counties Lab Club- Single Â£8, Joint Â£10, Junior Â£3 send to Mr F Gawthorpe, 19 Badger Road, Woodhouse, Sheffield S Yorks S13 7TQ</w:t>
      </w:r>
    </w:p>
    <w:p>
      <w:r>
        <w:rPr>
          <w:b w:val="0"/>
          <w:i w:val="0"/>
        </w:rPr>
        <w:t>Labrador Club of Wales - Single Â£7, Joint Â£10, Junior Â£1.50 send to Margaret Barker Haulwen, Church Lane, Nantgarw, Cardiff CF15 7TQ</w:t>
      </w:r>
    </w:p>
    <w:p>
      <w:r>
        <w:rPr>
          <w:b w:val="0"/>
          <w:i w:val="0"/>
        </w:rPr>
        <w:t>Kent Surrey and Sussex Lab Club - Single Â£10, Joint and family Â£12, send to Mrs A Scutcher, 10 Glebe Close, Wix, Manningtree, Essex CO11 2SD.</w:t>
      </w:r>
    </w:p>
    <w:p>
      <w:r>
        <w:rPr>
          <w:b w:val="0"/>
          <w:i w:val="0"/>
        </w:rPr>
        <w:t>Cotswold and Wyevern LRC Single Â£6, Joint Â£8 send to Mr K Gawthorpe, 107 Sandgate, Swindon, Wilts SN3 4HJ. Do let me know if you wish your clubs subs to be included in the notes.</w:t>
      </w:r>
    </w:p>
    <w:p>
      <w:r>
        <w:rPr>
          <w:b w:val="0"/>
          <w:i w:val="0"/>
        </w:rPr>
        <w:t>This week I will start the 2011 annual Winners Review commencing with the new male champions who achieved their titles in 2011 and also the male CC winners. (Next week I will detail the new champion bitches and bitch CC winners)</w:t>
      </w:r>
    </w:p>
    <w:p>
      <w:r>
        <w:rPr>
          <w:b w:val="0"/>
          <w:i w:val="0"/>
        </w:rPr>
        <w:t>There were 15 new dog and bitch champions made up in 2011, which is one more than in 2010, 2009 and 2008.</w:t>
      </w:r>
    </w:p>
    <w:p>
      <w:r>
        <w:rPr>
          <w:b w:val="0"/>
          <w:i w:val="0"/>
        </w:rPr>
        <w:t>In 2011 there were 7 dogs made up, 1 full champion and six show champions (5 yellows and 2 blacks) whilst there were also 8 bitches made up; all show champions (3 yellows and 5 blacks). The Dog CCs were shared amongst 19 males.</w:t>
      </w:r>
    </w:p>
    <w:p>
      <w:r>
        <w:rPr>
          <w:b w:val="0"/>
          <w:i w:val="0"/>
        </w:rPr>
        <w:t>The 2011 the new champion males were  Sh Ch Warringah's Gundaroo JW, Sh Ch Courtrose Celtic Frost, Sh Ch Fullwell Fly High to Halshimoor, Sh Ch Carpenny Made a Million, Sh Ch Brigburn Farm Trader with Driffwold, Sh Ch Adoraden Hallmark at Suttonpark and Am Can Ch Sh Ch Salty Dog of Tampa Bay.</w:t>
      </w:r>
    </w:p>
    <w:p>
      <w:r>
        <w:rPr>
          <w:b w:val="0"/>
          <w:i w:val="0"/>
        </w:rPr>
        <w:t>Third on the list of numerical dog CC winners, winning 5CCs and  4BOBs during 2011, David Coodes yellow, Ch Warringah's Gundaroo JW(Sh Ch Ludalor Lunar Orbit JW x Ch Warringah's Bunya) won his first CC at the Lab Club of Wales 2011 under Lorraine Tooth; his second with BOB under Gordon Talbot at Bath and his third at Cots and Wye LRC under Patsy Hollings. He won two further CCs both with BOB at City of Birmingham under Hugh Gent from Australia and at Richmond under David Shields who was judging Labradors for the first time.</w:t>
      </w:r>
    </w:p>
    <w:p>
      <w:r>
        <w:rPr>
          <w:b w:val="0"/>
          <w:i w:val="0"/>
        </w:rPr>
        <w:t>Coming fourth in the numerical CC list, with a tally of 4CCs, 3BOBs and a Group 2. came the 6 year old yellow, Am Can Ch. Sh Ch Salty Dog of Tampa Bay (Am Ch Aquarius of Centrecourt Delight x Belquest Splash of Covergirl) who had been imported by the Allen family during the summer. Going back to English bloodlines, he was quickly made up after he arrived on these shores. He won his first UK CC with BOB at Paignton under Keith Young, his second at SKC under Meriel Hathaway and his third also with BOB at Belfast under Gordon Haran. He also won a further splendid CC at Gundog Breeds of Scotland under Brenda Taylor and went on to BOB and Group 2.</w:t>
      </w:r>
    </w:p>
    <w:p>
      <w:r>
        <w:rPr>
          <w:b w:val="0"/>
          <w:i w:val="0"/>
        </w:rPr>
        <w:t>With an impressive tally of 3CCs 2BOBs and Group 1 in 2011 came  Penny Carpanini's yellow, Sh Ch Carpenny Made a Million (Sh Ch Carpenny Made the Trip x Sh Ch Mambrinos Spellbound of Carpenny). He won his first CC in the spring of  2010 at KSS Lab Club. His 2nd CC came from Ron Menaker from the US at Blackpool 2011; a memorable day as he went on to win the Gundog Group under Andrew Brace. He was made up having won the CC with BOB at URC 2011 under Barry Rooth and a few days later added the CC at Bournemouth under Chris Mills.</w:t>
      </w:r>
    </w:p>
    <w:p>
      <w:r>
        <w:rPr>
          <w:b w:val="0"/>
          <w:i w:val="0"/>
        </w:rPr>
        <w:t>Winning 3 CCs and 2 BOBs in the year, Jane, Mark and John Rawlinson's black, Sh Ch Fullwell Fly High to Halshimoor (Sh Ch Brigburn Farm Trader at Driffwold x Wilsbury Sparklette) was made up at Three Counties under Tracy James. He won his first CC at Three Ridings LRC 2011 under David Craig, his second at the National with BOB under James Hindley and his third at Three Counties with BOB</w:t>
      </w:r>
    </w:p>
    <w:p>
      <w:r>
        <w:rPr>
          <w:b w:val="0"/>
          <w:i w:val="0"/>
        </w:rPr>
        <w:t>Jane Wojciks yellow dog Sh Ch Courtrose Celtic Frost (Lenches Mackintosh x Courtrose Lola) won his first CC in 2010 under Diana Beckett, his second at KSS Lab Club 2011 under Margaret Litherland and his third a few weeks later under Brian Lowe at WELKS</w:t>
      </w:r>
    </w:p>
    <w:p>
      <w:r>
        <w:rPr>
          <w:b w:val="0"/>
          <w:i w:val="0"/>
        </w:rPr>
        <w:t>Sh Ch Brigburn Farm Trader with Driffwold (Sh Ch Ramsayville Rogue Trader xFollytower Lyric), owned by Wendy Southwell won 2CCs and was made up in 2011. His first CC came from Richard Wiles at Gundog Breeds of Scotland, in 2010. His second CC was won under Vic Cole at Boston 2011 and was he made up later in the year at Border Union under Margaret Gardner who was awarding CCs for the first time.</w:t>
      </w:r>
    </w:p>
    <w:p>
      <w:r>
        <w:rPr>
          <w:b w:val="0"/>
          <w:i w:val="0"/>
        </w:rPr>
        <w:t>Michael and Judi Neachells yellow Sh Ch Adoraden Hallmark at Suttonpark has won the CC at WELKS 2010. He went on to win the CC at Midland Counties Lab Club under Phillip Lammens and at East of England under Carole Reynolds.</w:t>
      </w:r>
    </w:p>
    <w:p>
      <w:r>
        <w:rPr>
          <w:b w:val="0"/>
          <w:i w:val="0"/>
        </w:rPr>
        <w:t>In addition to the new champions, the following is the list of other top winning males.</w:t>
      </w:r>
    </w:p>
    <w:p>
      <w:r>
        <w:rPr>
          <w:b w:val="0"/>
          <w:i w:val="0"/>
        </w:rPr>
        <w:t>Top winning male for 2011 with 7CCs and 5BOBs was the black dog, Sh Ch Lindall Redemption bred by Linda and Alan Porter. The Porters also bred and owned the top winning bitch of 2011 too, Sh Ch Lindall Dreamy (black) who beat her male kennelmate to Top Labrador of 2011 by winning one extra CC, 8 in total plus 2 BOBs. No mean fete in our numerically large breed.</w:t>
      </w:r>
    </w:p>
    <w:p>
      <w:r>
        <w:rPr>
          <w:b w:val="0"/>
          <w:i w:val="0"/>
        </w:rPr>
        <w:t>The black dog Sh Ch Lindall Redemption (Lindall Court Masterpiece x Lindall Will She) started 2011 by winning the CC and BOB at Manchester under David Hopkinson followed by the CC and BIS at the Lab Club of Scotland under Marion Hopkinson. He went Best in Show at the Labrador Retriever Club under Linda Heron and went on to win the CC and BOB at Leeds under Gary Johnson, the CC  at Northumberland and Durham Lab Club under Suissie Wiles, the CC and BIS at North West Lab Club under Eric Parr and the CC at  Midland Counties Canine Assoc. (E Matulla)</w:t>
      </w:r>
    </w:p>
    <w:p>
      <w:r>
        <w:rPr>
          <w:b w:val="0"/>
          <w:i w:val="0"/>
        </w:rPr>
        <w:t>The Hodge family and their Naiken kennel won both the Top Breeder and Top Puppy Awards in the Our Dogs competition for 2011 and had a most successful 2011 with several dogs and bitches carrying the Naiken affix winning top awards.</w:t>
      </w:r>
    </w:p>
    <w:p>
      <w:r>
        <w:rPr>
          <w:b w:val="0"/>
          <w:i w:val="0"/>
        </w:rPr>
        <w:t>Second highest male numerically with 6CCs, 4BOBs and a Group 2 awarded during the year was the chocolate dog Sh Ch Naiken Way Out West, (Am Ch Simmersdown Dr Pepper x Buckholt Katie at Naiken JW), who won the CC and BIS at the Lab Club of Northern Ireland under Isobel Key, the CC at SKC under John Thirlwell. The CC at Driffield under Sandra Hibbert, the CC, BOB and Group 2 at SWKA under Joan Woodall, CC and BOB at Gundog Society of Wales under Trish Parrott and CC and BIS at West of England Lab Club under Shaun Williamson.</w:t>
      </w:r>
    </w:p>
    <w:p>
      <w:r>
        <w:rPr>
          <w:b w:val="0"/>
          <w:i w:val="0"/>
        </w:rPr>
        <w:t>Winning 1CC and 1BOB were: Sh Ch Lembas Super Trouper JW (yellow)- WKC BOB (L Harvey-Major) Rocheby Brigadoon at Beauvoir Yellow)- Yellow Lab Club (F Braddon)</w:t>
      </w:r>
    </w:p>
    <w:p>
      <w:r>
        <w:rPr>
          <w:b w:val="0"/>
          <w:i w:val="0"/>
        </w:rPr>
        <w:t>Those dogs who won 1CC during 2011 were: Sh Ch Gamesmere Orlando ShCM - (blac) -Southern Counties (T Floyd), Sh Ch Amberstope Rebel Yell ShCM (Yellow) - Joint Labs (L Brabbam) Sh Ch Allenies Maverick (Yellow) - Crufts (D Coode) Trendlewood Only to Fly JW (Black) - Windsor (M Reynolds) Balrion Weathertop John Barleycorn (Black) - National Gundog (E Cannon) Aardvar Lancaster JW (Black) - Darlington  (R Morris) Steeleigh Express Order JW (Yellow)- East Anglian Lab Club (Maureen Floyd) and Barleybay Broderick (Yellow) - LKA (Ron James)</w:t>
      </w:r>
    </w:p>
    <w:p>
      <w:r>
        <w:rPr>
          <w:b w:val="0"/>
          <w:i w:val="0"/>
        </w:rPr>
        <w:t>Details of the winning bitches will appear next week.</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