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- 13/01/2023 - ISSUE"</w:t>
      </w:r>
      <w:r>
        <w:br/>
      </w:r>
      <w:r>
        <w:rPr>
          <w:b w:val="0"/>
          <w:i w:val="0"/>
        </w:rPr>
        <w:br/>
        <w:t>date_original: "13/01/2023 - ISSUE"</w:t>
      </w:r>
      <w:r>
        <w:br/>
      </w:r>
      <w:r>
        <w:rPr>
          <w:b w:val="0"/>
          <w:i w:val="0"/>
        </w:rPr>
        <w:br/>
        <w:t>source_url: "https://www.ourdogs.co.uk/members/breednotes/RetrieverLabradorMain.php"</w:t>
      </w:r>
      <w:r>
        <w:br/>
      </w:r>
      <w:r>
        <w:rPr>
          <w:b w:val="0"/>
          <w:i w:val="0"/>
        </w:rPr>
        <w:br/>
        <w:t>scraped_at: "2026-09-13T15:10:53"</w:t>
      </w:r>
      <w:r>
        <w:br/>
      </w:r>
      <w:r>
        <w:rPr>
          <w:b w:val="0"/>
          <w:i w:val="0"/>
        </w:rPr>
        <w:br/>
        <w:t>word_count: 1249</w:t>
      </w:r>
    </w:p>
    <w:p>
      <w:r>
        <w:t>――――――――――――――――――――――――――――――</w:t>
      </w:r>
    </w:p>
    <w:p>
      <w:r>
        <w:rPr>
          <w:b w:val="0"/>
          <w:i w:val="0"/>
        </w:rPr>
        <w:t>NEWS MEMBERS' AREA SHOP SUBSCRIBE UPCOMING SHOWS MORE</w:t>
      </w:r>
    </w:p>
    <w:p>
      <w:r>
        <w:rPr>
          <w:b w:val="0"/>
          <w:i w:val="0"/>
        </w:rPr>
        <w:t>RETRIEVER LABRADOR</w:t>
      </w:r>
    </w:p>
    <w:p>
      <w:r>
        <w:rPr>
          <w:b w:val="0"/>
          <w:i w:val="0"/>
        </w:rPr>
        <w:t>Issue: 13/01/2023</w:t>
      </w:r>
    </w:p>
    <w:p>
      <w:r>
        <w:rPr>
          <w:b w:val="0"/>
          <w:i w:val="0"/>
        </w:rPr>
        <w:t>Boston Championship show heralded in the 2023 Championship show calendar with Gundogs judged on 6th January . Kathy Spacey was the Labrador judge. Anne Charlotte Dreyfus  visiting from France had a fabulously successful day winning the Dog CC and Best of Breed with her yellow, Fr Ch IB Ch Nash de LÃ¢â‚¬â„¢etang Balancet and the Bitch RCC with Shallow de la Gardner Aux Eglantines whilst Louise Lewis black bitch Crammondkirk Yo Yo was taking her third CC on the day and with it, her Show Champion title, many congratulations.</w:t>
      </w:r>
    </w:p>
    <w:p>
      <w:r>
        <w:rPr>
          <w:b w:val="0"/>
          <w:i w:val="0"/>
        </w:rPr>
        <w:t>In order, the days winners were:-</w:t>
      </w:r>
    </w:p>
    <w:p>
      <w:r>
        <w:rPr>
          <w:b w:val="0"/>
          <w:i w:val="0"/>
        </w:rPr>
        <w:t>Dog Challenge Certificate    Fr Ch/ib Ch Nash De LÃ¢â‚¬â„¢etang Balancet (Miss A C Dreyfus)</w:t>
      </w:r>
    </w:p>
    <w:p>
      <w:r>
        <w:rPr>
          <w:b w:val="0"/>
          <w:i w:val="0"/>
        </w:rPr>
        <w:t>Reserve Dog Challenge Certificate    Sh Ch Naiken East Meets West (ai) JW (Mr &amp; Mrs A R V &amp; Miss R Hodge)</w:t>
      </w:r>
    </w:p>
    <w:p>
      <w:r>
        <w:rPr>
          <w:b w:val="0"/>
          <w:i w:val="0"/>
        </w:rPr>
        <w:t>Bitch Challenge Certificate  CrammondkirkÃ¢â‚¬â„¢s Yo Yo JW (Miss L A Lewis)</w:t>
      </w:r>
    </w:p>
    <w:p>
      <w:r>
        <w:rPr>
          <w:b w:val="0"/>
          <w:i w:val="0"/>
        </w:rPr>
        <w:t>Reserve Bitch Challenge Certificate  Shallow De La Garenne Aux Ãƒâ€°glantines (Miss A C Dreyfus)</w:t>
      </w:r>
    </w:p>
    <w:p>
      <w:r>
        <w:rPr>
          <w:b w:val="0"/>
          <w:i w:val="0"/>
        </w:rPr>
        <w:t>Best of Breed   Fr Ch/ib Ch Nash De LÃ¢â‚¬â„¢etang Balancet (Miss A C Dreyfus)</w:t>
      </w:r>
    </w:p>
    <w:p>
      <w:r>
        <w:rPr>
          <w:b w:val="0"/>
          <w:i w:val="0"/>
        </w:rPr>
        <w:t>Best Puppy   Farnfield Ringmaster (Mr R A S Stafford)</w:t>
      </w:r>
    </w:p>
    <w:p>
      <w:r>
        <w:rPr>
          <w:b w:val="0"/>
          <w:i w:val="0"/>
        </w:rPr>
        <w:t>Best Special Beginners  Talifen Gentleman Jack (Mrs H Sadler)</w:t>
      </w:r>
    </w:p>
    <w:p>
      <w:r>
        <w:rPr>
          <w:b w:val="0"/>
          <w:i w:val="0"/>
        </w:rPr>
        <w:t>The following day West of England Lab Club held their Open Show. Club committee member, Anne Hoban has very kindly sent in her detailed report on the show.</w:t>
      </w:r>
    </w:p>
    <w:p>
      <w:r>
        <w:rPr>
          <w:b w:val="0"/>
          <w:i w:val="0"/>
        </w:rPr>
        <w:t>Ã¢â‚¬Å"It was a rainy &amp; very blustery start for our Welrc Open Show at Woolavington Village Hall, nr Bridgewater on Saturday 7th January.</w:t>
      </w:r>
    </w:p>
    <w:p>
      <w:r>
        <w:rPr>
          <w:b w:val="0"/>
          <w:i w:val="0"/>
        </w:rPr>
        <w:t>Judge Nigel Woodburn (Centenalee) had a nice entry to go over &amp; as always, we all enjoyed sampling super homemade refreshments.</w:t>
      </w:r>
    </w:p>
    <w:p>
      <w:r>
        <w:rPr>
          <w:b w:val="0"/>
          <w:i w:val="0"/>
        </w:rPr>
        <w:t>After a warm welcome from Show Manager Nigel Small, who apologised for unfortunately, the lack of main ring mats due to an accident hold up enroute, which had prevented him from collecting the mats from Plymouth. However, most dogs coped well with the floor &amp; the dampness from outside &amp; gladly there were no slip ups.</w:t>
      </w:r>
    </w:p>
    <w:p>
      <w:r>
        <w:rPr>
          <w:b w:val="0"/>
          <w:i w:val="0"/>
        </w:rPr>
        <w:t>A respectful one minuteÃ¢â‚¬â„¢s silence was requested in memory of West of England members who had very sadly passed away; recently, our Patron, Alf Rendle, who was a Life Member and who had also been our Club Chairman over a number of years,</w:t>
      </w:r>
    </w:p>
    <w:p>
      <w:r>
        <w:rPr>
          <w:b w:val="0"/>
          <w:i w:val="0"/>
        </w:rPr>
        <w:t>Diana Beckett (Kimvalley) who was so well known worldwide,</w:t>
      </w:r>
    </w:p>
    <w:p>
      <w:r>
        <w:rPr>
          <w:b w:val="0"/>
          <w:i w:val="0"/>
        </w:rPr>
        <w:t xml:space="preserve">Rose Rodd, who many of us will remember from past showing &amp; also Pat Davis (Holmajor) another well known Labrador lady who had also contributed to our lovely breed over the years. </w:t>
      </w:r>
    </w:p>
    <w:p>
      <w:r>
        <w:rPr>
          <w:b w:val="0"/>
          <w:i w:val="0"/>
        </w:rPr>
        <w:t>Our Club sends deepest condolences to their families &amp; close friends.</w:t>
      </w:r>
    </w:p>
    <w:p>
      <w:r>
        <w:rPr>
          <w:b w:val="0"/>
          <w:i w:val="0"/>
        </w:rPr>
        <w:t>The main winners were...</w:t>
      </w:r>
    </w:p>
    <w:p>
      <w:r>
        <w:rPr>
          <w:b w:val="0"/>
          <w:i w:val="0"/>
        </w:rPr>
        <w:t xml:space="preserve">Best Bitch &amp; Best in Show from Graduate was awarded to Jayne &amp; Becca MillsÃ¢â‚¬â„¢ yellow, Jaybec Winter Wispa JW </w:t>
      </w:r>
    </w:p>
    <w:p>
      <w:r>
        <w:rPr>
          <w:b w:val="0"/>
          <w:i w:val="0"/>
        </w:rPr>
        <w:t>(Sh Ch Rocheby Hornblower x Trendlewood Day Dreaming)</w:t>
      </w:r>
    </w:p>
    <w:p>
      <w:r>
        <w:rPr>
          <w:b w:val="0"/>
          <w:i w:val="0"/>
        </w:rPr>
        <w:t>Reserve BIS from Junior went to Paul &amp; Irene CollinsÃ¢â‚¬â„¢ yellow bitch, Foxrush Joyfull TAF</w:t>
      </w:r>
    </w:p>
    <w:p>
      <w:r>
        <w:rPr>
          <w:b w:val="0"/>
          <w:i w:val="0"/>
        </w:rPr>
        <w:t>(Sh Ch Carromer Jack Flash To Baileydale JW x Foxrush Oops A Daisy JW)</w:t>
      </w:r>
    </w:p>
    <w:p>
      <w:r>
        <w:rPr>
          <w:b w:val="0"/>
          <w:i w:val="0"/>
        </w:rPr>
        <w:t>Best Dog from Limit &amp; BOS in Show was Paul &amp; IreneÃ¢â‚¬â„¢s yellow dog, Ramsayville Right On Time For Kaspair (Sh Ch Ramsayville Ruby Walsh x Ramsayville Rock Folly)</w:t>
      </w:r>
    </w:p>
    <w:p>
      <w:r>
        <w:rPr>
          <w:b w:val="0"/>
          <w:i w:val="0"/>
        </w:rPr>
        <w:t xml:space="preserve">Best Puppy Bitch &amp; BPIS went to Linda H MajorÃ¢â‚¬â„¢s yellow bitch, Linjor Heart To Heart </w:t>
      </w:r>
    </w:p>
    <w:p>
      <w:r>
        <w:rPr>
          <w:b w:val="0"/>
          <w:i w:val="0"/>
        </w:rPr>
        <w:t>(Sh Ch Trendlewood Born To Run JW x Linjor Sarafina)</w:t>
      </w:r>
    </w:p>
    <w:p>
      <w:r>
        <w:rPr>
          <w:b w:val="0"/>
          <w:i w:val="0"/>
        </w:rPr>
        <w:t xml:space="preserve">Best Veteran went to Jenny FishlockÃ¢â‚¬â„¢s 8yr old yellow bitch, Carpenny Victoria </w:t>
      </w:r>
    </w:p>
    <w:p>
      <w:r>
        <w:rPr>
          <w:b w:val="0"/>
          <w:i w:val="0"/>
        </w:rPr>
        <w:t>(Carpenny Primo x Sh Ch Carpenny Vassar)</w:t>
      </w:r>
    </w:p>
    <w:p>
      <w:r>
        <w:rPr>
          <w:b w:val="0"/>
          <w:i w:val="0"/>
        </w:rPr>
        <w:t>Best Chocolate in Show from Undergraduate was awarded to our own Meadowleigh Turn Back Time (Ch Ir Sh Ch Meadowleigh Brown Sugar SGWC x Meadowleigh Black In Style)</w:t>
      </w:r>
    </w:p>
    <w:p>
      <w:r>
        <w:rPr>
          <w:b w:val="0"/>
          <w:i w:val="0"/>
        </w:rPr>
        <w:t xml:space="preserve">Thank you to our Judge and to everyone for bringing along your dogs &amp; also for all your continued support &amp; very generous raffle donations. </w:t>
      </w:r>
    </w:p>
    <w:p>
      <w:r>
        <w:rPr>
          <w:b w:val="0"/>
          <w:i w:val="0"/>
        </w:rPr>
        <w:t>Our next Open Show will be held at the same venue on Saturday 13th May when our judge will be Miss Lucy Rawlinson (Halshimoor)</w:t>
      </w:r>
    </w:p>
    <w:p>
      <w:r>
        <w:rPr>
          <w:b w:val="0"/>
          <w:i w:val="0"/>
        </w:rPr>
        <w:t>We will all be looking forward to nicer weather &amp; to welcoming you then.Ã¢â‚¬Â</w:t>
      </w:r>
    </w:p>
    <w:p>
      <w:r>
        <w:rPr>
          <w:b w:val="0"/>
          <w:i w:val="0"/>
        </w:rPr>
        <w:t>Thank you Anne.</w:t>
      </w:r>
    </w:p>
    <w:p>
      <w:r>
        <w:rPr>
          <w:b w:val="0"/>
          <w:i w:val="0"/>
        </w:rPr>
        <w:t xml:space="preserve">The winners at Midland Counties Lab Club Open Show on 8th January under judge, </w:t>
      </w:r>
    </w:p>
    <w:p>
      <w:r>
        <w:rPr>
          <w:b w:val="0"/>
          <w:i w:val="0"/>
        </w:rPr>
        <w:t xml:space="preserve">Lesley Park were, </w:t>
      </w:r>
    </w:p>
    <w:p>
      <w:r>
        <w:rPr>
          <w:b w:val="0"/>
          <w:i w:val="0"/>
        </w:rPr>
        <w:t xml:space="preserve">Best in Show: Naiken Glass Slippers </w:t>
      </w:r>
    </w:p>
    <w:p>
      <w:r>
        <w:rPr>
          <w:b w:val="0"/>
          <w:i w:val="0"/>
        </w:rPr>
        <w:t xml:space="preserve">Best Opposite Sex in Show: SH CH Naiken East Meets West (ai) JW </w:t>
      </w:r>
    </w:p>
    <w:p>
      <w:r>
        <w:rPr>
          <w:b w:val="0"/>
          <w:i w:val="0"/>
        </w:rPr>
        <w:t>Best Puppy in Show: Tissalian Crepe Suzette</w:t>
      </w:r>
    </w:p>
    <w:p>
      <w:r>
        <w:rPr>
          <w:b w:val="0"/>
          <w:i w:val="0"/>
        </w:rPr>
        <w:t xml:space="preserve">Best Minor Puppy in Show: Wynfaul Reprint </w:t>
      </w:r>
    </w:p>
    <w:p>
      <w:r>
        <w:rPr>
          <w:b w:val="0"/>
          <w:i w:val="0"/>
        </w:rPr>
        <w:t>Best Veteran in Show: Potterspiney Killian</w:t>
      </w:r>
    </w:p>
    <w:p>
      <w:r>
        <w:rPr>
          <w:b w:val="0"/>
          <w:i w:val="0"/>
        </w:rPr>
        <w:t>In the various Top all breed competitions of the year the yellow, Lapema Masquerade at Sandylands is confirmed as Top Labrador and her kennelmate, Berlan First in Line at Sandylands is confirmed as Top Labrador Puppy. Well done Ed and Erica.</w:t>
      </w:r>
    </w:p>
    <w:p>
      <w:r>
        <w:rPr>
          <w:b w:val="0"/>
          <w:i w:val="0"/>
        </w:rPr>
        <w:t xml:space="preserve">A further reminder about show entries closing soon. Details of the Labrador Club of Wales Championship show on February 5th 2023at Forest Oak Farm, Perlieu, Lydney, Gloucestershire GL15 4LN are available via Fosse Data. The judges are Caroline Cormack Campbell( Binnaig) dogs, and Sue Merrill (Gostwyck) bitches. Paper Entries closed on 7th January 2023 but are still open online until 15th January. Always a good show at a superb easily accessible countryside venue with plenty of room fir exercising dogs. </w:t>
      </w:r>
    </w:p>
    <w:p>
      <w:r>
        <w:rPr>
          <w:b w:val="0"/>
          <w:i w:val="0"/>
        </w:rPr>
        <w:t xml:space="preserve">Crufts entry details are also available via Fosse Data. Postal Entries closed on 9th Jan but are open online until 23rd January . The judges are Dave Wilmshurst (Dogs) and Guy Spagnolo from Australia (Bitches). Labradors are on the first day,  Thursday 9th March, in their usual generously sized rings at the far end of Hall 5 at the NEC. </w:t>
      </w:r>
    </w:p>
    <w:p>
      <w:r>
        <w:rPr>
          <w:b w:val="0"/>
          <w:i w:val="0"/>
        </w:rPr>
        <w:t>The popular yellow Labrador club open show will be held on the 29th of March 2023 at the Grange Hall Southam, Warks CV47 1QAA the judge is Kirsty Gordon Smith (Bruxinho) . Further details are via Fosse Data.</w:t>
      </w:r>
    </w:p>
    <w:p>
      <w:r>
        <w:rPr>
          <w:b w:val="0"/>
          <w:i w:val="0"/>
        </w:rPr>
        <w:t xml:space="preserve">David Coode was rightly very happy with his recent show outings over the New Year holiday. </w:t>
      </w:r>
    </w:p>
    <w:p>
      <w:r>
        <w:rPr>
          <w:b w:val="0"/>
          <w:i w:val="0"/>
        </w:rPr>
        <w:t>Stourbridge&amp; district Canine Society 27/12/2022  WarringahÃ¢â‚¬â„¢s Pippingarra Best Puppy in Breed and Puppy Group 1st Judge Mr A Moss</w:t>
      </w:r>
    </w:p>
    <w:p>
      <w:r>
        <w:rPr>
          <w:b w:val="0"/>
          <w:i w:val="0"/>
        </w:rPr>
        <w:t>Luton Canine Association 31/12/2022  WarringahÃ¢â‚¬â„¢s Pippngarra  Best Puppy in Breed Judge Bridgette Bodle Puppy Group 1st and Best Puppy in Show Judge Ben Reynolds-Frost</w:t>
      </w:r>
    </w:p>
    <w:p>
      <w:r>
        <w:rPr>
          <w:b w:val="0"/>
          <w:i w:val="0"/>
        </w:rPr>
        <w:t>Worcester&amp; Malvern Canine Society WarringahÃ¢â‚¬â„¢s Pippingarra Best of Breed and Best Puppy Judge Mrs Shona Drummond  Puppy Group 1st Judge Mrs Sam Whiting, she was also short listed to the last 6 in the Gundog Grou</w:t>
      </w:r>
    </w:p>
    <w:p>
      <w:r>
        <w:rPr>
          <w:b w:val="0"/>
          <w:i w:val="0"/>
        </w:rPr>
        <w:t>Missing Labrador found by Border Collie</w:t>
      </w:r>
    </w:p>
    <w:p>
      <w:r>
        <w:rPr>
          <w:b w:val="0"/>
          <w:i w:val="0"/>
        </w:rPr>
        <w:t>A good news story to close this weeks notes from the Telegraph.</w:t>
      </w:r>
    </w:p>
    <w:p>
      <w:r>
        <w:rPr>
          <w:b w:val="0"/>
          <w:i w:val="0"/>
        </w:rPr>
        <w:t>A Labrador which got lost for 24 hours in the Peak District was eventually rescued after being found trapped down a 15ft hole by another dog.</w:t>
      </w:r>
    </w:p>
    <w:p>
      <w:r>
        <w:rPr>
          <w:b w:val="0"/>
          <w:i w:val="0"/>
        </w:rPr>
        <w:t>Eight-year-old Gracie was going for a walk on marshland near Kinder Scout when her owner Guy Beggs, 41, lost sight of her during poor weather conditions. Unbeknown to Mr Beggs, his beloved pet had plunged down a 15ft-deep pothole.</w:t>
      </w:r>
    </w:p>
    <w:p>
      <w:r>
        <w:rPr>
          <w:b w:val="0"/>
          <w:i w:val="0"/>
        </w:rPr>
        <w:t>Fortunately, a four-year-old Border Collie cross named Lottie began sniffing in shrubbery near the path before miraculously finding the hole where Gracie had fallen in.</w:t>
      </w:r>
    </w:p>
    <w:p>
      <w:r>
        <w:rPr>
          <w:b w:val="0"/>
          <w:i w:val="0"/>
        </w:rPr>
        <w:t>Ann Britton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