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- 31/01/2020 - ISSUE"</w:t>
      </w:r>
      <w:r>
        <w:br/>
      </w:r>
      <w:r>
        <w:rPr>
          <w:b w:val="0"/>
          <w:i w:val="0"/>
        </w:rPr>
        <w:br/>
        <w:t>date_original: "31/01/2020 - ISSUE"</w:t>
      </w:r>
      <w:r>
        <w:br/>
      </w:r>
      <w:r>
        <w:rPr>
          <w:b w:val="0"/>
          <w:i w:val="0"/>
        </w:rPr>
        <w:br/>
        <w:t>source_url: "https://www.ourdogs.co.uk/members/breednotes/RetrieverLabradorMain.php"</w:t>
      </w:r>
      <w:r>
        <w:br/>
      </w:r>
      <w:r>
        <w:rPr>
          <w:b w:val="0"/>
          <w:i w:val="0"/>
        </w:rPr>
        <w:br/>
        <w:t>scraped_at: "2026-09-13T15:18:23"</w:t>
      </w:r>
      <w:r>
        <w:br/>
      </w:r>
      <w:r>
        <w:rPr>
          <w:b w:val="0"/>
          <w:i w:val="0"/>
        </w:rPr>
        <w:br/>
        <w:t>word_count: 1262</w:t>
      </w:r>
    </w:p>
    <w:p>
      <w:r>
        <w:t>――――――――――――――――――――――――――――――</w:t>
      </w:r>
    </w:p>
    <w:p>
      <w:r>
        <w:rPr>
          <w:b w:val="0"/>
          <w:i w:val="0"/>
        </w:rPr>
        <w:t>NEWS MEMBERS' AREA SHOP SUBSCRIBE UPCOMING SHOWS MORE</w:t>
      </w:r>
    </w:p>
    <w:p>
      <w:r>
        <w:rPr>
          <w:b w:val="0"/>
          <w:i w:val="0"/>
        </w:rPr>
        <w:t>RETRIEVER LABRADOR</w:t>
      </w:r>
    </w:p>
    <w:p>
      <w:r>
        <w:rPr>
          <w:b w:val="0"/>
          <w:i w:val="0"/>
        </w:rPr>
        <w:t>Issue: 31/01/2020</w:t>
      </w:r>
    </w:p>
    <w:p>
      <w:r>
        <w:rPr>
          <w:b w:val="0"/>
          <w:i w:val="0"/>
        </w:rPr>
        <w:t>The Labrador Club of Wales Ch Show at Chepstow Leisure Centre this coming weekend, February 1st 2020, has drawn an entry of 230 dogs and bitches for judges Karl Gawthorpe (Dogs) and Yolande Shirton (Bitches).</w:t>
      </w:r>
    </w:p>
    <w:p>
      <w:r>
        <w:rPr>
          <w:b w:val="0"/>
          <w:i w:val="0"/>
        </w:rPr>
        <w:t xml:space="preserve">I was very sad to read that Jo and Andy Metcalfe have had to say a final goodbye to their beloved classic yellow dog, Bill, Ch Bilbo Baggins By Baileydale JW ShCM who was bred in December 2008 by Jane Digweed. He was sired by one of JoÃ¢â‚¬â„¢s favourites, a trusty Labrador through and through, Baileydale Bon Bon x Willikin Liberty Fayre and linebred on both sides to Ch Cornlands Wellington. He won several CCs and RCCs, including a RCC from me in 2012, and was Reserve Best in Show at The Labrador Retriever Club Ch Show in 2013 and Reserve Top Dog in the East Anglian Top Dog Supermatch. </w:t>
      </w:r>
    </w:p>
    <w:p>
      <w:r>
        <w:rPr>
          <w:b w:val="0"/>
          <w:i w:val="0"/>
        </w:rPr>
        <w:t xml:space="preserve">Following on from the list of CC winners published a couple of weeks ago, the following two corrections are needed. </w:t>
      </w:r>
    </w:p>
    <w:p>
      <w:r>
        <w:rPr>
          <w:b w:val="0"/>
          <w:i w:val="0"/>
        </w:rPr>
        <w:t xml:space="preserve">Maxine Woodleys black Bitch Sh Ch A Sense of Pleasures Ylvi at Alkamhurst won 5 CCs not 4, during 2019. Omitted was the CC she won at Driffield under Linda McGillivray. </w:t>
      </w:r>
    </w:p>
    <w:p>
      <w:r>
        <w:rPr>
          <w:b w:val="0"/>
          <w:i w:val="0"/>
        </w:rPr>
        <w:t>Fiona BrandonÃ¢â‚¬â„¢s Sh Ch Trendlewood Born to Run, who was Top Labrador of 2019 won 9CCS during the year, not 8.</w:t>
      </w:r>
    </w:p>
    <w:p>
      <w:r>
        <w:rPr>
          <w:b w:val="0"/>
          <w:i w:val="0"/>
        </w:rPr>
        <w:t>On to Open show news now. At Coventry LKS on the 1st January, at her very first show, aged 6 months and 2 days, Michael and Judi Neachells puppy handled by Elaine Grummitt,  Suttonpark Consuela was BPIB under breed judge Rob McMaster, PG1 under Lesley Trow, and went on to gain RBPIS under Martin Sanders.</w:t>
      </w:r>
    </w:p>
    <w:p>
      <w:r>
        <w:rPr>
          <w:b w:val="0"/>
          <w:i w:val="0"/>
        </w:rPr>
        <w:t xml:space="preserve">At Three Ridings Open Show Best in Show was the yellow dog, Millroseglen Make My Day with Meadowvillabs. Reserve Best in Show was another yellow dog, Halshimoor Pitch Battle at Shanorrell JW and Best Puppy was the bitch, Potterspiney Tickety Boo. The judge was David Howarth who I see from he KC find a judge list awards CCs in several gundog breeds, including English Setters, Gordon Stters and Irish Red and White Setters, English Springers and Clumber Spaniels, Curly Coat Retrievers and Weimaraners. </w:t>
      </w:r>
    </w:p>
    <w:p>
      <w:r>
        <w:rPr>
          <w:b w:val="0"/>
          <w:i w:val="0"/>
        </w:rPr>
        <w:t xml:space="preserve">The following briefly appeared in the January 10th 2020 Labrador breed notes in Our Dogs. Anne Hoban has kindly added more detail. Many thanks. Anne writes, Ã¢â‚¬Å"At least a dry day for the West of England LRC to hold the first Breed Open Show of 2020 on 4th January at Woolavington, Somerset, conveniently near to J23 of the M5. </w:t>
      </w:r>
    </w:p>
    <w:p>
      <w:r>
        <w:rPr>
          <w:b w:val="0"/>
          <w:i w:val="0"/>
        </w:rPr>
        <w:t xml:space="preserve">An entry of 71 dogs giving 89 entries, were judged by Fiona Maclean (Afinmore) who had travelled from far away Scotland. </w:t>
      </w:r>
    </w:p>
    <w:p>
      <w:r>
        <w:rPr>
          <w:b w:val="0"/>
          <w:i w:val="0"/>
        </w:rPr>
        <w:t>A warm welcome was given to our exhibitors &amp; friends &amp; as always, their dining experience was first class,</w:t>
      </w:r>
    </w:p>
    <w:p>
      <w:r>
        <w:rPr>
          <w:b w:val="0"/>
          <w:i w:val="0"/>
        </w:rPr>
        <w:t xml:space="preserve">BEST DOG and Best Chocolate in Show was Mr M Baker &amp; Mrs Sandy JuddÃ¢â‚¬â„¢s chocolate </w:t>
      </w:r>
    </w:p>
    <w:p>
      <w:r>
        <w:rPr>
          <w:b w:val="0"/>
          <w:i w:val="0"/>
        </w:rPr>
        <w:t>Harpitts True Spirit ( Afinmore Alain JW SH CM x Harpitts Forever Tilly) Reserve Best Dog And Best Puppy In Show was David &amp; Carol CoodeÃ¢â‚¬â„¢s WarringahÃ¢â‚¬â„¢s The Bluff (Sh Ch Wynfaul The Wizard x WarringahÃ¢â‚¬â„¢s Bungaa) Best Bitch And Best In Show went to Mrs Penny LallyÃ¢â‚¬â„¢s Chyanhal Trezelah (Sh Ch Trendlewood Born To Run x Sh Ch Trewinnard Pimlico) handled by Becca Mills while her dam, SH CH Trewinnard Pimlico, was Reserve Best Bitch (Carpenny Primo x Trendlewood A Whisper At Trewinnard) Reserve Best Puppy In Show was awarded to Penny CarpaniniÃ¢â‚¬â„¢s Carpenny Berry. (Rus Ch Sun-Laurie Blowing In The Wind x Sh Ch Carpenny Portia) Best Veteran In Show was Mr &amp; Mrs DaveyÃ¢â‚¬â„¢s Southridge Precious Token. (Sh Ch Sandylands Pressed For Time x Sandylands Grace)</w:t>
      </w:r>
    </w:p>
    <w:p>
      <w:r>
        <w:rPr>
          <w:b w:val="0"/>
          <w:i w:val="0"/>
        </w:rPr>
        <w:t>As so often happens once retired, one can easily get diverted and the jobs one had planned for a particular day get side-lined. I was looking in a cupboard upstairs for something, when the contents of a much higher shelf decided to slip forward and slowly fall down onto my head. There lo and behold, was the scrapbook of old dog-related newspaper cuttings of interest that I had been searching for some weeks ago. Having not found the scrapbook at that time, I had given up, thinking it must be lost. Now I had found it, (or it had found me) and all plans for the rest of the morning were abandoned. I settled down with a cup of coffee to read the treasured, often utterly absorbing articles on breeding, improving construction and proposed health testing ideas I had cut out and saved from dog papers and Kennel Gazettes of the 1980s and 1990s.</w:t>
      </w:r>
    </w:p>
    <w:p>
      <w:r>
        <w:rPr>
          <w:b w:val="0"/>
          <w:i w:val="0"/>
        </w:rPr>
        <w:t>One article dated 1990 was written by Janice Pritchard (Charway) was titled Ã¢â‚¬Å"Puppy Prices Past and PresentÃ¢â‚¬Â and was an interesting discussion about the cost of puppies and varying stud fees over the years. A hot topic then and now still a talking point. Janice quoted the individual prices in the 1940s. I have added the 2020 equivalent prices.</w:t>
      </w:r>
    </w:p>
    <w:p>
      <w:r>
        <w:rPr>
          <w:b w:val="0"/>
          <w:i w:val="0"/>
        </w:rPr>
        <w:t xml:space="preserve">Ã¢â‚¬Å"In the mid- 1940s Ch Poppleton Golden Flight stood at stud for Ã‚Â£10.50. That is the equivalent of Ã‚Â£450 in 2020. At the same time, Ch Staindrop Saighdear, born in 1944 was also at stud, but for twice as much, the fee being set at 20 Guineas. He later became the penultimate dual champion of the 20th century. Before then, his 20 guinea stud fee was the equivalent of four times the weekly wage packet of an unskilled worker of the time which was Ã‚Â£5 per week. 20 guineas paid then is equivalent to over Ã‚Â£900 today. I am reminded that just after I was born, my mother bred a litter sired by Staindrop Saighdear and the wonderfully faithful, yellow Labrador, Bowstones Bridget, my canine companion for very many years, was born.  </w:t>
      </w:r>
    </w:p>
    <w:p>
      <w:r>
        <w:rPr>
          <w:b w:val="0"/>
          <w:i w:val="0"/>
        </w:rPr>
        <w:t>It looks as though the stud fees for top winning Labradors were just as varied in the 1940s as now with equivalent fees in 2020 ranging from  Ã‚Â£450 - Ã‚Â£950.</w:t>
      </w:r>
    </w:p>
    <w:p>
      <w:r>
        <w:rPr>
          <w:b w:val="0"/>
          <w:i w:val="0"/>
        </w:rPr>
        <w:t>An interesting snippet detailed the sale of a bitch puppy, when at that time puppy prices for 8 week old pups ranged between 5 and 7 guineas. Ã¢â‚¬Å"On December 10, 1948 a young black bitch aged 10 months was sold for the princely sum of Ã‚Â£21. (Ã‚Â£912 equivalent in 2020). She was bought by Dr TS Acheson (Ballyduff) from the Whatstandwell Kennel of Horace and Jesse Taylor in Chapeltown near Sheffield. The puppy was Whatstandwell Rowena, (Ch Whatstandwell Ballyduff Robin x Sandylands Juny). She later became a Ch Ballyduff Whatstandwell Rowena and was regarded by many as one of the most beautiful black bitches of the 1950s. She was twice Best of Breed at Crufts where the Labrador entry in 1950 was 625 dogs and bitches. Interesting reading. I will dip into the scrapbook for more articles in future.</w:t>
      </w:r>
    </w:p>
    <w:p>
      <w:r>
        <w:rPr>
          <w:b w:val="0"/>
          <w:i w:val="0"/>
        </w:rPr>
        <w:t xml:space="preserve">Ann Britton </w:t>
      </w:r>
    </w:p>
    <w:p>
      <w:r>
        <w:rPr>
          <w:b w:val="0"/>
          <w:i w:val="0"/>
        </w:rPr>
        <w:t xml:space="preserve">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