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- 04/11/2011"</w:t>
      </w:r>
      <w:r>
        <w:br/>
      </w:r>
      <w:r>
        <w:rPr>
          <w:b w:val="0"/>
          <w:i w:val="0"/>
        </w:rPr>
        <w:br/>
        <w:t>date_original: "04/11/2011"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"2026-09-13T22:47:34"</w:t>
      </w:r>
      <w:r>
        <w:br/>
      </w:r>
      <w:r>
        <w:rPr>
          <w:b w:val="0"/>
          <w:i w:val="0"/>
        </w:rPr>
        <w:br/>
        <w:t>word_count: 977</w:t>
      </w:r>
    </w:p>
    <w:p>
      <w:r>
        <w:t>――――――――――――――――――――――――――――――</w:t>
      </w:r>
    </w:p>
    <w:p>
      <w:r>
        <w:rPr>
          <w:b w:val="0"/>
          <w:i w:val="0"/>
        </w:rPr>
        <w:t>NEWS MEMBERS' AREA SHOP SUBSCRIBE UPCOMING SHOWS MORE</w:t>
      </w:r>
    </w:p>
    <w:p>
      <w:r>
        <w:rPr>
          <w:b w:val="0"/>
          <w:i w:val="0"/>
        </w:rPr>
        <w:t>RETRIEVER LABRADOR</w:t>
      </w:r>
    </w:p>
    <w:p>
      <w:r>
        <w:rPr>
          <w:b w:val="0"/>
          <w:i w:val="0"/>
        </w:rPr>
        <w:t>Issue: 04/11/2011</w:t>
      </w:r>
    </w:p>
    <w:p>
      <w:r>
        <w:rPr>
          <w:b w:val="0"/>
          <w:i w:val="0"/>
        </w:rPr>
        <w:t>Midland Counties Canine Society held their four-day championship show at Stafford. Gundogs were scheduled on the Friday and judging commenced at 9am; always tricky for those who use the M6 motorway and have to contend with its frequent traffic jams, but the early morning drive on this day proved particularly quiet as it was the half term holiday. Going home was an entirely different matter, with some spectacularly long lines of stationary traffic.</w:t>
      </w:r>
    </w:p>
    <w:p>
      <w:r>
        <w:rPr>
          <w:b w:val="0"/>
          <w:i w:val="0"/>
        </w:rPr>
        <w:t>Our judge was Einir Matulla with an entry of 197 dogs and bitches to go over. Our benching was situated in the Sandylands Centre, which we all enjoy, and was right next to our very spacious ring.</w:t>
      </w:r>
    </w:p>
    <w:p>
      <w:r>
        <w:rPr>
          <w:b w:val="0"/>
          <w:i w:val="0"/>
        </w:rPr>
        <w:t>Each class commenced with handlers and exhibits performing two circuits of the huge ring and although the majority of handlers in some of the classes, my own included, were not exactly spring chickens, we were all game to totter round, giving it our best go, with ensuing huffing, puffing, panting and amusement once we had finally made it back to base;  somewhat akin to an over 60s exercise class!</w:t>
      </w:r>
    </w:p>
    <w:p>
      <w:r>
        <w:rPr>
          <w:b w:val="0"/>
          <w:i w:val="0"/>
        </w:rPr>
        <w:t>A good job that the show Doctor, Dr Margaret Milne, was sitting ringside in case any of us needed oxygen! The dogs of course thought it was a simple breeze and an easy warm up.</w:t>
      </w:r>
    </w:p>
    <w:p>
      <w:r>
        <w:rPr>
          <w:b w:val="0"/>
          <w:i w:val="0"/>
        </w:rPr>
        <w:t>How the years have flown, hard to believe that once we post-war baby boomers were all youthful, fit, sound, agile exhibitors striding out freely, rushing from ring to ring with several dogs, just as today's youngsters do.</w:t>
      </w:r>
    </w:p>
    <w:p>
      <w:r>
        <w:rPr>
          <w:b w:val="0"/>
          <w:i w:val="0"/>
        </w:rPr>
        <w:t>My advice to everyone - enjoy every single day, because with each year the days really do disappear faster and faster !</w:t>
      </w:r>
    </w:p>
    <w:p>
      <w:r>
        <w:rPr>
          <w:b w:val="0"/>
          <w:i w:val="0"/>
        </w:rPr>
        <w:t>The winners were Dog CC Alan and Linda Porters black, Sh Ch Lindall Redemption, Dog RCC the Hodge family's chocolate Sh Ch Naiken Way Out West JW; Bitch CC and Best of Breed Richard Staffords yellow, Sh Ch Kimvalley Star Attraction of Farnfield JW and Bitch RCC the Porters black Sh Ch Lindall Dreamy.</w:t>
      </w:r>
    </w:p>
    <w:p>
      <w:r>
        <w:rPr>
          <w:b w:val="0"/>
          <w:i w:val="0"/>
        </w:rPr>
        <w:t>Best Puppy was Carole and Mervyn Reynolds Minor Puppy Dog Carromers Zachary</w:t>
      </w:r>
    </w:p>
    <w:p>
      <w:r>
        <w:rPr>
          <w:b w:val="0"/>
          <w:i w:val="0"/>
        </w:rPr>
        <w:t>Short notes this week as I am busy doing the LKA planning for the December show where Dr Ron James and Penny Carpanini and have drawn a splendid entry of 283 dogs and bitches.</w:t>
      </w:r>
    </w:p>
    <w:p>
      <w:r>
        <w:rPr>
          <w:b w:val="0"/>
          <w:i w:val="0"/>
        </w:rPr>
        <w:t>As readers have commented on how they are enjoying the interesting doggy household tips I have been passing on, many thanks to Jean Allen (Allenie) who has kindly sent in the following item regarding other uses for sheets of Bounce, which normally go into tumble dryers. I've tried one or two of them and they really do work.</w:t>
      </w:r>
    </w:p>
    <w:p>
      <w:r>
        <w:rPr>
          <w:b w:val="0"/>
          <w:i w:val="0"/>
        </w:rPr>
        <w:t>To keep bees and insects away the U.S. the Postal service sent out a message to all letter carriers to put a sheet of Bounce in their uniform pockets. Use them all the time when playing soccer or when working outside. It really works. The insects just veer around you. Other uses are:-</w:t>
      </w:r>
    </w:p>
    <w:p>
      <w:pPr>
        <w:pStyle w:val="ListNumber"/>
      </w:pPr>
      <w:r>
        <w:rPr>
          <w:b w:val="0"/>
          <w:i w:val="0"/>
        </w:rPr>
        <w:br/>
      </w:r>
      <w:r>
        <w:rPr>
          <w:b w:val="0"/>
          <w:i w:val="0"/>
        </w:rPr>
        <w:t>It will chase ants away when you lay a sheet near them. It also repels mice.</w:t>
      </w:r>
      <w:r>
        <w:rPr>
          <w:b w:val="0"/>
          <w:i w:val="0"/>
        </w:rPr>
        <w:br/>
      </w:r>
    </w:p>
    <w:p>
      <w:pPr>
        <w:pStyle w:val="ListNumber"/>
      </w:pPr>
      <w:r>
        <w:rPr>
          <w:b w:val="0"/>
          <w:i w:val="0"/>
        </w:rPr>
        <w:br/>
      </w:r>
      <w:r>
        <w:rPr>
          <w:b w:val="0"/>
          <w:i w:val="0"/>
        </w:rPr>
        <w:t>Spread sheets around foundation areas, or in trailers, or cars that are parked. It keeps mice from entering your vehicle.</w:t>
      </w:r>
      <w:r>
        <w:rPr>
          <w:b w:val="0"/>
          <w:i w:val="0"/>
        </w:rPr>
        <w:br/>
      </w:r>
    </w:p>
    <w:p>
      <w:pPr>
        <w:pStyle w:val="ListNumber"/>
      </w:pPr>
      <w:r>
        <w:rPr>
          <w:b w:val="0"/>
          <w:i w:val="0"/>
        </w:rPr>
        <w:br/>
      </w:r>
      <w:r>
        <w:rPr>
          <w:b w:val="0"/>
          <w:i w:val="0"/>
        </w:rPr>
        <w:t>It takes the odour out of books and photo albums that don't get opened too often.</w:t>
      </w:r>
      <w:r>
        <w:rPr>
          <w:b w:val="0"/>
          <w:i w:val="0"/>
        </w:rPr>
        <w:br/>
      </w:r>
    </w:p>
    <w:p>
      <w:pPr>
        <w:pStyle w:val="ListNumber"/>
      </w:pPr>
      <w:r>
        <w:rPr>
          <w:b w:val="0"/>
          <w:i w:val="0"/>
        </w:rPr>
        <w:br/>
      </w:r>
      <w:r>
        <w:rPr>
          <w:b w:val="0"/>
          <w:i w:val="0"/>
        </w:rPr>
        <w:t>It repels mosquitoes/ midges. Tie a sheet of Bounce through a belt loop when outdoors during mosquito/midge season.</w:t>
      </w:r>
      <w:r>
        <w:rPr>
          <w:b w:val="0"/>
          <w:i w:val="0"/>
        </w:rPr>
        <w:br/>
      </w:r>
    </w:p>
    <w:p>
      <w:pPr>
        <w:pStyle w:val="ListNumber"/>
      </w:pPr>
      <w:r>
        <w:rPr>
          <w:b w:val="0"/>
          <w:i w:val="0"/>
        </w:rPr>
        <w:br/>
      </w:r>
      <w:r>
        <w:rPr>
          <w:b w:val="0"/>
          <w:i w:val="0"/>
        </w:rPr>
        <w:t>Eliminate static electricity from your television (or computer) screen.</w:t>
      </w:r>
      <w:r>
        <w:rPr>
          <w:b w:val="0"/>
          <w:i w:val="0"/>
        </w:rPr>
        <w:br/>
      </w:r>
    </w:p>
    <w:p>
      <w:pPr>
        <w:pStyle w:val="ListNumber"/>
      </w:pPr>
      <w:r>
        <w:rPr>
          <w:b w:val="0"/>
          <w:i w:val="0"/>
        </w:rPr>
        <w:br/>
      </w:r>
      <w:r>
        <w:rPr>
          <w:b w:val="0"/>
          <w:i w:val="0"/>
        </w:rPr>
        <w:t>Since Bounce is designed to help eliminate static cling, wipe your television screen with a used sheet of Bounce to keep dust from resettling.</w:t>
      </w:r>
      <w:r>
        <w:rPr>
          <w:b w:val="0"/>
          <w:i w:val="0"/>
        </w:rPr>
        <w:br/>
      </w:r>
    </w:p>
    <w:p>
      <w:pPr>
        <w:pStyle w:val="ListNumber"/>
      </w:pPr>
      <w:r>
        <w:rPr>
          <w:b w:val="0"/>
          <w:i w:val="0"/>
        </w:rPr>
        <w:br/>
      </w:r>
      <w:r>
        <w:rPr>
          <w:b w:val="0"/>
          <w:i w:val="0"/>
        </w:rPr>
        <w:t>Dissolve soap scum from shower doors. Clean with a sheet of Bounce.</w:t>
      </w:r>
      <w:r>
        <w:rPr>
          <w:b w:val="0"/>
          <w:i w:val="0"/>
        </w:rPr>
        <w:br/>
      </w:r>
    </w:p>
    <w:p>
      <w:pPr>
        <w:pStyle w:val="ListNumber"/>
      </w:pPr>
      <w:r>
        <w:rPr>
          <w:b w:val="0"/>
          <w:i w:val="0"/>
        </w:rPr>
        <w:br/>
      </w:r>
      <w:r>
        <w:rPr>
          <w:b w:val="0"/>
          <w:i w:val="0"/>
        </w:rPr>
        <w:t>To freshen the air in your home - Place an individual sheet of Bounce in a drawer or hang in the closet.</w:t>
      </w:r>
      <w:r>
        <w:rPr>
          <w:b w:val="0"/>
          <w:i w:val="0"/>
        </w:rPr>
        <w:br/>
      </w:r>
    </w:p>
    <w:p>
      <w:pPr>
        <w:pStyle w:val="ListNumber"/>
      </w:pPr>
      <w:r>
        <w:rPr>
          <w:b w:val="0"/>
          <w:i w:val="0"/>
        </w:rPr>
        <w:br/>
      </w:r>
      <w:r>
        <w:rPr>
          <w:b w:val="0"/>
          <w:i w:val="0"/>
        </w:rPr>
        <w:t>Put Bounce sheet in vacuum cleaner.</w:t>
      </w:r>
      <w:r>
        <w:rPr>
          <w:b w:val="0"/>
          <w:i w:val="0"/>
        </w:rPr>
        <w:br/>
      </w:r>
    </w:p>
    <w:p>
      <w:pPr>
        <w:pStyle w:val="ListNumber"/>
      </w:pPr>
      <w:r>
        <w:rPr>
          <w:b w:val="0"/>
          <w:i w:val="0"/>
        </w:rPr>
        <w:br/>
      </w:r>
      <w:r>
        <w:rPr>
          <w:b w:val="0"/>
          <w:i w:val="0"/>
        </w:rPr>
        <w:t>Prevent thread from tangling. Run a threaded needle through a sheet of Bounce before beginning to sew.</w:t>
      </w:r>
      <w:r>
        <w:rPr>
          <w:b w:val="0"/>
          <w:i w:val="0"/>
        </w:rPr>
        <w:br/>
      </w:r>
    </w:p>
    <w:p>
      <w:pPr>
        <w:pStyle w:val="ListNumber"/>
      </w:pPr>
      <w:r>
        <w:rPr>
          <w:b w:val="0"/>
          <w:i w:val="0"/>
        </w:rPr>
        <w:br/>
      </w:r>
      <w:r>
        <w:rPr>
          <w:b w:val="0"/>
          <w:i w:val="0"/>
        </w:rPr>
        <w:t>Prevent musty suitcases. Place an individual sheet of Bounce inside empty luggage before storing.</w:t>
      </w:r>
      <w:r>
        <w:rPr>
          <w:b w:val="0"/>
          <w:i w:val="0"/>
        </w:rPr>
        <w:br/>
      </w:r>
    </w:p>
    <w:p>
      <w:pPr>
        <w:pStyle w:val="ListNumber"/>
      </w:pPr>
      <w:r>
        <w:rPr>
          <w:b w:val="0"/>
          <w:i w:val="0"/>
        </w:rPr>
        <w:br/>
      </w:r>
      <w:r>
        <w:rPr>
          <w:b w:val="0"/>
          <w:i w:val="0"/>
        </w:rPr>
        <w:t>To freshen the air in your car - Place a sheet of Bounce under the front seat.</w:t>
      </w:r>
      <w:r>
        <w:rPr>
          <w:b w:val="0"/>
          <w:i w:val="0"/>
        </w:rPr>
        <w:br/>
      </w:r>
    </w:p>
    <w:p>
      <w:pPr>
        <w:pStyle w:val="ListNumber"/>
      </w:pPr>
      <w:r>
        <w:rPr>
          <w:b w:val="0"/>
          <w:i w:val="0"/>
        </w:rPr>
        <w:br/>
      </w:r>
      <w:r>
        <w:rPr>
          <w:b w:val="0"/>
          <w:i w:val="0"/>
        </w:rPr>
        <w:t>Clean baked-on foods from a cooking pan. Put a sheet in a pan, fill with water, let sit overnight, and sponge clean. The anti-static agent apparently weakens the bond between the food and the pan..</w:t>
      </w:r>
      <w:r>
        <w:rPr>
          <w:b w:val="0"/>
          <w:i w:val="0"/>
        </w:rPr>
        <w:br/>
      </w:r>
    </w:p>
    <w:p>
      <w:pPr>
        <w:pStyle w:val="ListNumber"/>
      </w:pPr>
      <w:r>
        <w:rPr>
          <w:b w:val="0"/>
          <w:i w:val="0"/>
        </w:rPr>
        <w:br/>
      </w:r>
      <w:r>
        <w:rPr>
          <w:b w:val="0"/>
          <w:i w:val="0"/>
        </w:rPr>
        <w:t>Eliminate odours in wastebaskets. Place a sheet of Bounce at the bottom of the wastebasket.</w:t>
      </w:r>
      <w:r>
        <w:rPr>
          <w:b w:val="0"/>
          <w:i w:val="0"/>
        </w:rPr>
        <w:br/>
      </w:r>
    </w:p>
    <w:p>
      <w:pPr>
        <w:pStyle w:val="ListNumber"/>
      </w:pPr>
      <w:r>
        <w:rPr>
          <w:b w:val="0"/>
          <w:i w:val="0"/>
        </w:rPr>
        <w:br/>
      </w:r>
      <w:r>
        <w:rPr>
          <w:b w:val="0"/>
          <w:i w:val="0"/>
        </w:rPr>
        <w:t>Collect dog hair. Rubbing the area with a sheet of Bounce will magnetically attract all the loose hairs.</w:t>
      </w:r>
      <w:r>
        <w:rPr>
          <w:b w:val="0"/>
          <w:i w:val="0"/>
        </w:rPr>
        <w:br/>
      </w:r>
    </w:p>
    <w:p>
      <w:pPr>
        <w:pStyle w:val="ListNumber"/>
      </w:pPr>
      <w:r>
        <w:rPr>
          <w:b w:val="0"/>
          <w:i w:val="0"/>
        </w:rPr>
        <w:br/>
      </w:r>
      <w:r>
        <w:rPr>
          <w:b w:val="0"/>
          <w:i w:val="0"/>
        </w:rPr>
        <w:t>Eliminate static electricity from Venetian blinds.. Wipe the blinds with a sheet of Bounce to prevent dust from resettling.</w:t>
      </w:r>
      <w:r>
        <w:rPr>
          <w:b w:val="0"/>
          <w:i w:val="0"/>
        </w:rPr>
        <w:br/>
      </w:r>
    </w:p>
    <w:p>
      <w:pPr>
        <w:pStyle w:val="ListNumber"/>
      </w:pPr>
      <w:r>
        <w:rPr>
          <w:b w:val="0"/>
          <w:i w:val="0"/>
        </w:rPr>
        <w:br/>
      </w:r>
      <w:r>
        <w:rPr>
          <w:b w:val="0"/>
          <w:i w:val="0"/>
        </w:rPr>
        <w:t>Wipe up sawdust from drilling or sand papering. A used sheet of Bounce will collect sawdust like a tack cloth.</w:t>
      </w:r>
      <w:r>
        <w:rPr>
          <w:b w:val="0"/>
          <w:i w:val="0"/>
        </w:rPr>
        <w:br/>
      </w:r>
    </w:p>
    <w:p>
      <w:pPr>
        <w:pStyle w:val="ListNumber"/>
      </w:pPr>
      <w:r>
        <w:rPr>
          <w:b w:val="0"/>
          <w:i w:val="0"/>
        </w:rPr>
        <w:br/>
      </w:r>
      <w:r>
        <w:rPr>
          <w:b w:val="0"/>
          <w:i w:val="0"/>
        </w:rPr>
        <w:t>Eliminate odours in dirty laundry. Place an individual sheet of Bounce at the bottom of a laundry bag or hamper.</w:t>
      </w:r>
      <w:r>
        <w:rPr>
          <w:b w:val="0"/>
          <w:i w:val="0"/>
        </w:rPr>
        <w:br/>
      </w:r>
    </w:p>
    <w:p>
      <w:pPr>
        <w:pStyle w:val="ListNumber"/>
      </w:pPr>
      <w:r>
        <w:rPr>
          <w:b w:val="0"/>
          <w:i w:val="0"/>
        </w:rPr>
        <w:br/>
      </w:r>
      <w:r>
        <w:rPr>
          <w:b w:val="0"/>
          <w:i w:val="0"/>
        </w:rPr>
        <w:t>Deodorize shoes or sneakers. Place a sheet of Bounce in your shoes or sneakers overnight.</w:t>
      </w:r>
      <w:r>
        <w:rPr>
          <w:b w:val="0"/>
          <w:i w:val="0"/>
        </w:rPr>
        <w:br/>
      </w:r>
    </w:p>
    <w:p>
      <w:pPr>
        <w:pStyle w:val="ListNumber"/>
      </w:pPr>
      <w:r>
        <w:rPr>
          <w:b w:val="0"/>
          <w:i w:val="0"/>
        </w:rPr>
        <w:br/>
      </w:r>
      <w:r>
        <w:rPr>
          <w:b w:val="0"/>
          <w:i w:val="0"/>
        </w:rPr>
        <w:t>Put a Bounce sheet in your sleeping bag and tent before folding and storing them. It will keep them smelling fresh.</w:t>
      </w:r>
      <w:r>
        <w:rPr>
          <w:b w:val="0"/>
          <w:i w:val="0"/>
        </w:rPr>
        <w:br/>
      </w:r>
    </w:p>
    <w:p>
      <w:pPr>
        <w:pStyle w:val="ListNumber"/>
      </w:pPr>
      <w:r>
        <w:rPr>
          <w:b w:val="0"/>
          <w:i w:val="0"/>
        </w:rPr>
        <w:br/>
      </w:r>
      <w:r>
        <w:rPr>
          <w:b w:val="0"/>
          <w:i w:val="0"/>
        </w:rPr>
        <w:t>Wet a Bounce sheet, hose down your car, and wipe bugs off easily with the wet Bounce.</w:t>
      </w:r>
      <w:r>
        <w:rPr>
          <w:b w:val="0"/>
          <w:i w:val="0"/>
        </w:rPr>
        <w:br/>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