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- 29/05/2015 - ISSUE"</w:t>
      </w:r>
      <w:r>
        <w:br/>
      </w:r>
      <w:r>
        <w:rPr>
          <w:b w:val="0"/>
          <w:i w:val="0"/>
        </w:rPr>
        <w:br/>
        <w:t>date_original: "29/05/2015 - ISSUE"</w:t>
      </w:r>
      <w:r>
        <w:br/>
      </w:r>
      <w:r>
        <w:rPr>
          <w:b w:val="0"/>
          <w:i w:val="0"/>
        </w:rPr>
        <w:br/>
        <w:t>source_url: "https://www.ourdogs.co.uk/members/breednotes/RetrieverLabradorMain.php"</w:t>
      </w:r>
      <w:r>
        <w:br/>
      </w:r>
      <w:r>
        <w:rPr>
          <w:b w:val="0"/>
          <w:i w:val="0"/>
        </w:rPr>
        <w:br/>
        <w:t>scraped_at: "2026-09-13T15:31:25"</w:t>
      </w:r>
      <w:r>
        <w:br/>
      </w:r>
      <w:r>
        <w:rPr>
          <w:b w:val="0"/>
          <w:i w:val="0"/>
        </w:rPr>
        <w:br/>
        <w:t>word_count: 666</w:t>
      </w:r>
    </w:p>
    <w:p>
      <w:r>
        <w:t>――――――――――――――――――――――――――――――</w:t>
      </w:r>
    </w:p>
    <w:p>
      <w:r>
        <w:rPr>
          <w:b w:val="0"/>
          <w:i w:val="0"/>
        </w:rPr>
        <w:t>NEWS MEMBERS' AREA SHOP SUBSCRIBE UPCOMING SHOWS MORE</w:t>
      </w:r>
    </w:p>
    <w:p>
      <w:r>
        <w:rPr>
          <w:b w:val="0"/>
          <w:i w:val="0"/>
        </w:rPr>
        <w:t>RETRIEVER LABRADOR</w:t>
      </w:r>
    </w:p>
    <w:p>
      <w:r>
        <w:rPr>
          <w:b w:val="0"/>
          <w:i w:val="0"/>
        </w:rPr>
        <w:t>Issue: 29/05/2015</w:t>
      </w:r>
    </w:p>
    <w:p>
      <w:r>
        <w:rPr>
          <w:b w:val="0"/>
          <w:i w:val="0"/>
        </w:rPr>
        <w:t>Another Bank Holiday looms and notes have to be in early, so a shortened version this week.</w:t>
      </w:r>
    </w:p>
    <w:p>
      <w:r>
        <w:rPr>
          <w:b w:val="0"/>
          <w:i w:val="0"/>
        </w:rPr>
        <w:t>Great news from Maureen Rees. "At South of England Gundog Club 60th Anniversary Show on the 17th May Thurbajen's Flighty Fennel with Eremos (Carpenny Austin x Thurbajen Whoops a Daisy), went BOB under breed judge Alex Douglas (Talard) and then Best in Show under Gordon Haran ( Macgregor). There was fantastic prize money of Â£100 too". Well done, Mo!</w:t>
      </w:r>
    </w:p>
    <w:p>
      <w:r>
        <w:rPr>
          <w:b w:val="0"/>
          <w:i w:val="0"/>
        </w:rPr>
        <w:t>As a show organiser, I am pleased to see the Kennel Club warning about dogs left in hot cars at events has at last been changed to include ALL vehicles, vans and lorries, not just cars.</w:t>
      </w:r>
    </w:p>
    <w:p>
      <w:r>
        <w:rPr>
          <w:b w:val="0"/>
          <w:i w:val="0"/>
        </w:rPr>
        <w:t>Dogs die in hot vehicles. Their internal organs actually cook! At so many summer shows it appears this fact is forgotten. Whilst the majority of car owners have observed the rule of late, and removed their dogs to safer surrounds when told, several drivers of Vans and lorries parked in the full sun on dog show car parks have, when challenged to remove the hot, or distressed animals, argued that they are exempt. Their answer is that as their dogs are not actually in "cars", to which the rule refers, but are in vans or lorries they believe they are exempt.  Well, from now on, they are not! The rule applies to ALL vehicles.</w:t>
      </w:r>
    </w:p>
    <w:p>
      <w:r>
        <w:rPr>
          <w:b w:val="0"/>
          <w:i w:val="0"/>
        </w:rPr>
        <w:t>Some exhibitors appear to bring their whole kennel to a show. I have seen upwards of ten or more dogs in a van at a show on more than one occasion. For the exhibitor bringing every single dog in the kennel, it saves paying for a dog minder at home. Not all their dogs are entered in the show, so they are left out in the car park all day in the hot van. Often they are shut in crates stacked high, one on top of the other throughout the duration of the show. This is cruel and the dogs can become very distressed.</w:t>
      </w:r>
    </w:p>
    <w:p>
      <w:r>
        <w:rPr>
          <w:b w:val="0"/>
          <w:i w:val="0"/>
        </w:rPr>
        <w:t>The change in KC rule will now cover this. The dogs which were previously housed in the vans may be entered as Not for Competition and benched with the owners other dogs or they will be well looked after in the charity-run, Unentered Dogs Tent  at the show entrance from the car park to many championship shows for just a small donation per each dog left.</w:t>
      </w:r>
    </w:p>
    <w:p>
      <w:r>
        <w:rPr>
          <w:b w:val="0"/>
          <w:i w:val="0"/>
        </w:rPr>
        <w:t>The KC edict reads as follows "DOGS LEFT IN VEHICLES ON HOT DAYS The Kennel Club General Committee has agreed that the 'dogs in hot cars' notice for Kennel Club licensed shows and events be changed to make clear that it encompasses all vehicles.</w:t>
      </w:r>
    </w:p>
    <w:p>
      <w:r>
        <w:rPr>
          <w:b w:val="0"/>
          <w:i w:val="0"/>
        </w:rPr>
        <w:t>Caroline Kisko, Kennel Club Secretary, said: "We want to make it explicitly clear that dogs can overheat in vans and other large vehicles just as they can in cars.  Unfortunately shows have struggled to enforce the correct protocol after certain dog owners have attempted to argue that the policy only refers to cars and no other vehicle.</w:t>
      </w:r>
    </w:p>
    <w:p>
      <w:r>
        <w:rPr>
          <w:b w:val="0"/>
          <w:i w:val="0"/>
        </w:rPr>
        <w:t>"The welfare of our dogs must be the main priority at any show, so the wording has been changed from 'cars' to 'vehicles' to ensure there is no misunderstanding."</w:t>
      </w:r>
    </w:p>
    <w:p>
      <w:r>
        <w:rPr>
          <w:b w:val="0"/>
          <w:i w:val="0"/>
        </w:rPr>
        <w:t>The Kennel Club Specimen Schedules have been updated to reflect the amended policy.</w:t>
      </w:r>
    </w:p>
    <w:p>
      <w:r>
        <w:rPr>
          <w:b w:val="0"/>
          <w:i w:val="0"/>
        </w:rPr>
        <w:t>To find out more about the Kennel Club's campaign to raise awareness of the dangers of leaving dogs unattended in vehicles, visit www.thekennelclub.org.uk/dontcookyourdog."</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