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- 09/09/2011"</w:t>
      </w:r>
      <w:r>
        <w:br/>
      </w:r>
      <w:r>
        <w:rPr>
          <w:b w:val="0"/>
          <w:i w:val="0"/>
        </w:rPr>
        <w:br/>
        <w:t>date_original: "09/09/2011"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"2026-09-13T22:47:57"</w:t>
      </w:r>
      <w:r>
        <w:br/>
      </w:r>
      <w:r>
        <w:rPr>
          <w:b w:val="0"/>
          <w:i w:val="0"/>
        </w:rPr>
        <w:br/>
        <w:t>word_count: 945</w:t>
      </w:r>
    </w:p>
    <w:p>
      <w:r>
        <w:t>――――――――――――――――――――――――――――――</w:t>
      </w:r>
    </w:p>
    <w:p>
      <w:r>
        <w:rPr>
          <w:b w:val="0"/>
          <w:i w:val="0"/>
        </w:rPr>
        <w:t>NEWS MEMBERS' AREA SHOP SUBSCRIBE UPCOMING SHOWS MORE</w:t>
      </w:r>
    </w:p>
    <w:p>
      <w:r>
        <w:rPr>
          <w:b w:val="0"/>
          <w:i w:val="0"/>
        </w:rPr>
        <w:t>RETRIEVER LABRADOR</w:t>
      </w:r>
    </w:p>
    <w:p>
      <w:r>
        <w:rPr>
          <w:b w:val="0"/>
          <w:i w:val="0"/>
        </w:rPr>
        <w:t>Issue: 09/09/2011</w:t>
      </w:r>
    </w:p>
    <w:p>
      <w:r>
        <w:rPr>
          <w:b w:val="0"/>
          <w:i w:val="0"/>
        </w:rPr>
        <w:t>Jim and Elise Nolan have a new email address, which is veyaties@btinternet.com. I gather the weather was rather chilly and windy at SKC, which was held at Ingleston, Edinburgh on the August Bank Holiday weekend. Labradors were judged by Meriel Hathaway and from an entry of 141 her winners were:- Dog CC - the yellow, Am Ch/Can Ch Salty Dog of Tampa Bay belonging to Mrs L Hess and shown by Anthony Allen, Dog RCC - Penny Carpanini's yellow, Sh Ch Carpenny Made a Million, Bitch CC and Best of Breed the yellow, Sharouns Fan Dancer owned by Miss K Druggan and Bitch RCC Richard Staffords yellow, Sh Ch Kimvalley Star Attraction of Farnfield JW ShCM. Best puppy was Richard Staffords black dog, Farnfield Phantom Menace.</w:t>
      </w:r>
    </w:p>
    <w:p>
      <w:r>
        <w:rPr>
          <w:b w:val="0"/>
          <w:i w:val="0"/>
        </w:rPr>
        <w:t>I am sad to report that Dr Margaret Wood has lost her beloved black dog, Sh Ch Lymelyn Cormorant of Coleg (Balrion Ring Round the World x Lymelyn Springtime). I understand he died gently in his sleep at the good age of 14years. Our thoughts are with you Margaret.</w:t>
      </w:r>
    </w:p>
    <w:p>
      <w:r>
        <w:rPr>
          <w:b w:val="0"/>
          <w:i w:val="0"/>
        </w:rPr>
        <w:t>Anne Carter Administrator of Labrador Lifetime Trust has passed on news of Sue Parsons of Torway Labradors. Sadly Sue cannot attend any more shows as she is now unable to stand or walk and is confined to a wheelchair. She has had to part with two of her Labradors,Ellie and Star, which as one might imagine 'broke Sues heart'.</w:t>
      </w:r>
    </w:p>
    <w:p>
      <w:r>
        <w:rPr>
          <w:b w:val="0"/>
          <w:i w:val="0"/>
        </w:rPr>
        <w:t>Sue invites her friends who might be in the area and have time to spare, to call round. They will be most welcome. Sue is happy to point out that whilst she is in a wheelchair, there is nothing wrong with her brain and she is fully "with it". She says she will still be on the internet to receive and pass on jokes.</w:t>
      </w:r>
    </w:p>
    <w:p>
      <w:r>
        <w:rPr>
          <w:b w:val="0"/>
          <w:i w:val="0"/>
        </w:rPr>
        <w:t>Anne Carter comments further "I have just rehomed Ellie and Star for Sue and they have a wonderful home with people who will keep in contact with Sue. At least she will get frequent updates and pictures of the dogs. I would like to add that despite Sue's major disabilities those dogs were a real credit to her, in immaculate condition and so well behaved.</w:t>
      </w:r>
    </w:p>
    <w:p>
      <w:r>
        <w:rPr>
          <w:b w:val="0"/>
          <w:i w:val="0"/>
        </w:rPr>
        <w:t>If anyone has a few moments it would be wonderful if they could keep in contact with Sue as her situation is really very sad and she has lived for her dogs. She still has Jessie and Maddie with her who I think are a great comfort but are both now rather elderly." For further information Anne Carter can be contacted via email, which is folly5@hotmail.com</w:t>
      </w:r>
    </w:p>
    <w:p>
      <w:r>
        <w:rPr>
          <w:b w:val="0"/>
          <w:i w:val="0"/>
        </w:rPr>
        <w:t>Donkeys years ago, when I was a child, the City of Birmingham championship show, used to be held in Handsworth Park, Birmingham and the show always heralded the end of my lovely, long school summer holidays. The weather for the show was usually pretty dull and damp and with the temperature dropped, the following day I would be kitted out for the new school term in my scratchy, warm winter uniform; the endless happy days of horse riding and dog shows in the summer sun were over; back to the grindstone and school, which I did not enjoy!</w:t>
      </w:r>
    </w:p>
    <w:p>
      <w:r>
        <w:rPr>
          <w:b w:val="0"/>
          <w:i w:val="0"/>
        </w:rPr>
        <w:t>In recent years, the Birmingham City show has become well established at Stoneleigh, Warwickshire, having moved on from Handsworth Park and Perry Park, but this year the weather was a reminder of the Handsworth Park days, drizzly, grey and definitely heralding autumn. Luckily our judging was undercover in a very generously sized ring with adjacent benching. Our judge was Hugh Gent, visiting from Australia. He had an excellent entry of 236 dogs and bitches to go over. The Dog CC and Best of Breed was won by David Coodes yellow, Ch Warringah's Gunderoo JW. The Dog RCC went to John Crooks black, Balrion Weathertop John Barleycorn. The Bitch CC, was a quick 4th CC for Anne Lavelles newly crowned yellow champion,  Sh Ch Crosscroyde Lady Katinka JW and the Bitch RCC went to Miss E Martin and  Mr &amp; Mrs T Shearers black, Am &amp; Can Ch Clearcreek Bonaventure Windjammer. Best Puppy was the Ellis family's black Minor Puppy Dog, Dolwen Hot off the Press. Congratulations to you all.</w:t>
      </w:r>
    </w:p>
    <w:p>
      <w:r>
        <w:rPr>
          <w:b w:val="0"/>
          <w:i w:val="0"/>
        </w:rPr>
        <w:t>Joyous news comes  from Rachel Williams (Millerdan Labradors) who writes 'I am delighted to report that my new puppy, Millerdan Vision Of Love (Hampsbeck Willies Choice ShCM x Lembas Name Of The Game At Millerdan) from the very first litter I have bred went Best Puppy In Show on her debut last weekend (Saturday 27th August) at North Riding Gundog Club. The breed class judge was Mr David Binch (Larchbank) and the Best In Show judge was Mrs Ruth Martin (Sunhouse). As you can imagine this was like a dream come true for me, my first home-bred puppy at her very first show! It took quite a few days for it to sink in properly and I still have a very large smile on my face!'</w:t>
      </w:r>
    </w:p>
    <w:p>
      <w:r>
        <w:rPr>
          <w:b w:val="0"/>
          <w:i w:val="0"/>
        </w:rPr>
        <w:t>Well done. Isn't that just what breeding and showing Labradors should be all about - enjoyment and love of your dogs.</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