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- 25/05/2012"</w:t>
      </w:r>
      <w:r>
        <w:br/>
      </w:r>
      <w:r>
        <w:rPr>
          <w:b w:val="0"/>
          <w:i w:val="0"/>
        </w:rPr>
        <w:br/>
        <w:t>date_original: "25/05/2012"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"2026-09-13T22:46:13"</w:t>
      </w:r>
      <w:r>
        <w:br/>
      </w:r>
      <w:r>
        <w:rPr>
          <w:b w:val="0"/>
          <w:i w:val="0"/>
        </w:rPr>
        <w:br/>
        <w:t>word_count: 1146</w:t>
      </w:r>
    </w:p>
    <w:p>
      <w:r>
        <w:t>――――――――――――――――――――――――――――――</w:t>
      </w:r>
    </w:p>
    <w:p>
      <w:r>
        <w:rPr>
          <w:b w:val="0"/>
          <w:i w:val="0"/>
        </w:rPr>
        <w:t>NEWS MEMBERS' AREA SHOP SUBSCRIBE UPCOMING SHOWS MORE</w:t>
      </w:r>
    </w:p>
    <w:p>
      <w:r>
        <w:rPr>
          <w:b w:val="0"/>
          <w:i w:val="0"/>
        </w:rPr>
        <w:t>RETRIEVER LABRADOR</w:t>
      </w:r>
    </w:p>
    <w:p>
      <w:r>
        <w:rPr>
          <w:b w:val="0"/>
          <w:i w:val="0"/>
        </w:rPr>
        <w:t>Issue: 25/05/2012</w:t>
      </w:r>
    </w:p>
    <w:p>
      <w:r>
        <w:rPr>
          <w:b w:val="0"/>
          <w:i w:val="0"/>
        </w:rPr>
        <w:t>Home at last, after a five day session of getting up at some un-godly hour to be on site all spruced up by 7am each day, show-organising at Stafford along with other National Dog Show committee members and extremely hard working show Secretary and Labrador exhibitor, Angela Mitchell.</w:t>
      </w:r>
    </w:p>
    <w:p>
      <w:r>
        <w:rPr>
          <w:b w:val="0"/>
          <w:i w:val="0"/>
        </w:rPr>
        <w:t>At least the weather for the National was kinder than for WELKS and although there was the occasional rain shower, they didn't last long so nowhere was flooded and we were able to utilise the outdoor pavilion with its in and out grass rings to the full throughout the duration of the show.</w:t>
      </w:r>
    </w:p>
    <w:p>
      <w:r>
        <w:rPr>
          <w:b w:val="0"/>
          <w:i w:val="0"/>
        </w:rPr>
        <w:t>Lorna Blackie (Cricklecreek) judged the Labradors and her winners were Dog CC Linda Hess's yellow Sh Ch Salty Dog of Tampa Bay shown by Anthony Allen, Dog RCC The Rawlinsons black Sh Ch Fullwell Fly High to Halshimoor.</w:t>
      </w:r>
    </w:p>
    <w:p>
      <w:r>
        <w:rPr>
          <w:b w:val="0"/>
          <w:i w:val="0"/>
        </w:rPr>
        <w:t>The Bitch CC and Best of Breed went to Brain and Trish Parrotts black Sh Ch Naiken Yelenda at Lougin. The Bitch RCC winner was Lorraine Tooths yellow Ludalor Lancastria Chardonnay JW. Best puppy was the Allen family and Richard Bott's black bitch Mardas Real Vintage for Allenie. Not satisfied with handling and winning with Labradors , what a day Anthony Allen and Richard Bott had with their other breeds!</w:t>
      </w:r>
    </w:p>
    <w:p>
      <w:r>
        <w:rPr>
          <w:b w:val="0"/>
          <w:i w:val="0"/>
        </w:rPr>
        <w:t>In the Gundog Group Anthony handled the BOB English Setter, Sh Ch Quensha Little Jeanie JW owned by Morgan and Bott whilst Richard handled their BOB English Springer, Sh Ch Trimere Talking Point of Allenie JW who came Group 4 under Andrew Brace.</w:t>
      </w:r>
    </w:p>
    <w:p>
      <w:r>
        <w:rPr>
          <w:b w:val="0"/>
          <w:i w:val="0"/>
        </w:rPr>
        <w:t>In the National Dog Show heat of the Pup of the Year Competition, David Craig won over all four days with his Beagle puppy Davricard Martina.</w:t>
      </w:r>
    </w:p>
    <w:p>
      <w:r>
        <w:rPr>
          <w:b w:val="0"/>
          <w:i w:val="0"/>
        </w:rPr>
        <w:t>Rachael Williams writes: "Millerdan Labradors will be holding a gundog training day on Sunday 1st July for all gundog breeds at beginner levels. This is to be held near Rotherham, South Yorkshire. There will be a 'complete beginner/puppy' class in the morning (dogs need not have done any training previously), followed by an 'improvers' class in the afternoon for dogs and handlers that have already done some gundog work and want to improve their skills.</w:t>
      </w:r>
    </w:p>
    <w:p>
      <w:r>
        <w:rPr>
          <w:b w:val="0"/>
          <w:i w:val="0"/>
        </w:rPr>
        <w:t>The trainer will be Diana Stevens of Wylanbriar Labradors.  We can also offer one to one, or two to one lessons on the afternoon of Saturday 30th June if this is preferred.  We only have a few places left, so interested parties are encouraged to contact me as soon as possible as places will be allocated on a first come, first served basis.  I can be contacted on 07879 842734 or by email millerdan@btinternet.com</w:t>
      </w:r>
    </w:p>
    <w:p>
      <w:r>
        <w:rPr>
          <w:b w:val="0"/>
          <w:i w:val="0"/>
        </w:rPr>
        <w:t>Rachael is pleased that her 3 year old yellow bitch, Lembas Name of the Game at Millerdan (Lembas Top Ranking x Carpenny Wonder with Lembas) has obtained the last point required to be awarded the Show Certificate of  Merit (subject to KC confirmation).</w:t>
      </w:r>
    </w:p>
    <w:p>
      <w:r>
        <w:rPr>
          <w:b w:val="0"/>
          <w:i w:val="0"/>
        </w:rPr>
        <w:t>Also being awarded the Show Certificate of Merit recently is Gareth and Trish Procter's, yellow bitch Brockburrow Day Dreamer at Penkaric (Sh Ch Linjor Valentino jw shcm x Sh Ch Eneleon Amber JW ShCM). Day Dreamer previously won the CC at Blackpool under Oonagh Gore in 2009 and is full litter sister to Sue Merrills Sh Ch Brockburrow Dream Maker for Gostwyck.</w:t>
      </w:r>
    </w:p>
    <w:p>
      <w:r>
        <w:rPr>
          <w:b w:val="0"/>
          <w:i w:val="0"/>
        </w:rPr>
        <w:t>Many thanks to Lab Club of Wales Secretary, Margaret Barker, for sending in the results of the club's recent Open Show in Caerphilly under judge Pam Blay (Stableheim).</w:t>
      </w:r>
    </w:p>
    <w:p>
      <w:r>
        <w:rPr>
          <w:b w:val="0"/>
          <w:i w:val="0"/>
        </w:rPr>
        <w:t>I always like this show but was unable to attend this time as it was held on Saturday 14th May, the third day of the four day National Dog Show at Stafford with which I was involved.</w:t>
      </w:r>
    </w:p>
    <w:p>
      <w:r>
        <w:rPr>
          <w:b w:val="0"/>
          <w:i w:val="0"/>
        </w:rPr>
        <w:t>Margaret writes "there was an entry of 83 dogs and bitches in the 23 breed classes. Best In Show was Amanda Stewart's yellow dog, Streamanda Top Knotch J.W. (Lembas Top Ranking/Ludalor Moonlight Over Streamanda). Reserve Best In Show and Best Opposite Sex was David Coode's black bitch Rosemade Quiet Night (Ch. Warringah's Gunderoo J.W. x Romantica). Best Puppy In Show went to Lyndon &amp; Cheryl Evans's black dog,Brycheiniog's Harry Potter (Sheenaron Merry Lucifer Of Brycheiniog x Carpenny Carley Of Brycheiniog). Full results are available on www.labclubofwales.co.uk</w:t>
      </w:r>
    </w:p>
    <w:p>
      <w:r>
        <w:rPr>
          <w:b w:val="0"/>
          <w:i w:val="0"/>
        </w:rPr>
        <w:t>Karl Gawthorpe, Secretary of Cotswold and Wyevern LRC writes "Cotswold and Wyevern LRC will be holding their annual Championship Show on the 4th July 2012 at Three Counties Showground Malvern. There are a few points that Exhibitors need to be aware of. Firstly the main entrance will be through the Yellow gate. Secondly we are now using the Severn Hall, located in the centre of the ground. Thirdly, homemade refreshments will be available through out the day supplied by Erica Jayes and Jane Palmer The officers and committee look forward to seeing you on the day".</w:t>
      </w:r>
    </w:p>
    <w:p>
      <w:r>
        <w:rPr>
          <w:b w:val="0"/>
          <w:i w:val="0"/>
        </w:rPr>
        <w:t>At Anglesey Canine Society Open Show, Mrs Longs black, Balcrist Secretary Of State At Baldevs won Best Of Breed and Best in Show under judge Chris House. Mr Williams Dolafon Ebony Girl was Labrador Best Puppy and won the Gundog Puppy Group.</w:t>
      </w:r>
    </w:p>
    <w:p>
      <w:r>
        <w:rPr>
          <w:b w:val="0"/>
          <w:i w:val="0"/>
        </w:rPr>
        <w:t>The results of The Scottish Kennel Club representative championship show at Ingleston where Liz Hallgarth had an entry of 138 Labradors to judge were :- Dog CC</w:t>
      </w:r>
    </w:p>
    <w:p>
      <w:r>
        <w:rPr>
          <w:b w:val="0"/>
          <w:i w:val="0"/>
        </w:rPr>
        <w:t>Sh Ch Salty Dog of Tampa Bay, Dog RCC Douglas's Ramsayville Raise Anchor at Talard; Bitch CC and Best of Breed Lorraine Tooths yellow Ludalor Lancastria Chardonnay. I believe this CC makes her up. Bitch RCC Mac Percival's Wynfaul Rosy Glow and Best Puppy Mac Percival's Wynfaul Rocket Fuel.</w:t>
      </w:r>
    </w:p>
    <w:p>
      <w:r>
        <w:rPr>
          <w:b w:val="0"/>
          <w:i w:val="0"/>
        </w:rPr>
        <w:t>Top Labrador Puppy so far this year is Mr and Mrs Ian Dawsons homebred yellow bitch Beskerby Larksong</w:t>
      </w:r>
    </w:p>
    <w:p>
      <w:r>
        <w:rPr>
          <w:b w:val="0"/>
          <w:i w:val="0"/>
        </w:rPr>
        <w:t>The Lab Club of Scotland held their championship show the following day at Lanark. The judge was Mark Rawlinson (dogs) and Caron Morton (Bitches) with an entry of 194 dogs and bitches The Dog CC, his first, was won by the Hodges black Junior, Naiken Zephyr JW. Reserve Dog CC was Heinlo's EE Ch EE JC Follies Ivar.</w:t>
      </w:r>
    </w:p>
    <w:p>
      <w:r>
        <w:rPr>
          <w:b w:val="0"/>
          <w:i w:val="0"/>
        </w:rPr>
        <w:t>Best in Show was the winner of the bitch CC, Alan and Linda Porters black bitch Lindall Dreamy. Reserve Bitch CC winner was Sharon Lamberts black Mattand For Your Eyes Only.</w:t>
      </w:r>
    </w:p>
    <w:p>
      <w:r>
        <w:rPr>
          <w:b w:val="0"/>
          <w:i w:val="0"/>
        </w:rPr>
        <w:t>Best puppy, for her final Puppy appearance, was this year's Top Puppy to date, Mr and Mrs Ian Dawsons yellow Beskerby Larksong.</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