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- 24/01/2014 - ISSUE"</w:t>
      </w:r>
      <w:r>
        <w:br/>
      </w:r>
      <w:r>
        <w:rPr>
          <w:b w:val="0"/>
          <w:i w:val="0"/>
        </w:rPr>
        <w:br/>
        <w:t>date_original: "24/01/2014 - ISSUE"</w:t>
      </w:r>
      <w:r>
        <w:br/>
      </w:r>
      <w:r>
        <w:rPr>
          <w:b w:val="0"/>
          <w:i w:val="0"/>
        </w:rPr>
        <w:br/>
        <w:t>source_url: "https://www.ourdogs.co.uk/members/breednotes/RetrieverLabradorMain.php"</w:t>
      </w:r>
      <w:r>
        <w:br/>
      </w:r>
      <w:r>
        <w:rPr>
          <w:b w:val="0"/>
          <w:i w:val="0"/>
        </w:rPr>
        <w:br/>
        <w:t>scraped_at: "2026-09-13T15:35:01"</w:t>
      </w:r>
      <w:r>
        <w:br/>
      </w:r>
      <w:r>
        <w:rPr>
          <w:b w:val="0"/>
          <w:i w:val="0"/>
        </w:rPr>
        <w:br/>
        <w:t>word_count: 1314</w:t>
      </w:r>
    </w:p>
    <w:p>
      <w:r>
        <w:t>――――――――――――――――――――――――――――――</w:t>
      </w:r>
    </w:p>
    <w:p>
      <w:r>
        <w:rPr>
          <w:b w:val="0"/>
          <w:i w:val="0"/>
        </w:rPr>
        <w:t>NEWS MEMBERS' AREA SHOP SUBSCRIBE UPCOMING SHOWS MORE</w:t>
      </w:r>
    </w:p>
    <w:p>
      <w:r>
        <w:rPr>
          <w:b w:val="0"/>
          <w:i w:val="0"/>
        </w:rPr>
        <w:t>RETRIEVER LABRADOR</w:t>
      </w:r>
    </w:p>
    <w:p>
      <w:r>
        <w:rPr>
          <w:b w:val="0"/>
          <w:i w:val="0"/>
        </w:rPr>
        <w:t>Issue: 24/01/2014</w:t>
      </w:r>
    </w:p>
    <w:p>
      <w:r>
        <w:rPr>
          <w:b w:val="0"/>
          <w:i w:val="0"/>
        </w:rPr>
        <w:t xml:space="preserve">Manchester Championship show was held at Stafford. Gundogs were on the fourth day and happily for once the rain held off and it was a mainly dry for the journey. We were benched and shown once again in the Sandylands Centre with its excellent facilities. The judge was Louise Blunt, seldom seen in our midst these days but with a strong Labrador upbringing being the daughter of John and the late, greatly respected, Glenda Crook (Balrion).  </w:t>
      </w:r>
    </w:p>
    <w:p>
      <w:r>
        <w:rPr>
          <w:b w:val="0"/>
          <w:i w:val="0"/>
        </w:rPr>
        <w:t xml:space="preserve">Louise's winners were Dog CC and Best of Breed - Michael Neachell's yellow NL Ch Lux Ch Int Ch Carpenny Micah At Suttonpark (Sh Ch Suttonpark Manifesto x Carpenny Far and Above) Dog RCC - Mervyn and Carole Reynolds black, Carromer's Blue Lagoon (Simandem King Canute x Carromers Shimmering Diva). </w:t>
      </w:r>
    </w:p>
    <w:p>
      <w:r>
        <w:rPr>
          <w:b w:val="0"/>
          <w:i w:val="0"/>
        </w:rPr>
        <w:t xml:space="preserve">Bitch CC - Judith Charltons yellow Sh Ch Foxrush Remember The Time JW (Sh Ch Lindall Redemption x Foxrush Scarlet O'Hara) Res Bitch - the Hodge family's black, Lindall Nadia At Naiken JW (Sh Ch Naiken Quincy JW x Sh Ch Lindall Double Blue) Best Puppy - Mrs G Flockton's Dylsonleigh Tickled Pink, (Sh Ch Adoraden Hallmark At Suttonparkâ€"Dylsonleigh Summer Breeze.  </w:t>
      </w:r>
    </w:p>
    <w:p>
      <w:r>
        <w:rPr>
          <w:b w:val="0"/>
          <w:i w:val="0"/>
        </w:rPr>
        <w:t xml:space="preserve">Pat Thorpe had a great time in the Manchester Bannerdown Special Beginners Stakes with her yellow dog, Taph's Tango (Sh Ch Adoraden Hallmark at Suttonpark x Taph's China Doll), winning first prize from an entry 51 with 32 present under Dan Ericsson and Â£20 to go towards the diesel! </w:t>
      </w:r>
    </w:p>
    <w:p>
      <w:r>
        <w:rPr>
          <w:b w:val="0"/>
          <w:i w:val="0"/>
        </w:rPr>
        <w:t xml:space="preserve">Taph's Tango is on a roll at the moment having won the same Bannerdown Special Beginners Stakes class at Boston the previous week, where Jill Peak was the judge and 22 dogs were present. Well done Pat, keep the Labrador flag flying in the all breed stakes ring. </w:t>
      </w:r>
    </w:p>
    <w:p>
      <w:r>
        <w:rPr>
          <w:b w:val="0"/>
          <w:i w:val="0"/>
        </w:rPr>
        <w:t xml:space="preserve">Did anyone spot the Labradors on the television news last week? The first, I happened to see by chance. The programme visited a remote, frugal, rural settlement in northern Thailand. As they showed one of the families who lived there, happy and content in their daily life, there into the picture, gambolled a most beautiful yellow Labrador puppy; as good as you could wish for.  </w:t>
      </w:r>
    </w:p>
    <w:p>
      <w:r>
        <w:rPr>
          <w:b w:val="0"/>
          <w:i w:val="0"/>
        </w:rPr>
        <w:t xml:space="preserve">I was so surprised to see this puppy in such an unexpected setting. Naturally he was picked up and cuddled by everyone, for that is what hopefully happens to much loved Labradors all over the world isn't it, but presuming he was born in the village, how did his parents ever get to such a remote place? </w:t>
      </w:r>
    </w:p>
    <w:p>
      <w:r>
        <w:rPr>
          <w:b w:val="0"/>
          <w:i w:val="0"/>
        </w:rPr>
        <w:t xml:space="preserve">A few days later a Labrador was once again on TV. This time from the other end of the spectrum; the riches of Brazil, where, taking part with his owner, was a yellow Labrador in </w:t>
      </w:r>
    </w:p>
    <w:p>
      <w:r>
        <w:rPr>
          <w:b w:val="0"/>
          <w:i w:val="0"/>
        </w:rPr>
        <w:t xml:space="preserve">the annual "Surfboard with your Dog" competition. </w:t>
      </w:r>
    </w:p>
    <w:p>
      <w:r>
        <w:rPr>
          <w:b w:val="0"/>
          <w:i w:val="0"/>
        </w:rPr>
        <w:t xml:space="preserve">Imagine the scene (if you can still recall what sunshine and blue sky look like after our long wet winter); a sunny day, blue cloudless sky overhead, a gentle breeze and an azure sea; whooshing into the picture a lovely yellow Labrador perfectly perched, sitting fore-square  and balanced like a figure head, at the helm of the surfboard in front of his glamorous bikini- clad surfboard lady captain.  </w:t>
      </w:r>
    </w:p>
    <w:p>
      <w:r>
        <w:rPr>
          <w:b w:val="0"/>
          <w:i w:val="0"/>
        </w:rPr>
        <w:t xml:space="preserve">As they were representing our breed I do hope they won and became the Brazilian surfboarding dog and owner champions of 2014.  </w:t>
      </w:r>
    </w:p>
    <w:p>
      <w:r>
        <w:rPr>
          <w:b w:val="0"/>
          <w:i w:val="0"/>
        </w:rPr>
        <w:t xml:space="preserve">What fun-dogs we do own as these two international snippets have shown; Labradors, appreciated and loved worldwide, in all walks of life, rich or poor. </w:t>
      </w:r>
    </w:p>
    <w:p>
      <w:r>
        <w:rPr>
          <w:b w:val="0"/>
          <w:i w:val="0"/>
        </w:rPr>
        <w:t xml:space="preserve">This week, following on from last week dog records, I am reviewing the top winning bitches of 2013. The 2013 CCs were shared amongst 23 Bitches, all being yellow, bar seven; six blacks and one chocolate. </w:t>
      </w:r>
    </w:p>
    <w:p>
      <w:r>
        <w:rPr>
          <w:b w:val="0"/>
          <w:i w:val="0"/>
        </w:rPr>
        <w:t xml:space="preserve">Top Bitch was Franco Barberis yellow Loch Mor Gillietta (Multi Ch.Charm's Bluveil Mr Darcy X Sh.Ch.Int.It.Ch. Loch Mor Sugar) from Italiy, winning 7 CCs and 7 BOBs, a Gundog Group 1 and a Gundog Group 2. </w:t>
      </w:r>
    </w:p>
    <w:p>
      <w:r>
        <w:rPr>
          <w:b w:val="0"/>
          <w:i w:val="0"/>
        </w:rPr>
        <w:t xml:space="preserve">Winning 3CCs and 3BOBs was Penny Carpanini's yellow Sh Ch Carpenny Vassar (Ir.Ch.Carpenny Yale X Carpenny Maid in England), and Anne Taylors black Ch Fabracken Trust in Me (Mardas Roman Republic JW X Ch.Fabracken Remember Me). </w:t>
      </w:r>
    </w:p>
    <w:p>
      <w:r>
        <w:rPr>
          <w:b w:val="0"/>
          <w:i w:val="0"/>
        </w:rPr>
        <w:t xml:space="preserve">Louise Lewis's black bitch Sh Ch Suttonpark Simone at Crammondkirk (Sh.Ch.Suttonpark Manifesto JW X Carpenny Worth it For Suttonpark) won 3CCs and 2 BOBs. </w:t>
      </w:r>
    </w:p>
    <w:p>
      <w:r>
        <w:rPr>
          <w:b w:val="0"/>
          <w:i w:val="0"/>
        </w:rPr>
        <w:t xml:space="preserve">Rachael Williams yellow,  Ch Millerdan Vision of Love (Hampsbeck Willies Choice Sh.CM. X Lembas Name of the Game at Millerdan Sh.CM) won 3CCs and 1BOB. Penny Carpanini's black, Sh Ch Flossfalls Monopoly of Carpenny (Sh.Ch.Carpenny Made A Million X Rudidale's Class Act at Flossfalls) won 3CCs. </w:t>
      </w:r>
    </w:p>
    <w:p>
      <w:r>
        <w:rPr>
          <w:b w:val="0"/>
          <w:i w:val="0"/>
        </w:rPr>
        <w:t xml:space="preserve">Winning 2CCs with Best of Breed were Judith Charltons yellow Sh Ch Foxrush Remember the Time JW (Sh.Ch.Lindall Redemption X Foxrush Scarlet O'Hara JW), and Woodburns yellow, Centenalee Sparling Snow (Gib.Port.UCH.Rocheby Suttonpark Travis X Rocheby Snow Scene) </w:t>
      </w:r>
    </w:p>
    <w:p>
      <w:r>
        <w:rPr>
          <w:b w:val="0"/>
          <w:i w:val="0"/>
        </w:rPr>
        <w:t xml:space="preserve">Three Bitches won 2CCs and 1BOB; Allen and Hess's Yellow Am Can Ch Saltys Surfer Girl of Tampa Bay (Sh.Ch.Am.Can.Ch.Salty Dog of Tampa Bay JH X  Tecate Something To Talk About); Balshaw and Rawlinsons yellow, Shanorrell Splendour at Halshimoor (Rocheby Old Smokey X Halshimoor Dizzy Heights at Shanorrell) and Fiona Macleans chocolate, Afinmore Antora (Can.Ch.Beechcroft's Pardon Me Sir X Devonelite Utter Nonsense in Afinmore) </w:t>
      </w:r>
    </w:p>
    <w:p>
      <w:r>
        <w:rPr>
          <w:b w:val="0"/>
          <w:i w:val="0"/>
        </w:rPr>
        <w:t xml:space="preserve">Eight bitches won 1CC with Best of Breed. They were Allen and Guildford's yellow Mandursan's Aphrodite with Allenie JW (Sh.Ch.Rocheby Statesman X Harrop Canasta at Mandursan); Les Brabbans black Sh Ch Foulby Queenstown at Cambremer (Nz.Gr.Ch.Croftsways First Knight X Foulby Paper Lace); the Dawsons yellow Sh Ch Beskerby Larksong JW; Diana Downey's black Tullochmohr Aura JW (Sh.Ch.Tullochmohr Final Edition JW X Tullochmohr Max Factor); Louise Lewis's yellow Crammondkirk Morning Mist JW (Sh.Ch.Stormrose Morning Jewel JW.Sh.CM X Suttonpark Simone at Crammondkirk) Mac Percivals yellow, Wynfaul Rosy Glow (Cerbora Red Rum of Leospring X Cricklecreek Climax at Wynfaul); Anne Taylors black Ch Fabracken Remember Me (Steeleigh American Express JW X Fabracken Pure Meadow Brown) and Sussie Wiles yellow Sh Ch Richbourne Silver Surprise JW (Sh.Ch.Silver Suede Over Rocheby X Richbourne Over the Rainbow)  </w:t>
      </w:r>
    </w:p>
    <w:p>
      <w:r>
        <w:rPr>
          <w:b w:val="0"/>
          <w:i w:val="0"/>
        </w:rPr>
        <w:t xml:space="preserve">Winning 1 CC apiece were my own yellow, Martinstide Pastiche of Bowstones JW (Sh.Ch.Rocheby Statesman X Martinstide Patchwork); Herons Rocheby Tyme to Dance at Ballyhenry (Sh.Ch.Rocheby State Occasion X Rocheby Old Tyme Dancing), Proctor's Brockburrow Day Dreamer at Penkaric Sh CM (Sh.Ch.Linjor Valentino JW.Sh.CM. X Sh.Ch.Eneleon Amber JW. Sh.CM.) and Yo Shirtons Woolman Proper Starlight (Sh.Ch.Cambremer Craftsman X Woolman Proper Little Star) </w:t>
      </w:r>
    </w:p>
    <w:p>
      <w:r>
        <w:rPr>
          <w:b w:val="0"/>
          <w:i w:val="0"/>
        </w:rPr>
        <w:t xml:space="preserve">Quick tip. I have been decorating the rooms where the puppies were reared. I got some gloss paint on the glass by mistake. There was only a Dettol surface wipe near at hand, so I grabbed it and wiped off the excess paint. Not only did it remove the unwanted paint, it also cleaned paint off my hands. Later I wondered if it would be any good cleaning brush handles where I had got more gloss paint. Yes it cleaned those too. Dont know what chemical is in the wipes but very useful and as my hands are none the worse for wear I shall use them again. </w:t>
      </w:r>
    </w:p>
    <w:p>
      <w:r>
        <w:rPr>
          <w:b w:val="0"/>
          <w:i w:val="0"/>
        </w:rPr>
        <w:t xml:space="preserve">Ann Britton </w:t>
      </w:r>
    </w:p>
    <w:p>
      <w:r>
        <w:rPr>
          <w:b w:val="0"/>
          <w:i w:val="0"/>
        </w:rPr>
        <w:t xml:space="preserve">01989720665 </w:t>
      </w:r>
    </w:p>
    <w:p>
      <w:r>
        <w:rPr>
          <w:b w:val="0"/>
          <w:i w:val="0"/>
        </w:rPr>
        <w:t>email bowstones@btinternet.com</w:t>
      </w:r>
    </w:p>
    <w:p>
      <w:r>
        <w:rPr>
          <w:b w:val="0"/>
          <w:i w:val="0"/>
        </w:rPr>
        <w:t xml:space="preserve">.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