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- 14/01/2011"</w:t>
      </w:r>
      <w:r>
        <w:br/>
      </w:r>
      <w:r>
        <w:rPr>
          <w:b w:val="0"/>
          <w:i w:val="0"/>
        </w:rPr>
        <w:br/>
        <w:t>date_original: "14/01/2011"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"2026-09-13T22:49:33"</w:t>
      </w:r>
      <w:r>
        <w:br/>
      </w:r>
      <w:r>
        <w:rPr>
          <w:b w:val="0"/>
          <w:i w:val="0"/>
        </w:rPr>
        <w:br/>
        <w:t>word_count: 1269</w:t>
      </w:r>
    </w:p>
    <w:p>
      <w:r>
        <w:t>――――――――――――――――――――――――――――――</w:t>
      </w:r>
    </w:p>
    <w:p>
      <w:r>
        <w:rPr>
          <w:b w:val="0"/>
          <w:i w:val="0"/>
        </w:rPr>
        <w:t>NEWS MEMBERS' AREA SHOP SUBSCRIBE UPCOMING SHOWS MORE</w:t>
      </w:r>
    </w:p>
    <w:p>
      <w:r>
        <w:rPr>
          <w:b w:val="0"/>
          <w:i w:val="0"/>
        </w:rPr>
        <w:t>RETRIEVER LABRADOR</w:t>
      </w:r>
    </w:p>
    <w:p>
      <w:r>
        <w:rPr>
          <w:b w:val="0"/>
          <w:i w:val="0"/>
        </w:rPr>
        <w:t>Issue: 14/01/2011</w:t>
      </w:r>
    </w:p>
    <w:p>
      <w:r>
        <w:rPr>
          <w:b w:val="0"/>
          <w:i w:val="0"/>
        </w:rPr>
        <w:t>Paul Collins judges report on the Labrador Club of Wales Open show back in November was published on the club website within days of the show. However, somehow the same report, emailed to Our Dogs at the same time as to the club, appears to have gone astray. Paul has now resent it and trusts that it will appear in the paper in due course.</w:t>
      </w:r>
    </w:p>
    <w:p>
      <w:r>
        <w:rPr>
          <w:b w:val="0"/>
          <w:i w:val="0"/>
        </w:rPr>
        <w:t>Optigen are offering 30% discount off tests, paid for online, at Val Tiller's next Optigen 20/20 Clinic, on Tuesday, 8th February, in Epsom, Surrey.</w:t>
      </w:r>
    </w:p>
    <w:p>
      <w:r>
        <w:rPr>
          <w:b w:val="0"/>
          <w:i w:val="0"/>
        </w:rPr>
        <w:t>Labradors, are invited to attend, to be tested for prcd-PRA, PD/OSD and NARC.  If unable to attend, owners may send a blood sample by post.  Contact Val Tiller direct for further details and to book places: E-mail: val.tiller@talk21.com or Tel: (01372) 273597.</w:t>
      </w:r>
    </w:p>
    <w:p>
      <w:r>
        <w:rPr>
          <w:b w:val="0"/>
          <w:i w:val="0"/>
        </w:rPr>
        <w:t>More good news of Labradors on the Open show front. As well as picking up every week with his Labradors during the shooting season, David Coode (Warringah) has enjoyed success at Open Shows in the run up to Christmas. At the Coventry Gundog Open Show he showed Italian exhibitor, Mrs Rosa Agostini's Rosemade Quiet Night (Warringah's Gundaroo x  Romantica) a black bitch who is temporarily residing at the Coodes Herefordshire kennel. She was Best Labrador Puppy and Reserve Best Puppy in Show. The breed judge was Ray Scholes and BIS judge was David Hutchinson.</w:t>
      </w:r>
    </w:p>
    <w:p>
      <w:r>
        <w:rPr>
          <w:b w:val="0"/>
          <w:i w:val="0"/>
        </w:rPr>
        <w:t>At Weston-Super-Mare Open Show David's yellow dog Warringah's Gundaroo was BOB under Mrs Jacqui Ward and later won the Gundog Group and Res Best in Show under Mr Sigurd Wilburg.</w:t>
      </w:r>
    </w:p>
    <w:p>
      <w:r>
        <w:rPr>
          <w:b w:val="0"/>
          <w:i w:val="0"/>
        </w:rPr>
        <w:t>It is the time of year to review the winners of 2010. This week I review the new champions. Next week I will detail the individual CC winners. There were 14 new Show Champions made up in 2010 which is the same number as in 2009 and also  in 2008. In 2009 there were 10 dogs and 4 bitches made up, whilst last year in 2010 the tables were turned and there were 5 dogs and 9 bitches.</w:t>
      </w:r>
    </w:p>
    <w:p>
      <w:r>
        <w:rPr>
          <w:b w:val="0"/>
          <w:i w:val="0"/>
        </w:rPr>
        <w:t>Here I list the details of their first three Challenge Certificates:- The Dog Champions were few in number, just five; three yellows and two blacks:- Lou and  Janet Neals' yellow Sh Ch Amberstope Rebel YellShCM (Amberstope Glen Grant x AmberstopeGeorgia) won his crowning CC under Lynda Miles at the National 2010 having previously won earlier in the year at Manchester  under Angela Williams. He won his first CC and BIS at East Anglian Lab Club 2009. In 2010 he won 6 more CCs and 3 BOBs. Sally Lewis's black Sh Ch Gamesmere Orlando ShCM (Kathill Shoeshine Boy at Crosscroyde x Gamesmere Lady in Red), won his first CC from Richard Morris at Boston 2009. He was made up at Bournemouth 2010 under Jenny Green, having won the CC at Three Counties under Karen Walsh a few weeks previously.</w:t>
      </w:r>
    </w:p>
    <w:p>
      <w:r>
        <w:rPr>
          <w:b w:val="0"/>
          <w:i w:val="0"/>
        </w:rPr>
        <w:t>Ken Roberts yellow Sh Ch Stormrose Morning Jewel JW ShCM (Sh Ch Rocheby Statesman x Stromrose Spanish Beauty) won the CC at the Labrador Retriever Club under Linda McGillivray, followed by the CC at Belfast under Freda Marshall and his all important third at the Yellow Lab Club under Tony Jury.</w:t>
      </w:r>
    </w:p>
    <w:p>
      <w:r>
        <w:rPr>
          <w:b w:val="0"/>
          <w:i w:val="0"/>
        </w:rPr>
        <w:t>The black dog, Sh Ch Sandylands Perfect Chance was made up at Leeds under Rosemary Hewitt. His previous CCs came from Sian Ellis at Bath 2010 and under</w:t>
      </w:r>
    </w:p>
    <w:p>
      <w:r>
        <w:rPr>
          <w:b w:val="0"/>
          <w:i w:val="0"/>
        </w:rPr>
        <w:t>Enir Matulla at Southern Counties 2009. Chris and Claire Mills yellow Sh Ch Lembas Super Trouper JW (Lembas Top Ranking x Carpenny Wonder with Lembas) litter brother of Lembas Mama Mia below, was made up under Richard Stafford at Richmond. He won the CC at Windsor under Margaret Grant and at Cotswold and Wyevern LRC under Lena Johannsen</w:t>
      </w:r>
    </w:p>
    <w:p>
      <w:r>
        <w:rPr>
          <w:b w:val="0"/>
          <w:i w:val="0"/>
        </w:rPr>
        <w:t>There were rather more Bitch champions than dogs made up in 2010; 9 in total; 2 black, 1 chocolate and 6 yellows. Marlene Heppers black Sh Ch Mardas Vanity Fair JW (Greenworth Vincent O'Brian at Mardas x Mardas Shooting Star) was the first champion of 2010 and won her crowning third CC at the very  first show of the year, Boston, under Maxine Crocker Williams. Her previous two CCs came from Linda McGillivray at East Anglian Lab Club in 2008 and Elaine Cannon at SKC 2009.</w:t>
      </w:r>
    </w:p>
    <w:p>
      <w:r>
        <w:rPr>
          <w:b w:val="0"/>
          <w:i w:val="0"/>
        </w:rPr>
        <w:t>Judith Charlton made up her yellow SH Ch Sretlaw Spring Connection with Foxrush (Sh Ch Rocheby Statesman x Sretlaw Kiss Me Kate) at the third show of the year, the Labrador Club of Wales under Marion Hopkinson. Her previous CCs were both won in 2007 at SKC under Sandra Hibbert and at the Labrador Retriever Club 2007 under Maureen Floyd. She won a further CC at WELKS 2010 under Mo Paremain</w:t>
      </w:r>
    </w:p>
    <w:p>
      <w:r>
        <w:rPr>
          <w:b w:val="0"/>
          <w:i w:val="0"/>
        </w:rPr>
        <w:t>The black, Sh Ch Sandylands Tread Softly (Sandylands Gentle Touch at Lembas x Sh Ch Sandylands Wait Awhile) belonging to Mr Garner Anthony and Erica Jayes was made up under Rosemary Hewitt at East Anglian Labrador Club. Her previous CCs came in 2009 from Lynda Miles at Gundog Society of Wales and at LKA under Arwyn Ellis.</w:t>
      </w:r>
    </w:p>
    <w:p>
      <w:r>
        <w:rPr>
          <w:b w:val="0"/>
          <w:i w:val="0"/>
        </w:rPr>
        <w:t>The chocolate bitch of Tracy James, Sh Ch Ranzham Miss Starlight (Brigburn Marron avec Lindall x Blackmine Ganymede at Blackmine) was made up at Three Ridings Lab Club under Jim Nolan. She had previously won 2 CCs in 2009 under Alan Porter at Bournemouth and Lorraine Tooth at Darlington.</w:t>
      </w:r>
    </w:p>
    <w:p>
      <w:r>
        <w:rPr>
          <w:b w:val="0"/>
          <w:i w:val="0"/>
        </w:rPr>
        <w:t>Sh Ch Kimvalley Star Attraction of Farnfield JW (Jayncourt Star Turn of Sandylands x Langshott Black Velvet with Kimvalley) belonging to Richard Stafford was the top winner of the year, gathering up 11CCs and 7 BOB over the months of 2010. Her first CC was won at Crufts under Barry Rooth, her second at Kent Surrey and Sussex LRC under Jackie Hodge and her third at Southern Counties under Frank Whitfield.</w:t>
      </w:r>
    </w:p>
    <w:p>
      <w:r>
        <w:rPr>
          <w:b w:val="0"/>
          <w:i w:val="0"/>
        </w:rPr>
        <w:t>Ms Ivers yellow, Sh Ch Philipstown Liscoda (Trofarth Thomas to Oakhouse x Donny) won the CC at Lab Club of Ireland under Fiona Braddon and was made up under Vic Cole at East of England 2010. She had previously won her first CC and BIS at Cotswold and Wyevern LRC under Janet Cole in 2009.</w:t>
      </w:r>
    </w:p>
    <w:p>
      <w:r>
        <w:rPr>
          <w:b w:val="0"/>
          <w:i w:val="0"/>
        </w:rPr>
        <w:t>The Allen family's yellow Sh Ch Allenies Ophelia (Rocheby Old Smokey x Allenies MacHattie) was made up at Paignton 2010 under David Bell, having previously won 2CCs in 2009 under Val Foss at Windsor and Gordon Haran at Driffield.</w:t>
      </w:r>
    </w:p>
    <w:p>
      <w:r>
        <w:rPr>
          <w:b w:val="0"/>
          <w:i w:val="0"/>
        </w:rPr>
        <w:t>Rosemary and Desmond Airey's yellow Sh Ch Ronsard Me Celebrait (Sh Ch Rocheby Statesman x Ronsard Hope and Glory) was made up at  City of Birmingham under Alan Taylor having previously won the CC at Lab Club of Scotland 2010 under David Craig and at Midland Counties Lab Club 2010 under Joan Walters.</w:t>
      </w:r>
    </w:p>
    <w:p>
      <w:r>
        <w:rPr>
          <w:b w:val="0"/>
          <w:i w:val="0"/>
        </w:rPr>
        <w:t>Chris and Claire Mills Sh Ch Lembas Mama Mia JW (Lembas Top Ranking x Carpenny Wonder with Lembas) was made up at  Driffield under Erica Jayes. Her other CCs, all won in 2010, came from Angela Williams at Manchester and Margaret Grant at Windsor.</w:t>
      </w:r>
    </w:p>
    <w:p>
      <w:r>
        <w:rPr>
          <w:b w:val="0"/>
          <w:i w:val="0"/>
        </w:rPr>
        <w:t>This completes the detail of the new champions of 2010. I apologise should there be any un-intended errors.</w:t>
      </w:r>
    </w:p>
    <w:p>
      <w:r>
        <w:rPr>
          <w:b w:val="0"/>
          <w:i w:val="0"/>
        </w:rPr>
        <w:t>Ann Britton</w:t>
      </w:r>
    </w:p>
    <w:p>
      <w:r>
        <w:rPr>
          <w:b w:val="0"/>
          <w:i w:val="0"/>
        </w:rPr>
        <w:t>Tel: 01989 720665</w:t>
      </w:r>
    </w:p>
    <w:p>
      <w:r>
        <w:rPr>
          <w:b w:val="0"/>
          <w:i w:val="0"/>
        </w:rPr>
        <w:t>email bowstones@btinternet.com n</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