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Jul 2004"</w:t>
      </w:r>
      <w:r>
        <w:br/>
      </w:r>
      <w:r>
        <w:rPr>
          <w:b w:val="0"/>
          <w:i w:val="0"/>
        </w:rPr>
        <w:br/>
        <w:t>date_original: "16 Jul 2004"</w:t>
      </w:r>
      <w:r>
        <w:br/>
      </w:r>
      <w:r>
        <w:rPr>
          <w:b w:val="0"/>
          <w:i w:val="0"/>
        </w:rPr>
        <w:br/>
        <w:t>source_url: "https://www.ourdogs.co.uk/members/breednotes/2004/RetrieverLabrador/RetrieverLabrador-jul16.htm"</w:t>
      </w:r>
      <w:r>
        <w:br/>
      </w:r>
      <w:r>
        <w:rPr>
          <w:b w:val="0"/>
          <w:i w:val="0"/>
        </w:rPr>
        <w:br/>
        <w:t>archive_type: "static_html"</w:t>
      </w:r>
      <w:r>
        <w:br/>
      </w:r>
      <w:r>
        <w:rPr>
          <w:b w:val="0"/>
          <w:i w:val="0"/>
        </w:rPr>
        <w:br/>
        <w:t>scraped_at: "2026-09-13T22:13:55"</w:t>
      </w:r>
      <w:r>
        <w:br/>
      </w:r>
      <w:r>
        <w:rPr>
          <w:b w:val="0"/>
          <w:i w:val="0"/>
        </w:rPr>
        <w:br/>
        <w:t>word_count: 1692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Early July saw the staging of Windsor Championship show, set out in the parkland beneath Windsor Castle. Occasionally, on former Windsor show-days one sometimes got a fleeting glimpse of Concord, as it majestically flew over the showground, but such sights are now a thing of the past and Concorde just a memory of days gone by.</w:t>
      </w:r>
      <w:r>
        <w:br/>
      </w:r>
      <w:r>
        <w:rPr>
          <w:b w:val="0"/>
          <w:i w:val="0"/>
        </w:rPr>
        <w:br/>
        <w:t>We were lucky with the weather this year and although rain was forecast, Windsor remained dry on Gundog day. I gather that play was held up by the rain at the Wimbledon Tennis Finals, which were being held not too far away, so we were very lucky.</w:t>
      </w:r>
      <w:r>
        <w:br/>
      </w:r>
      <w:r>
        <w:rPr>
          <w:b w:val="0"/>
          <w:i w:val="0"/>
        </w:rPr>
        <w:br/>
        <w:t>Our judges were Jim Nolan (Dogs) and Linda Heron (Bitches). There was a joint entry of 231. Best of Breed and the Dog CC went to Diana Downey Tulloch’s black Sh Ch Tullochmohr Final Edition, who later went fourth in the Gundog Group under Ron James. Many congratulations.</w:t>
      </w:r>
    </w:p>
    <w:p>
      <w:r>
        <w:rPr>
          <w:b w:val="0"/>
          <w:i w:val="0"/>
        </w:rPr>
        <w:t>The Dog RCC was won by Anne Charlotte Dreyfus’s black Fr. Lux. Int.NI. Ch. Sh. Ch. Ole.</w:t>
      </w:r>
      <w:r>
        <w:br/>
      </w:r>
      <w:r>
        <w:rPr>
          <w:b w:val="0"/>
          <w:i w:val="0"/>
        </w:rPr>
        <w:br/>
        <w:t>The Bitch CC was a first for David Coodes Warringah’s Bunya JW Taf (Sh Ch Warringah’s Digger x Warringah’s Bunyip), whilst the Bitch RCC was won by Alan Porter’s Lindall Double Blue (Rocheby Olsd Smokey x Lindall Decoupage), repeating her Crufts 2004 win.</w:t>
      </w:r>
      <w:r>
        <w:br/>
      </w:r>
      <w:r>
        <w:rPr>
          <w:b w:val="0"/>
          <w:i w:val="0"/>
        </w:rPr>
        <w:br/>
        <w:t>Best Puppy was my own Llanstinan Buzby Bowstones, who also won the Windsor Pet Plan Junior Stakes - Gundog/Utility under Annette Oliver. This was his third Junior Stakes win in as many weeks.</w:t>
      </w:r>
    </w:p>
    <w:p>
      <w:r>
        <w:rPr>
          <w:b w:val="0"/>
          <w:i w:val="0"/>
        </w:rPr>
        <w:t>Telling a tale against myself, the following day I returned all the way back to Windsor to challenge the winners of the Junior Stakes of the other two days of the show, for a place in this autumns finals at Blenheim Palace.</w:t>
      </w:r>
      <w:r>
        <w:br/>
      </w:r>
      <w:r>
        <w:rPr>
          <w:b w:val="0"/>
          <w:i w:val="0"/>
        </w:rPr>
        <w:br/>
        <w:t>Having got up at 5am (again) I arrived in plenty of time with everything ready, dog watered, prepared and groomed, lead and bait to hand and whilst I waited beside the Best in Show ring I put Buzby safely into his mesh crate to rest, zipping up the fabric door as usual.</w:t>
      </w:r>
    </w:p>
    <w:p>
      <w:r>
        <w:rPr>
          <w:b w:val="0"/>
          <w:i w:val="0"/>
        </w:rPr>
        <w:t>Time eventually came for the finals. The other two winners were quickly into the ring and stacked like statues.</w:t>
      </w:r>
    </w:p>
    <w:p>
      <w:r>
        <w:rPr>
          <w:b w:val="0"/>
          <w:i w:val="0"/>
        </w:rPr>
        <w:t>I went to get Buzby out of the crate and.., it couldn’t happen to anyone else but me, THE ZIP JAMMED and I couldn’t get him out!</w:t>
      </w:r>
    </w:p>
    <w:p>
      <w:r>
        <w:rPr>
          <w:b w:val="0"/>
          <w:i w:val="0"/>
        </w:rPr>
        <w:t>After much ado, I finally managed to extract him from the top corner of the mesh crate, with the rest of the zip still firmly jammed, all of which Buzby thought a great game.</w:t>
      </w:r>
      <w:r>
        <w:br/>
      </w:r>
      <w:r>
        <w:rPr>
          <w:b w:val="0"/>
          <w:i w:val="0"/>
        </w:rPr>
        <w:br/>
        <w:t>We danced into the ring with usual Labrador happiness, said “Hello” to everyone watching and to the two other finalists who still hadn’t moved a whisker. He then jumped into position and stood perfectly like a good Labrador should. Sadly, it wasn’t enough, and he still doesn’t get to dine at Blenheim (yet!). By the way, the winner was very lovely and about twice Buzby’s age, so no complains!</w:t>
      </w:r>
    </w:p>
    <w:p>
      <w:r>
        <w:rPr>
          <w:b w:val="0"/>
          <w:i w:val="0"/>
        </w:rPr>
        <w:t>Cotswold and Wyevern Labrador Retriever Club held their Championship show mid-week at Malvern. Judging for the first time at this level was Sussie Wiles, who judged the dogs, whilst Allan Taylor judged the bitches. The show had sponsorship from food manufacturers, Royal Canin, who provided most generous class and BIS prizes. Mr and Mrs Garner Anthony donated cut glass ware for the Best in Show winner.</w:t>
      </w:r>
      <w:r>
        <w:br/>
      </w:r>
      <w:r>
        <w:rPr>
          <w:b w:val="0"/>
          <w:i w:val="0"/>
        </w:rPr>
        <w:br/>
        <w:t>It was a great day for Penny Carpanini as both CC winners were sired by Ch Carpenny Walpole.</w:t>
      </w:r>
    </w:p>
    <w:p>
      <w:r>
        <w:rPr>
          <w:b w:val="0"/>
          <w:i w:val="0"/>
        </w:rPr>
        <w:t>Penny won Best in Show with her yellow bitch Mambrinos Spellbound at Carpenny, (Ch Carpenny Walpole x Mambrinos Lemony),who was taking her second CC on the day. The Bitch RCC was won by the Rawlinson’s yellow from Maiden, Halshimoor Tickety Boo (Rocheby Suttonpark Travis x Fullwell Flirt with Halshimoor)</w:t>
      </w:r>
      <w:r>
        <w:br/>
      </w:r>
      <w:r>
        <w:rPr>
          <w:b w:val="0"/>
          <w:i w:val="0"/>
        </w:rPr>
        <w:br/>
        <w:t>The Dog CC winner was Diana Downey Tullochs Sh Ch Tullochmohr Final Edition JW</w:t>
      </w:r>
      <w:r>
        <w:br/>
      </w:r>
      <w:r>
        <w:rPr>
          <w:b w:val="0"/>
          <w:i w:val="0"/>
        </w:rPr>
        <w:br/>
        <w:t>Whilst the Dog RCC winner was the Rawlinsons veteran Sh Ch Fullwell Frolic with Halshimoor.</w:t>
      </w:r>
    </w:p>
    <w:p>
      <w:r>
        <w:rPr>
          <w:b w:val="0"/>
          <w:i w:val="0"/>
        </w:rPr>
        <w:t>Best Puppy in Show went to my own Llanstinan Buzby Bowstones winning his 6th Best Puppy award.</w:t>
      </w:r>
    </w:p>
    <w:p>
      <w:r>
        <w:rPr>
          <w:b w:val="0"/>
          <w:i w:val="0"/>
        </w:rPr>
        <w:t>Congratulations to Christine Hooper whose black dog Dolafon Barti Ddu at Balcrist (Bart) won the reserve Green Star at the Kilkenny Championship show on Saturday 26th June.</w:t>
      </w:r>
      <w:r>
        <w:br/>
      </w:r>
      <w:r>
        <w:rPr>
          <w:b w:val="0"/>
          <w:i w:val="0"/>
        </w:rPr>
        <w:br/>
        <w:t>During the Border Union weekend, Pat Harrison was judging in Sweden and sends in this report:-THE SWEDISH SPANIEL AND RETRIEVER CLUB, 20/6/04</w:t>
      </w:r>
      <w:r>
        <w:br/>
      </w:r>
      <w:r>
        <w:rPr>
          <w:b w:val="0"/>
          <w:i w:val="0"/>
        </w:rPr>
        <w:br/>
        <w:t>“I was pleased to judge once again for the Swedish Spaniel and Retriever Club, this time at Granna – a beautiful lakeside setting spoilt only by windy, wet conditions!</w:t>
      </w:r>
      <w:r>
        <w:br/>
      </w:r>
      <w:r>
        <w:rPr>
          <w:b w:val="0"/>
          <w:i w:val="0"/>
        </w:rPr>
        <w:br/>
        <w:t>I had 52 labs to go over, the Junior Classes having been given to another judge and involving another 14 exhibits. I was a little disappointed in the quality of the puppies, but very pleased with the overall standard in the other classes, although there were just a few exceptions, and I was delighted with my CC winners.</w:t>
      </w:r>
    </w:p>
    <w:p>
      <w:r>
        <w:rPr>
          <w:b w:val="0"/>
          <w:i w:val="0"/>
        </w:rPr>
        <w:t>In particular, I was impressed with the quality in the Hunting Classes (for dogs with a working qualification of at least a third prize in a Beginners, Youth or Open Stake). The winners were the yellow dog Fairchild’s Urban and the black bitch Le-Cop’s Belle by Disney who is sired by Carpenny Rusty Kamrats. She is owned and bred by Ewa Rosen and Lars Lindgren. I made the bitch Best Hunting Lab and she was placed Reserve Best Hunting Dog in Show from all the spaniel and retriever breeds. Carpenny Rusty Kamrats was the sire of several other placings; such a pity he was not present to compete, with his offspring, in the Progeny category.</w:t>
      </w:r>
    </w:p>
    <w:p>
      <w:r>
        <w:rPr>
          <w:b w:val="0"/>
          <w:i w:val="0"/>
        </w:rPr>
        <w:t>My Best Dog and BOS was Latchmead When in Rome (Bobdog’s New Specialist x New Wave’s Happy Birthday). A black dog of just under two years, he came from the Youngster Class and is owned by Ulrika Bornesjo. I understand that this was only his third outing in the show ring and he is a product of the first litter Ms. Bornesjo has bred, so I wish them both a lot of success in the future. His litter sister, Latchmead Blossom by the Blossom, came second in her Youngster Class, and fourth best bitch overall, so perhaps this will be an encouragement to attend more shows!</w:t>
      </w:r>
    </w:p>
    <w:p>
      <w:r>
        <w:rPr>
          <w:b w:val="0"/>
          <w:i w:val="0"/>
        </w:rPr>
        <w:t>My Best Bitch and BOB was a beautifully balanced chocolate, who was full of quality, to whom I had given high honours last November. She is O’Sofinas Toblerone (Bubbling Picasso x Swedish &amp; Danish Ch. O’Sofinas Pride and Joy), owned and bred by Lotta Larsson. I was thrilled that she went on to be Reserve Best in Show, and I do hope that she will soon gain her title.</w:t>
      </w:r>
    </w:p>
    <w:p>
      <w:r>
        <w:rPr>
          <w:b w:val="0"/>
          <w:i w:val="0"/>
        </w:rPr>
        <w:t>I have already mentioned the Carpenny kennel, and it was interesting to note that other British affixes to feature were Follytower and Richbourne. The Swedish kennel,which stood out in the placings overall and won the Lab Breeders’ Group was Cassatas, owned by the Karlsson family. Indeed, it was a black bitch from that kennel – Cassatas Lakrits Lina – who was Best Junior and sent through to me by another judge. I made her fifth Best Lab Bitch overall. By way of explanation, at the end of judging each sex in a breed, the judge is required to place the five best exhibits.</w:t>
      </w:r>
    </w:p>
    <w:p>
      <w:r>
        <w:rPr>
          <w:b w:val="0"/>
          <w:i w:val="0"/>
        </w:rPr>
        <w:t>My five best males were: Latchmead When in Rome, Karin Persson’s Cassatas Amor Apporter, Mary Nilsson’s Heavy Loader’s Old Habits Die Hard, Lena Enlund-Johansson’s Mainline’s The Gaffer (by Carpenny Walpole), and Larry Gustafsson’s Fairchild’s Urban.</w:t>
      </w:r>
      <w:r>
        <w:br/>
      </w:r>
      <w:r>
        <w:rPr>
          <w:b w:val="0"/>
          <w:i w:val="0"/>
        </w:rPr>
        <w:br/>
        <w:t>The five best bitches were: O’Sofinas Toblerone, Le-Cop’s Belle By Disney, Monica Ohman’s Annual’s Good as Gold (by Richbourne Guiding Star), Latchmead Blossom by the Blossom and Elisabeth Hallin’s and Ann-Charlott Karlsson’s Cassatas Lakrits Lina.</w:t>
      </w:r>
    </w:p>
    <w:p>
      <w:r>
        <w:rPr>
          <w:b w:val="0"/>
          <w:i w:val="0"/>
        </w:rPr>
        <w:t>Best Puppy was Ingela Corander’s bitch, Biagottis Everlasting Love and Best Veteran was Cassatas Quite Quandela, owned by Anne-Marie Pettersson and sired by Follytower Man’Owar.”</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