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- 11/03/2011"</w:t>
      </w:r>
      <w:r>
        <w:br/>
      </w:r>
      <w:r>
        <w:rPr>
          <w:b w:val="0"/>
          <w:i w:val="0"/>
        </w:rPr>
        <w:br/>
        <w:t>date_original: "11/03/2011"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"2026-09-13T22:49:10"</w:t>
      </w:r>
      <w:r>
        <w:br/>
      </w:r>
      <w:r>
        <w:rPr>
          <w:b w:val="0"/>
          <w:i w:val="0"/>
        </w:rPr>
        <w:br/>
        <w:t>word_count: 529</w:t>
      </w:r>
    </w:p>
    <w:p>
      <w:r>
        <w:t>――――――――――――――――――――――――――――――</w:t>
      </w:r>
    </w:p>
    <w:p>
      <w:r>
        <w:rPr>
          <w:b w:val="0"/>
          <w:i w:val="0"/>
        </w:rPr>
        <w:t>NEWS MEMBERS' AREA SHOP SUBSCRIBE UPCOMING SHOWS MORE</w:t>
      </w:r>
    </w:p>
    <w:p>
      <w:r>
        <w:rPr>
          <w:b w:val="0"/>
          <w:i w:val="0"/>
        </w:rPr>
        <w:t>RETRIEVER LABRADOR</w:t>
      </w:r>
    </w:p>
    <w:p>
      <w:r>
        <w:rPr>
          <w:b w:val="0"/>
          <w:i w:val="0"/>
        </w:rPr>
        <w:t>Issue: 11/03/2011</w:t>
      </w:r>
    </w:p>
    <w:p>
      <w:r>
        <w:rPr>
          <w:b w:val="0"/>
          <w:i w:val="0"/>
        </w:rPr>
        <w:t>Optigen 2020 clinic 21st March 2011. Fiona Braddon will be holding a 'virtual' 2020 clinic over the weekend of 19-21 March. Owners must apply and pay for test on line via Optigen website in advance of taking blood /swab. Samples to be sent by Royal Mail Special delivery to reach Fiona by Tuesday 22nd March or can be brought to 3 Ridings Championship Show on Sat 19th March 2011. For information and discount code please contact - preferably by email f.braddon@gmail.com or Tel 01454775084 / 07785774804</w:t>
      </w:r>
    </w:p>
    <w:p>
      <w:r>
        <w:rPr>
          <w:b w:val="0"/>
          <w:i w:val="0"/>
        </w:rPr>
        <w:t>The Yellow Labrador Club are holding a Fun Day in the beautiful Leicestershire countryside. They invite members and non-members of the Yellow Labrador Club and Labradors of any age, colour, or level of experience; to join in a relaxed and informal day's gundog training; complete beginners will be welcome.</w:t>
      </w:r>
    </w:p>
    <w:p>
      <w:r>
        <w:rPr>
          <w:b w:val="0"/>
          <w:i w:val="0"/>
        </w:rPr>
        <w:t>To book a place, please contact Mrs Sussie Wiles 01895 823227. sussiewiles@yahoo.co.uk or Mrs Linda Partridge 01530 810856. braidenvale.flashmount.gundogs@googlemail.com. Do let us know how many Labradors will be joining you.</w:t>
      </w:r>
    </w:p>
    <w:p>
      <w:r>
        <w:rPr>
          <w:b w:val="0"/>
          <w:i w:val="0"/>
        </w:rPr>
        <w:t>News from Sharon Rogers, who writes 'On Sunday 27th February Saffy &amp; I took part in The Jim Newby Charity Fun Day unclassified AV working tests run by The Cranham Training Group and Midland Golden Retriever Club held at New Farm, Norton, Evesham by kind permission of Norman and Sandra Onens. There was a very good entry -  I think about 160 dogs in all taking part in Puppy, Novice and Open. There was also bale jumping and a scurry to have a go at and generous prizes donated by Sporting Saint and Skinners to be won. Before announcing the winners at the end of day, Rickey Maloney hosted an auction that was huge fun and rounded off the days events brilliantly. Well done to the organisers who worked very hard all day, it was estimated that almost Â£3000 was raised in aid of St Roses School (Stroud), The County Air Ambulance and</w:t>
      </w:r>
    </w:p>
    <w:p>
      <w:r>
        <w:rPr>
          <w:b w:val="0"/>
          <w:i w:val="0"/>
        </w:rPr>
        <w:t>The Animal Health Trust. It was a very cold day and at times the rain came in horizontally but everyone remained cheerful. (Saffy scored 95/100, which was still not enough to be placed but she fitted in amongst her working cousins very well.)' Cotswold and Wyevern LRC are holding a relaxed, beginners working gundog trainng day, including water work, at Maisemore, Gloucester on 9th April 2011; meet 9.30am for 10am start. The trainer is Annie Wales and the cost is Â£10 for club members and Â£15 for non members. Details are on the Cotswold and Wyevern website.</w:t>
      </w:r>
    </w:p>
    <w:p>
      <w:r>
        <w:rPr>
          <w:b w:val="0"/>
          <w:i w:val="0"/>
        </w:rPr>
        <w:t>Shaon Rogers on 01453886752</w:t>
      </w:r>
    </w:p>
    <w:p>
      <w:r>
        <w:rPr>
          <w:b w:val="0"/>
          <w:i w:val="0"/>
        </w:rPr>
        <w:t>Ann Britton, 01989720665</w:t>
      </w:r>
    </w:p>
    <w:p>
      <w:r>
        <w:rPr>
          <w:b w:val="0"/>
          <w:i w:val="0"/>
        </w:rPr>
        <w:t>Email: bowstones@btinternet.comn</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