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w:t>
      </w:r>
    </w:p>
    <w:p>
      <w:r>
        <w:rPr>
          <w:b w:val="0"/>
          <w:i w:val="0"/>
        </w:rPr>
        <w:t>title: "Labrador Breed Notes - 01/03/2024 - ISSUE"</w:t>
      </w:r>
      <w:r>
        <w:br/>
      </w:r>
      <w:r>
        <w:rPr>
          <w:b w:val="0"/>
          <w:i w:val="0"/>
        </w:rPr>
        <w:br/>
        <w:t>date_original: "01/03/2024 - ISSUE"</w:t>
      </w:r>
      <w:r>
        <w:br/>
      </w:r>
      <w:r>
        <w:rPr>
          <w:b w:val="0"/>
          <w:i w:val="0"/>
        </w:rPr>
        <w:br/>
        <w:t>source_url: "https://www.ourdogs.co.uk/members/breednotes/RetrieverLabradorMain.php"</w:t>
      </w:r>
      <w:r>
        <w:br/>
      </w:r>
      <w:r>
        <w:rPr>
          <w:b w:val="0"/>
          <w:i w:val="0"/>
        </w:rPr>
        <w:br/>
        <w:t>scraped_at: "2026-09-13T15:08:39"</w:t>
      </w:r>
      <w:r>
        <w:br/>
      </w:r>
      <w:r>
        <w:rPr>
          <w:b w:val="0"/>
          <w:i w:val="0"/>
        </w:rPr>
        <w:br/>
        <w:t>word_count: 769</w:t>
      </w:r>
    </w:p>
    <w:p>
      <w:r>
        <w:t>――――――――――――――――――――――――――――――</w:t>
      </w:r>
    </w:p>
    <w:p>
      <w:r>
        <w:rPr>
          <w:b w:val="0"/>
          <w:i w:val="0"/>
        </w:rPr>
        <w:t>NEWS MEMBERS' AREA SHOP SUBSCRIBE UPCOMING SHOWS MORE</w:t>
      </w:r>
    </w:p>
    <w:p>
      <w:r>
        <w:rPr>
          <w:b w:val="0"/>
          <w:i w:val="0"/>
        </w:rPr>
        <w:t>RETRIEVER LABRADOR</w:t>
      </w:r>
    </w:p>
    <w:p>
      <w:r>
        <w:rPr>
          <w:b w:val="0"/>
          <w:i w:val="0"/>
        </w:rPr>
        <w:t>Issue: 01/03/2024</w:t>
      </w:r>
    </w:p>
    <w:p>
      <w:r>
        <w:rPr>
          <w:b w:val="0"/>
          <w:i w:val="0"/>
        </w:rPr>
        <w:t xml:space="preserve">The East Anglian Labrador club has a new website, EALRC.com.  Well done. I understand the work behind the new site is by Kristie Metcalfe, daughter of Andy and Jo of the well known Baileydale Labradors.  These days so many websites of varying breeds where one tries to search for information are dreadfully out of date. Maybe this will spur others on. </w:t>
      </w:r>
    </w:p>
    <w:p>
      <w:r>
        <w:rPr>
          <w:b w:val="0"/>
          <w:i w:val="0"/>
        </w:rPr>
        <w:t xml:space="preserve">Six days  before this years Crufts, (where Gundogs are on Friday 8th March), on Saturday 2nd March East Anglian Labrador Club will be holding their championship show at One Leisure, St Ives. with judges Fiona Braddon (74 Dogs) and Mac Percival (96 Bitches). I understand that whilst there are the usual dog and bitch separate  Minor Puppy and Puppy classes there will be no baby puppy classes since the schedule was already in production at the time the new idea was established by the KC. Judging is at 9.30am for Bitches and 10am for dogs. </w:t>
      </w:r>
    </w:p>
    <w:p>
      <w:r>
        <w:rPr>
          <w:b w:val="0"/>
          <w:i w:val="0"/>
        </w:rPr>
        <w:t xml:space="preserve">Celebrating 15 years of the charity Medical Detection Dogs at Clarence House, there was great excitement last week when amongst a handful of chosen dogs trained or still in training by the MDD charity, one yellow Labrador youngster, Linjor Samba/pet name Maggie, who was initially bred by Lynda Harvey Major, before going to the charity, met Queen Camilla to whom she handed a basket of flowers. Photos show it looks as though dog lover, Queen Camilla,  was very adept at gently relieving a precious gift, safely held, from the mouth of a young,  ever wagging Labrador. </w:t>
      </w:r>
    </w:p>
    <w:p>
      <w:r>
        <w:rPr>
          <w:b w:val="0"/>
          <w:i w:val="0"/>
        </w:rPr>
        <w:t>The following interesting text from www.royal Uk website outlined the event.  â€œHer Majesty The Queen has hosted a reception to mark the 15th anniversary of the charity, Medical Detection Dogs (MDD). During the reception, Her Majesty met clients who have Medical Alert Assistance Dogs, who are trained by MDD to alert them if a life-threatening medical event is about to happen.  Medical Detection Dogs trains dogs to save lives using their amazing sense of smell. It does this with Medical Alert Assistance Dogs and Bio Detection Dogs, both of which can be trained to detect even the tiniest trace of the smell caused by a medical condition.</w:t>
      </w:r>
    </w:p>
    <w:p>
      <w:r>
        <w:rPr>
          <w:b w:val="0"/>
          <w:i w:val="0"/>
        </w:rPr>
        <w:t>â€œHer Majesty has been Patron of MDD since 2014. In recent years, Her Majesty has seen many Bio Detection Dogs at work such as Covid-19 detection dogs.Medical Alert Assistance Dogs support people with complex health conditions like diabetes, PoTS and severe allergies when they are in danger of having a potentially life-threatening medical event, so they can take the necessary action and prevent hospital admission.</w:t>
      </w:r>
    </w:p>
    <w:p>
      <w:r>
        <w:rPr>
          <w:b w:val="0"/>
          <w:i w:val="0"/>
        </w:rPr>
        <w:t xml:space="preserve">â€œDuring todayâ€™s reception, The Queen met Michelle, who is supported by MDD and was accompanied by her Medical Alert Assistance Dog, Spring, who helps to save her life daily by alerting her when she is about to have a medical emergency caused by Addisonâ€™s disease. </w:t>
      </w:r>
    </w:p>
    <w:p>
      <w:r>
        <w:rPr>
          <w:b w:val="0"/>
          <w:i w:val="0"/>
        </w:rPr>
        <w:t>â€œHer Majesty also met Demi, who was accompanied by her dog, Bear, who alerts her to Postural Tachycardia Syndrome (PoTS) episodes.</w:t>
      </w:r>
    </w:p>
    <w:p>
      <w:r>
        <w:rPr>
          <w:b w:val="0"/>
          <w:i w:val="0"/>
        </w:rPr>
        <w:t xml:space="preserve">â€œBio Detection Dogs are trained to detect diseases like cancers, Parkinsonâ€™s, COVID-19, malaria and bacterial infections on samples in the charityâ€™s training room. </w:t>
      </w:r>
    </w:p>
    <w:p>
      <w:r>
        <w:rPr>
          <w:b w:val="0"/>
          <w:i w:val="0"/>
        </w:rPr>
        <w:t>â€œFollowing the reception, Her Majesty watched a demonstration by a Bio Detection Dog, who will detect Urinary Tract Infections from a selection of samples on stands. Another dog then demonstrated how MDDâ€™s dogs are making this research a reality, by detecting the odour of UTI on people through passive searching, demonstrating the work of the charityâ€™s new project.</w:t>
      </w:r>
    </w:p>
    <w:p>
      <w:r>
        <w:rPr>
          <w:b w:val="0"/>
          <w:i w:val="0"/>
        </w:rPr>
        <w:t>â€œUTIs can be complicated and life threatening if left untreated, especially for vulnerable groups, such as the elderly. For these individuals, UTIs may progress rapidly and are the leading cause of hospitalisation. This latest research will investigate the ability of dogs to detect these infections at a very early stage.</w:t>
      </w:r>
    </w:p>
    <w:p>
      <w:r>
        <w:rPr>
          <w:b w:val="0"/>
          <w:i w:val="0"/>
        </w:rPr>
        <w:t>â€œBefore concluding the reception, a puppy in training, Maggie, delivered a gift to Her Majesty. Standard Poodle puppy, Dasher, was also in attendance as part of her socialisation training.â€</w:t>
      </w:r>
    </w:p>
    <w:p>
      <w:r>
        <w:rPr>
          <w:b w:val="0"/>
          <w:i w:val="0"/>
        </w:rPr>
        <w:t xml:space="preserve">Ann Britton </w:t>
      </w:r>
    </w:p>
    <w:p>
      <w:r>
        <w:rPr>
          <w:b w:val="0"/>
          <w:i w:val="0"/>
        </w:rPr>
        <w:t>bowstones@btinternet.com</w:t>
      </w:r>
    </w:p>
    <w:p>
      <w:r>
        <w:rPr>
          <w:b w:val="0"/>
          <w:i w:val="0"/>
        </w:rPr>
        <w:t>Back to Archive</w:t>
      </w:r>
    </w:p>
    <w:p>
      <w:r>
        <w:rPr>
          <w:b w:val="0"/>
          <w:i w:val="0"/>
        </w:rPr>
        <w:t>Back to Breed Notes Index</w:t>
      </w:r>
    </w:p>
    <w:p>
      <w:r>
        <w:rPr>
          <w:b w:val="0"/>
          <w:i w:val="0"/>
        </w:rPr>
        <w:t>Tel</w:t>
      </w:r>
      <w:r>
        <w:br/>
      </w:r>
      <w:r>
        <w:rPr>
          <w:b w:val="0"/>
          <w:i w:val="0"/>
        </w:rPr>
        <w:br/>
        <w:t>0161 709 4550</w:t>
      </w:r>
      <w:r>
        <w:br/>
      </w:r>
      <w:r>
        <w:rPr>
          <w:b w:val="0"/>
          <w:i w:val="0"/>
        </w:rPr>
        <w:br/>
        <w:t>Advertising</w:t>
      </w:r>
      <w:r>
        <w:br/>
      </w:r>
      <w:r>
        <w:rPr>
          <w:b w:val="0"/>
          <w:i w:val="0"/>
        </w:rPr>
        <w:br/>
        <w:t>0161 709 4576</w:t>
      </w:r>
      <w:r>
        <w:br/>
      </w:r>
      <w:r>
        <w:rPr>
          <w:b w:val="0"/>
          <w:i w:val="0"/>
        </w:rPr>
        <w:br/>
        <w:t>Editorial</w:t>
      </w:r>
      <w:r>
        <w:br/>
      </w:r>
      <w:r>
        <w:rPr>
          <w:b w:val="0"/>
          <w:i w:val="0"/>
        </w:rPr>
        <w:br/>
        <w:t>0161 709 4550</w:t>
      </w:r>
      <w:r>
        <w:br/>
      </w:r>
      <w:r>
        <w:rPr>
          <w:b w:val="0"/>
          <w:i w:val="0"/>
        </w:rPr>
        <w:br/>
        <w:t>Subscriptions</w:t>
      </w:r>
      <w:r>
        <w:br/>
      </w:r>
      <w:r>
        <w:rPr>
          <w:b w:val="0"/>
          <w:i w:val="0"/>
        </w:rPr>
        <w:br/>
        <w:t>0161 709 4559</w:t>
      </w:r>
      <w:r>
        <w:br/>
      </w:r>
      <w:r>
        <w:rPr>
          <w:b w:val="0"/>
          <w:i w:val="0"/>
        </w:rPr>
        <w:br/>
        <w:t>Mail Order</w:t>
      </w:r>
      <w:r>
        <w:br/>
      </w:r>
      <w:r>
        <w:rPr>
          <w:b w:val="0"/>
          <w:i w:val="0"/>
        </w:rPr>
        <w:br/>
        <w:t>0161 709 4562</w:t>
      </w:r>
      <w:r>
        <w:br/>
      </w:r>
      <w:r>
        <w:rPr>
          <w:b w:val="0"/>
          <w:i w:val="0"/>
        </w:rPr>
        <w:br/>
        <w:t>Show Reports</w:t>
      </w:r>
      <w:r>
        <w:br/>
      </w:r>
      <w:r>
        <w:rPr>
          <w:b w:val="0"/>
          <w:i w:val="0"/>
        </w:rPr>
        <w:br/>
        <w:t>0161 709 4571</w:t>
      </w:r>
      <w:r>
        <w:br/>
      </w:r>
      <w:r>
        <w:rPr>
          <w:b w:val="0"/>
          <w:i w:val="0"/>
        </w:rPr>
        <w:br/>
        <w:t>SEND YOUR REPORT</w:t>
      </w:r>
      <w:r>
        <w:br/>
      </w:r>
      <w:r>
        <w:rPr>
          <w:b w:val="0"/>
          <w:i w:val="0"/>
        </w:rPr>
        <w:br/>
        <w:t>Competitions</w:t>
      </w:r>
      <w:r>
        <w:br/>
      </w:r>
      <w:r>
        <w:rPr>
          <w:b w:val="0"/>
          <w:i w:val="0"/>
        </w:rPr>
        <w:br/>
        <w:t>TOP DOG</w:t>
      </w:r>
      <w:r>
        <w:br/>
      </w:r>
      <w:r>
        <w:rPr>
          <w:b w:val="0"/>
          <w:i w:val="0"/>
        </w:rPr>
        <w:br/>
        <w:t>TOP PUPPY</w:t>
      </w:r>
      <w:r>
        <w:br/>
      </w:r>
      <w:r>
        <w:rPr>
          <w:b w:val="0"/>
          <w:i w:val="0"/>
        </w:rPr>
        <w:br/>
        <w:t>TOP BREEDER</w:t>
      </w:r>
      <w:r>
        <w:br/>
      </w:r>
      <w:r>
        <w:rPr>
          <w:b w:val="0"/>
          <w:i w:val="0"/>
        </w:rPr>
        <w:br/>
        <w:t>TOP STUD</w:t>
      </w:r>
      <w:r>
        <w:br/>
      </w:r>
      <w:r>
        <w:rPr>
          <w:b w:val="0"/>
          <w:i w:val="0"/>
        </w:rPr>
        <w:br/>
        <w:t>TOP BROOD</w:t>
      </w:r>
      <w:r>
        <w:br/>
      </w:r>
      <w:r>
        <w:rPr>
          <w:b w:val="0"/>
          <w:i w:val="0"/>
        </w:rPr>
        <w:br/>
        <w:t>Members' Area</w:t>
      </w:r>
      <w:r>
        <w:br/>
      </w:r>
      <w:r>
        <w:rPr>
          <w:b w:val="0"/>
          <w:i w:val="0"/>
        </w:rPr>
        <w:br/>
        <w:t>BREED NOTES</w:t>
      </w:r>
      <w:r>
        <w:br/>
      </w:r>
      <w:r>
        <w:rPr>
          <w:b w:val="0"/>
          <w:i w:val="0"/>
        </w:rPr>
        <w:br/>
        <w:t>CHAMP SHOWS</w:t>
      </w:r>
      <w:r>
        <w:br/>
      </w:r>
      <w:r>
        <w:rPr>
          <w:b w:val="0"/>
          <w:i w:val="0"/>
        </w:rPr>
        <w:br/>
        <w:t>GENERAL SHOWS</w:t>
      </w:r>
      <w:r>
        <w:br/>
      </w:r>
      <w:r>
        <w:rPr>
          <w:b w:val="0"/>
          <w:i w:val="0"/>
        </w:rPr>
        <w:br/>
        <w:t>REGULAR FEATURES</w:t>
      </w:r>
      <w:r>
        <w:br/>
      </w:r>
      <w:r>
        <w:rPr>
          <w:b w:val="0"/>
          <w:i w:val="0"/>
        </w:rPr>
        <w:br/>
        <w:t>DIGITAL EDITION</w:t>
      </w:r>
      <w:r>
        <w:br/>
      </w:r>
      <w:r>
        <w:rPr>
          <w:b w:val="0"/>
          <w:i w:val="0"/>
        </w:rPr>
        <w:br/>
        <w:t>Sign up for our newsletter</w:t>
      </w:r>
      <w:r>
        <w:br/>
      </w:r>
      <w:r>
        <w:rPr>
          <w:b w:val="0"/>
          <w:i w:val="0"/>
        </w:rPr>
        <w:br/>
        <w:t>Subscribe</w:t>
      </w:r>
      <w:r>
        <w:br/>
      </w:r>
      <w:r>
        <w:rPr>
          <w:b w:val="0"/>
          <w:i w:val="0"/>
        </w:rPr>
        <w:br/>
        <w:t>Follow Us</w:t>
      </w:r>
    </w:p>
    <w:p>
      <w:r>
        <w:rPr>
          <w:b w:val="0"/>
          <w:i w:val="0"/>
        </w:rPr>
        <w:t>© Our Dogs Publishing All Rights Reserved. | Privacy Policy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