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- 15/05/2015 - ISSUE"</w:t>
      </w:r>
      <w:r>
        <w:br/>
      </w:r>
      <w:r>
        <w:rPr>
          <w:b w:val="0"/>
          <w:i w:val="0"/>
        </w:rPr>
        <w:br/>
        <w:t>date_original: "15/05/2015 - ISSUE"</w:t>
      </w:r>
      <w:r>
        <w:br/>
      </w:r>
      <w:r>
        <w:rPr>
          <w:b w:val="0"/>
          <w:i w:val="0"/>
        </w:rPr>
        <w:br/>
        <w:t>source_url: "https://www.ourdogs.co.uk/members/breednotes/RetrieverLabradorMain.php"</w:t>
      </w:r>
      <w:r>
        <w:br/>
      </w:r>
      <w:r>
        <w:rPr>
          <w:b w:val="0"/>
          <w:i w:val="0"/>
        </w:rPr>
        <w:br/>
        <w:t>scraped_at: "2026-09-13T15:31:32"</w:t>
      </w:r>
      <w:r>
        <w:br/>
      </w:r>
      <w:r>
        <w:rPr>
          <w:b w:val="0"/>
          <w:i w:val="0"/>
        </w:rPr>
        <w:br/>
        <w:t>word_count: 477</w:t>
      </w:r>
    </w:p>
    <w:p>
      <w:r>
        <w:t>――――――――――――――――――――――――――――――</w:t>
      </w:r>
    </w:p>
    <w:p>
      <w:r>
        <w:rPr>
          <w:b w:val="0"/>
          <w:i w:val="0"/>
        </w:rPr>
        <w:t>NEWS MEMBERS' AREA SHOP SUBSCRIBE UPCOMING SHOWS MORE</w:t>
      </w:r>
    </w:p>
    <w:p>
      <w:r>
        <w:rPr>
          <w:b w:val="0"/>
          <w:i w:val="0"/>
        </w:rPr>
        <w:t>RETRIEVER LABRADOR</w:t>
      </w:r>
    </w:p>
    <w:p>
      <w:r>
        <w:rPr>
          <w:b w:val="0"/>
          <w:i w:val="0"/>
        </w:rPr>
        <w:t>Issue: 15/05/2015</w:t>
      </w:r>
    </w:p>
    <w:p>
      <w:r>
        <w:rPr>
          <w:b w:val="0"/>
          <w:i w:val="0"/>
        </w:rPr>
        <w:t>Mary Hughes, Secretary of the Labrador Retriever Club of Northern Ireland writes "The Club held a very enjoyable and successful 50th Anniversary Year Ch Show in Belfast on Sat 2nd May.</w:t>
      </w:r>
    </w:p>
    <w:p>
      <w:r>
        <w:rPr>
          <w:b w:val="0"/>
          <w:i w:val="0"/>
        </w:rPr>
        <w:t>Our judge Ms C Morton (Dakross) drew a very good entry.</w:t>
      </w:r>
    </w:p>
    <w:p>
      <w:r>
        <w:rPr>
          <w:b w:val="0"/>
          <w:i w:val="0"/>
        </w:rPr>
        <w:t>The Committee would like to thank the judge and all who entered, exhibited and joined us from  far and near to help celebrate this milestone in the Club's history.</w:t>
      </w:r>
    </w:p>
    <w:p>
      <w:r>
        <w:rPr>
          <w:b w:val="0"/>
          <w:i w:val="0"/>
        </w:rPr>
        <w:t>We are a small club and appreciate the constant support from our members and friends at our premier Show.</w:t>
      </w:r>
    </w:p>
    <w:p>
      <w:r>
        <w:rPr>
          <w:b w:val="0"/>
          <w:i w:val="0"/>
        </w:rPr>
        <w:t>The Dog CC his third, and Reserve Best in Show was Shaun Williamsons yellow Sharouns Incognito. The Dog RCC went to the Rawlinsons black, Sh Ch Fullwell Fly High to Halshimoor. The  Bitch CC, also her third CC and Best in Show was Mac Percivals yellow Wynfaul Rosy Glow whilst Noelene Dodds black, Sh Ch Brockburrow Breaking Dawn won the Bitch RCC. Best Puppy was Shaun Williamsons yellow, Sharouns Pazzesco."</w:t>
      </w:r>
    </w:p>
    <w:p>
      <w:r>
        <w:rPr>
          <w:b w:val="0"/>
          <w:i w:val="0"/>
        </w:rPr>
        <w:t>The two latest champions are Sh Ch Wynfaul Rosy Glow and</w:t>
      </w:r>
    </w:p>
    <w:p>
      <w:r>
        <w:rPr>
          <w:b w:val="0"/>
          <w:i w:val="0"/>
        </w:rPr>
        <w:t>Sh Ch Sharouns Incognito. Rosy Glow won her CCS at Darlington 2012 under Liz Hallgarth and then two years running at the Lab Club of N Ireland, in 2014 under Rosemary Hewitt and in 2015 under Caron Morton.</w:t>
      </w:r>
    </w:p>
    <w:p>
      <w:r>
        <w:rPr>
          <w:b w:val="0"/>
          <w:i w:val="0"/>
        </w:rPr>
        <w:t>Shauns Williamsons yellow, Sh Ch Sharouns Incognito won his CCS under Sheila Walton at Paignton 2013 and Tony Jury at East Anglian Lab Club 2014 and now his crowing CC in 2015 under Caron Morton at Lab Club of Northern Ireland.</w:t>
      </w:r>
    </w:p>
    <w:p>
      <w:r>
        <w:rPr>
          <w:b w:val="0"/>
          <w:i w:val="0"/>
        </w:rPr>
        <w:t>Congratulations to Ryan Ennis-Holden whose twelve month old yellow bitch,  'Kilburnpark Miss Janet At Rocheby' (Silver Suede Over Rocheby x Braithwell Summer Song) won Best of Breed and then went on to a win a memorable Best in Show all breeds at Rossendale Valley CS on Saturday 2nd May. The breed judge was  Mrs Angela Mitchell (Callyswood). The show was not judged on the Group system so Janet had to compete against all the prettily groomed and stacked breeds from all the groups under BIS Judge Mrs Jayne Edwards (Valkor). What a wonderful achievement for Ryan and Janet.</w:t>
      </w:r>
    </w:p>
    <w:p>
      <w:r>
        <w:rPr>
          <w:b w:val="0"/>
          <w:i w:val="0"/>
        </w:rPr>
        <w:t>I gather other celebrations involving wedding bells are on the immediate horizon for Ryan and his fiancÃ©, Alisha. We wish them both well for a long and happy future together.</w:t>
      </w:r>
    </w:p>
    <w:p>
      <w:r>
        <w:rPr>
          <w:b w:val="0"/>
          <w:i w:val="0"/>
        </w:rPr>
        <w:t>Ann Britton</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