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- 08/04/2011"</w:t>
      </w:r>
      <w:r>
        <w:br/>
      </w:r>
      <w:r>
        <w:rPr>
          <w:b w:val="0"/>
          <w:i w:val="0"/>
        </w:rPr>
        <w:br/>
        <w:t>date_original: "08/04/2011"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"2026-09-13T22:48:58"</w:t>
      </w:r>
      <w:r>
        <w:br/>
      </w:r>
      <w:r>
        <w:rPr>
          <w:b w:val="0"/>
          <w:i w:val="0"/>
        </w:rPr>
        <w:br/>
        <w:t>word_count: 933</w:t>
      </w:r>
    </w:p>
    <w:p>
      <w:r>
        <w:t>――――――――――――――――――――――――――――――</w:t>
      </w:r>
    </w:p>
    <w:p>
      <w:r>
        <w:rPr>
          <w:b w:val="0"/>
          <w:i w:val="0"/>
        </w:rPr>
        <w:t>NEWS MEMBERS' AREA SHOP SUBSCRIBE UPCOMING SHOWS MORE</w:t>
      </w:r>
    </w:p>
    <w:p>
      <w:r>
        <w:rPr>
          <w:b w:val="0"/>
          <w:i w:val="0"/>
        </w:rPr>
        <w:t>RETRIEVER LABRADOR</w:t>
      </w:r>
    </w:p>
    <w:p>
      <w:r>
        <w:rPr>
          <w:b w:val="0"/>
          <w:i w:val="0"/>
        </w:rPr>
        <w:t>Issue: 08/04/2011</w:t>
      </w:r>
    </w:p>
    <w:p>
      <w:r>
        <w:rPr>
          <w:b w:val="0"/>
          <w:i w:val="0"/>
        </w:rPr>
        <w:t>Leigh Lesley writes: "it is with the heaviest heart that once again not yet a year since losing my precious Molly I have to report the passing of my beautiful Webster - Steeleigh American Express JW. He had tried so hard for us &amp; we for him since he had had decompression surgery on his back in early November. In the end despite ups as well as downs he simply was unable to take his weight &amp; walk many steps as the problem appeared to be getting him on his other leg. He died peacefully on the lawn in the sunshine surrounded by those that loved him &amp; eating his favourite doggie treats up until his final moments. He looked up at us with his kind, trusting eyes as if to say until we meet again. He remained a perfect gentleman throughout his pain &amp; setbacks which is a measure of the dog he was. For us he was the ultimate dog &amp; a perfect ambassador for his lovely breed. He leaves a truly wonderful legacy in his many, many children both here &amp; abroad but there will only ever be one Webster - our very special dog".</w:t>
      </w:r>
    </w:p>
    <w:p>
      <w:r>
        <w:rPr>
          <w:b w:val="0"/>
          <w:i w:val="0"/>
        </w:rPr>
        <w:t>The Yellow Labrador Club held their Open show, which is only for yellow coated Labradors not blacks or chocolates, midweek, at the Grange Hall, Southam. The judge was Mr Andy Metcalfe (Baileydale) and there was an entry of 103, less rather a lot of absentees.</w:t>
      </w:r>
    </w:p>
    <w:p>
      <w:r>
        <w:rPr>
          <w:b w:val="0"/>
          <w:i w:val="0"/>
        </w:rPr>
        <w:t>I had entered and fully intended to attend, as this is always such a friendly show, with plenty of ringside camaraderie and an especially good lunch. I got up early, exercised and fed the kennel dogs, tidied up the show dogs and loaded them into the car, ready for the off. At which point the postman arrived with some long-awaited mail, which I knew would require urgent attention.</w:t>
      </w:r>
    </w:p>
    <w:p>
      <w:r>
        <w:rPr>
          <w:b w:val="0"/>
          <w:i w:val="0"/>
        </w:rPr>
        <w:t>Arrgh, what was I going to do? I did think about forgetting the letter, sitting imposingly on the passenger seat. Perhaps I could just drive off to the show and forget that it needed answering by return. Common sense told me I really ought to stay at home and deal with it; there would be other days for other dog shows. Yes, fair enough, but I really wanted to go to this show today, not one next week!</w:t>
      </w:r>
    </w:p>
    <w:p>
      <w:r>
        <w:rPr>
          <w:b w:val="0"/>
          <w:i w:val="0"/>
        </w:rPr>
        <w:t>After much consideration, common sense eventually won, the dogs were reluctantly unloaded and the car unpacked and, instead of enjoying a lovely day out at the Yellow Lab show with doggy friends for company, I spent a tedious day attending to the minutiae of this particular missive.</w:t>
      </w:r>
    </w:p>
    <w:p>
      <w:r>
        <w:rPr>
          <w:b w:val="0"/>
          <w:i w:val="0"/>
        </w:rPr>
        <w:t>Best in Show and Best Bred by Exhibitor was Lou and Janet Neals Sh Ch Amberstope Rebel Yell ShCM. Res Best in Show and Best Opposite Sex was Desmond and Rosemary Airey's Sh Ch  Ronsard Me Celebrait who I recall won the same award last year - I trust the trophies to take home again were sparkling! Best Puppy was Penny Carpanini's Minor Puppy Bitch Carpenner Vassar. Looking at the catalogue, where on earth were all the puppies? Only two dog puppies and five bitch puppies were present in the four puppy classes with six absentees. This has always been such a lovely show to bring pups out at and I really would commend it for the future if you have youngsters.</w:t>
      </w:r>
    </w:p>
    <w:p>
      <w:r>
        <w:rPr>
          <w:b w:val="0"/>
          <w:i w:val="0"/>
        </w:rPr>
        <w:t>The following advice might come in use: "ICE " Your Phone. Apparently this is a standard procedure paramedics follow at the scene of an accident when they come across your cell phone. ICE - 'In Case of Emergency'. We all carry our cell phones with names &amp; numbers stored in its memory but nobody, other than ourselves, knows which of these numbers belong to our closest family or friends.</w:t>
      </w:r>
    </w:p>
    <w:p>
      <w:r>
        <w:rPr>
          <w:b w:val="0"/>
          <w:i w:val="0"/>
        </w:rPr>
        <w:t>If we were to be involved in an accident or were taken ill, the people attending us would have our mobile phone but wouldn't know who to call. Yes, there are hundreds of numbers stored but which one is the contact person in case of an emergency? Hence, this 'ICE' (In Case of Emergency) Campaign.</w:t>
      </w:r>
    </w:p>
    <w:p>
      <w:r>
        <w:rPr>
          <w:b w:val="0"/>
          <w:i w:val="0"/>
        </w:rPr>
        <w:t>The concept of 'ICE' is catching on quickly. It is a method of contact during emergency situations. As cell phones are carried by the majority of the population, all you need to do is store the number of a contact person or persons who should be contacted during emergency under the name 'ICE' (In Case of Emergency).</w:t>
      </w:r>
    </w:p>
    <w:p>
      <w:r>
        <w:rPr>
          <w:b w:val="0"/>
          <w:i w:val="0"/>
        </w:rPr>
        <w:t>The idea was thought up by a paramedic, who found that when he went to the scenes of accidents, there were always cell phones with patients, but they didn't know which number to call. He therefore thought that it would be a good idea if there was a nationally recognized name for this purpose. In an emergency situation, Emergency Service personnel and hospital staff would be able to quickly contact the right person by simply dialing the number you have stored as 'ICE.' For more than one contact name simply enter ICE1, ICE2 and ICE3 etc. A great idea that will make a difference!</w:t>
      </w:r>
    </w:p>
    <w:p>
      <w:r>
        <w:rPr>
          <w:b w:val="0"/>
          <w:i w:val="0"/>
        </w:rPr>
        <w:t>Ann Britton 01989 720665 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