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- 28/12/2012"</w:t>
      </w:r>
      <w:r>
        <w:br/>
      </w:r>
      <w:r>
        <w:rPr>
          <w:b w:val="0"/>
          <w:i w:val="0"/>
        </w:rPr>
        <w:br/>
        <w:t>date_original: "28/12/2012"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"2026-09-13T22:44:51"</w:t>
      </w:r>
      <w:r>
        <w:br/>
      </w:r>
      <w:r>
        <w:rPr>
          <w:b w:val="0"/>
          <w:i w:val="0"/>
        </w:rPr>
        <w:br/>
        <w:t>word_count: 1594</w:t>
      </w:r>
    </w:p>
    <w:p>
      <w:r>
        <w:t>――――――――――――――――――――――――――――――</w:t>
      </w:r>
    </w:p>
    <w:p>
      <w:r>
        <w:rPr>
          <w:b w:val="0"/>
          <w:i w:val="0"/>
        </w:rPr>
        <w:t>NEWS MEMBERS' AREA SHOP SUBSCRIBE UPCOMING SHOWS MORE</w:t>
      </w:r>
    </w:p>
    <w:p>
      <w:r>
        <w:rPr>
          <w:b w:val="0"/>
          <w:i w:val="0"/>
        </w:rPr>
        <w:t>RETRIEVER LABRADOR</w:t>
      </w:r>
    </w:p>
    <w:p>
      <w:r>
        <w:rPr>
          <w:b w:val="0"/>
          <w:i w:val="0"/>
        </w:rPr>
        <w:t>Issue: 28/12/2012</w:t>
      </w:r>
    </w:p>
    <w:p>
      <w:r>
        <w:rPr>
          <w:b w:val="0"/>
          <w:i w:val="0"/>
        </w:rPr>
        <w:t>LKA, the final championship show of the 2012 season was held as usual at the NEC Birmingham. Marion Hopkinson was the judge and the winners were: - Dog CC and Best of Breed - Maxine Crocker Williams yellow Secret Moment At Alkhamhurst. Dog RCC the Rawlinson family's black, Sh Ch Fullwell Fly High To Halshimoor. Bitch CC - Mr and Mrs Ian Dawsons yellow, Sh Ch Beskerby Larksong JW. Res Bitch CC - Judith Charlton's yellow Foxrush Remember the Time JW. Best Puppy was Anne Lavelles yellow bitch Crosscroyde Choice Words and Best Veteran Paul and Irene Collins yellow Warringah's Tarka by Kaspair.</w:t>
      </w:r>
    </w:p>
    <w:p>
      <w:r>
        <w:rPr>
          <w:b w:val="0"/>
          <w:i w:val="0"/>
        </w:rPr>
        <w:t>Some light reading for you to peruse whilst sitting cosily by the fireside during the post Christmas period, prior to the New Year celebrations (Although thinking about it, do dog people ever have time to sit quietly by the fireside?) Well, just in case, here is the start of my annual review of the 2012 championship shows winners; this week it is the turn of the dogs; the bitches will appear next week. Thanks to Michael Hewitt with whom I was able to double-check the accuracy of my annual records and apologies should there be any un-intended errors or omissions.</w:t>
      </w:r>
    </w:p>
    <w:p>
      <w:r>
        <w:rPr>
          <w:b w:val="0"/>
          <w:i w:val="0"/>
        </w:rPr>
        <w:t>Up to 2012, the yearly average of new male champions has been around six made up per year; in 2011 there were actually seven. However in 2012 there was just one male champion who achieved his title and this was the Hodge family's black youngster Sh Ch Naiken Zephyr JW (Sh Ch Naiken Way Out West x Ch Naiken Russian Rhythm).</w:t>
      </w:r>
    </w:p>
    <w:p>
      <w:r>
        <w:rPr>
          <w:b w:val="0"/>
          <w:i w:val="0"/>
        </w:rPr>
        <w:t>In general in 2012 the dog CCs were shared between just 14 dogs as opposed to 19 dogs in 2011. The show scene was dominated in the main by just one dog Sh Ch AmCh Salty Dog of Tampa Bay bred by Linda Hess in Florida.</w:t>
      </w:r>
    </w:p>
    <w:p>
      <w:r>
        <w:rPr>
          <w:b w:val="0"/>
          <w:i w:val="0"/>
        </w:rPr>
        <w:t>Already a UK Sh Champion by the winter of 2011, in 2012 he won a further 19 CCs,12 BOBs, 3 Gundog Group 1, 2 Gundog Group 2 and 2 Gundog Group 3 awards at championship shows; a splendid record for recent times when Labradors seldom get a look in at Group level.</w:t>
      </w:r>
    </w:p>
    <w:p>
      <w:r>
        <w:rPr>
          <w:b w:val="0"/>
          <w:i w:val="0"/>
        </w:rPr>
        <w:t>Salty's breeder, Linda Hess, writes about what she calls her "beginners luck".</w:t>
      </w:r>
    </w:p>
    <w:p>
      <w:r>
        <w:rPr>
          <w:b w:val="0"/>
          <w:i w:val="0"/>
        </w:rPr>
        <w:t>"I have had Labradors for 20 years but never showed or bred them myself. I was looking for a companion for my last lone Lab and came across a newspaper advertisement for two Labs offered together. I recognized the kennel name of Belquest. To cut a long story short, I purchased them both and decided to breed Belquest Splash of Covergirl. On the advice of a number of Florida breeders, Splash was bred to Am/Can CH Aquarius Centercourt Delight ("Buzz") who was Westminster Best of Breed in 2006. This breeding resulted in Salty Dog of Tampa Bay who was shown and finished his championship in record time at just 15 months of age. Then at 22 months of age, Salty took Westminster Kennel Club Best of Breed 2007!"</w:t>
      </w:r>
    </w:p>
    <w:p>
      <w:r>
        <w:rPr>
          <w:b w:val="0"/>
          <w:i w:val="0"/>
        </w:rPr>
        <w:t>When they were visiting the US, the Allen family (Allenie) spotted Salty and Linda Hess was persuaded to let him have a holiday in the UK. In the late summer of 2011 at six years of age, Am Ch Salty Dog of Tampa Bay, arrived from Florida to stay at the Allenie kennels in the UK and be shown for one year.</w:t>
      </w:r>
    </w:p>
    <w:p>
      <w:r>
        <w:rPr>
          <w:b w:val="0"/>
          <w:i w:val="0"/>
        </w:rPr>
        <w:t>Already an American Champion with the prestigious BOB award at the famous Westminster show under his belt, this delightful yellow gentleman was quickly made up here in 2011 and went on to dominate the UK Labrador show scene throughout the whole of 2012.</w:t>
      </w:r>
    </w:p>
    <w:p>
      <w:r>
        <w:rPr>
          <w:b w:val="0"/>
          <w:i w:val="0"/>
        </w:rPr>
        <w:t>Salty enjoyed a tremendous 2012 being runner up in the Gundog Group at Crufts and won the Gundog Group at Manchester, Richmond and at WELKS, where he went Reserve Best in Show. He was Group 2 at Crufts and Darlington and Group 3 at Bournemouth and SKC in August always ably handled by Anthony Allen or on occasion by Richard Bott.</w:t>
      </w:r>
    </w:p>
    <w:p>
      <w:r>
        <w:rPr>
          <w:b w:val="0"/>
          <w:i w:val="0"/>
        </w:rPr>
        <w:t>Salty was successfully campaigned around the UK championship shows without fuss or bravado. I was thrilled that I too had been able to judge him and later meet his breeder, Linda Hess, at Richmond, where, having won BOB Salty went on to win the Gundog Group. Many congratulations to all involved in his lovely success story.</w:t>
      </w:r>
    </w:p>
    <w:p>
      <w:r>
        <w:rPr>
          <w:b w:val="0"/>
          <w:i w:val="0"/>
        </w:rPr>
        <w:t>His CCs with Best of Breed awards came at the following shows:-</w:t>
      </w:r>
    </w:p>
    <w:p>
      <w:r>
        <w:rPr>
          <w:b w:val="0"/>
          <w:i w:val="0"/>
        </w:rPr>
        <w:t>Boston - Helen Steven. Manchester - Per Iversen where he went on to win the Gundog Group. Crufts - Richard Edwards, where he won Gundog Group 2 under John Thirlwell, Joint Labrador Club -Janet Cole, WELKS - Frank Kane, where he won the Gundog Group once again under Di Arrowsmith and Res BIS under Keith Nathan. Three Counties - Carole Coode; Paignton - Peter Taylor; Bournemouth - Celia Turner; SKC - Val Foss; Richmond- Ann Britton. Darlington - Moa Persson and Belfast A - Moss.</w:t>
      </w:r>
    </w:p>
    <w:p>
      <w:r>
        <w:rPr>
          <w:b w:val="0"/>
          <w:i w:val="0"/>
        </w:rPr>
        <w:t>In addition to the shows where he went Best of Breed, Salty won the Dog CC at The National - Lorna Blackie; SKC - Liz Hallgarth; Bath - Karl Gawthorpe, Border Union S Sletendal, WKC - Judith Charlton, Driffield Julia Lewis and SWKA - Margaret Woods. His CC tally for 2012 numbered 19 with 12 Best of Breed awards.</w:t>
      </w:r>
    </w:p>
    <w:p>
      <w:r>
        <w:rPr>
          <w:b w:val="0"/>
          <w:i w:val="0"/>
        </w:rPr>
        <w:t>At the end of the year Salty returned home to the United States accompanied by Anthony but the joy of this lovely tale was tempered with final sadness when Anthony's mother, Jean, who I gather had spotted Salty in the first place, passed away in November 2012 having not enjoyed the best of health for some while.</w:t>
      </w:r>
    </w:p>
    <w:p>
      <w:r>
        <w:rPr>
          <w:b w:val="0"/>
          <w:i w:val="0"/>
        </w:rPr>
        <w:t>Jean was very well known and with husband Geoff had been breeding and showing Labradors under the Allenie prefix for very many years; in the early days when campaigning their yellow dog, Sh Ch Squire Harvey of Allenie often accompanied by her young son, Anthony learning the dog game at his mothers knee. In later years Jean became Secretary of Midland Counties Labrador Club until retiring just a few years ago when Julia Lewis took over the task.</w:t>
      </w:r>
    </w:p>
    <w:p>
      <w:r>
        <w:rPr>
          <w:b w:val="0"/>
          <w:i w:val="0"/>
        </w:rPr>
        <w:t>Jeans funeral, held on a chilly November day, was attended by very many Labrador folk from far and wide. In her final months, Jean must have been so very proud to watch Anthony and Salty's progress throughout the 2012 show season and the joy this woil have brought her will be something really good for Geoff, Anthony and Richard to always treasure.</w:t>
      </w:r>
    </w:p>
    <w:p>
      <w:r>
        <w:rPr>
          <w:b w:val="0"/>
          <w:i w:val="0"/>
        </w:rPr>
        <w:t>I digress! Continuing the male records for 2012, the second highest ticket winner, winning 4 CCs and becoming the only male champion of 2012, was the Hodge family's black dog Sh Ch Naiken Zephry JW. He won 4 CCs during the year and they were under Mark Rawlinson at Lab Club of Scotland, Ian Ganney at East of England, Andrew Brown at United Retriever Club and Caron Morton at South Wales Kennel Association.</w:t>
      </w:r>
    </w:p>
    <w:p>
      <w:r>
        <w:rPr>
          <w:b w:val="0"/>
          <w:i w:val="0"/>
        </w:rPr>
        <w:t>Winning three CCs and 2 BOBs  was the Rawlinson family's black, Sh Ch Fullwell Fly High to Halshimoor who won at Kent Surrey and Sussex under Sheelin Cuthbert  later going BIS; at Leeds with BOB under Anne Lavelle and at Northumberland and Durham under Robin Pollock.</w:t>
      </w:r>
    </w:p>
    <w:p>
      <w:r>
        <w:rPr>
          <w:b w:val="0"/>
          <w:i w:val="0"/>
        </w:rPr>
        <w:t>The Hodge family's chocolate Sh Ch Naiken Way Out West won 3CCs at East Anglian Lab Club under Brian Parrott, at Southern Counties under David Wilmshurst and at Midland Counties under David Coode.</w:t>
      </w:r>
    </w:p>
    <w:p>
      <w:r>
        <w:rPr>
          <w:b w:val="0"/>
          <w:i w:val="0"/>
        </w:rPr>
        <w:t>2CCs with 1BOB were awarded to the Neals Sh Ch Amberstope Rebel Yell. He won at the Labrador Club under Margaret Litherland and at NorthWest Lab Club where he went BIS.</w:t>
      </w:r>
    </w:p>
    <w:p>
      <w:r>
        <w:rPr>
          <w:b w:val="0"/>
          <w:i w:val="0"/>
        </w:rPr>
        <w:t>Also winning 2CCs and 1BOB was Heinlo's Est Ch Follies Ivar who won with BIS at Lab Club of Northern Ireland under Alan Porter and the CC at West of England Lab Club under Richard Morris.</w:t>
      </w:r>
    </w:p>
    <w:p>
      <w:r>
        <w:rPr>
          <w:b w:val="0"/>
          <w:i w:val="0"/>
        </w:rPr>
        <w:t>On Two CCs for the year was Rawlinsons black Fullwell Fair Trade with Halshilmoor who won at Cots and Wye under Richard Stafford and at National Gundog under Sue Marskell</w:t>
      </w:r>
    </w:p>
    <w:p>
      <w:r>
        <w:rPr>
          <w:b w:val="0"/>
          <w:i w:val="0"/>
        </w:rPr>
        <w:t>1CC and 1 BOB went to Mandy Stewart's yellow, Streamanda Top Knotch at the Lab Club of Wales under Anne Powell; to Penny Carpaninis yellow, Sh Ch Carpenny Made a Million at Three Ridings LRC under Anthony Allen; to Michael Neachell's yellow Sh Ch Adoraden Hallmark of Suttonpark at Windsor under Chris Bailiss and to the Pollocks black, Pollham Penny Royal JW at Gundog Breeds of Scotland under Steven Hollings and tp Maxine Crocker Williams yellow Secret Moment At Alkhamhurst winning at the final show of the year, LKA, under Marion Hopkinson</w:t>
      </w:r>
    </w:p>
    <w:p>
      <w:r>
        <w:rPr>
          <w:b w:val="0"/>
          <w:i w:val="0"/>
        </w:rPr>
        <w:t>Closing the results for the male CC winners for 2012, on 1 CC are three dogs; the black Exelby Galwyddel to Crankross who won at Midland Counties Lab Club under Margaret Grant; Sue Marskell's chocolate, Berolee Mack the Knife who won at City of Birmingham under Lynda Miles and to the Metcalfe's yellow Bilbo Baggins By Baileydale JW SHCM who won at the Yellow Lab Club under Linda Major.</w:t>
      </w:r>
    </w:p>
    <w:p>
      <w:r>
        <w:rPr>
          <w:b w:val="0"/>
          <w:i w:val="0"/>
        </w:rPr>
        <w:t>Next week I will detail the CC winning bitches of 2012.</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