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- 23/03/2012"</w:t>
      </w:r>
      <w:r>
        <w:br/>
      </w:r>
      <w:r>
        <w:rPr>
          <w:b w:val="0"/>
          <w:i w:val="0"/>
        </w:rPr>
        <w:br/>
        <w:t>date_original: "23/03/2012"</w:t>
      </w:r>
      <w:r>
        <w:br/>
      </w:r>
      <w:r>
        <w:rPr>
          <w:b w:val="0"/>
          <w:i w:val="0"/>
        </w:rPr>
        <w:br/>
        <w:t>source_url: "https://www.ourdogs.co.uk/members/breednotes/retlabarchive.php"</w:t>
      </w:r>
      <w:r>
        <w:br/>
      </w:r>
      <w:r>
        <w:rPr>
          <w:b w:val="0"/>
          <w:i w:val="0"/>
        </w:rPr>
        <w:br/>
        <w:t>archive_type: "retlabarchive_post"</w:t>
      </w:r>
      <w:r>
        <w:br/>
      </w:r>
      <w:r>
        <w:rPr>
          <w:b w:val="0"/>
          <w:i w:val="0"/>
        </w:rPr>
        <w:br/>
        <w:t>scraped_at: "2026-09-13T22:46:39"</w:t>
      </w:r>
      <w:r>
        <w:br/>
      </w:r>
      <w:r>
        <w:rPr>
          <w:b w:val="0"/>
          <w:i w:val="0"/>
        </w:rPr>
        <w:br/>
        <w:t>word_count: 999</w:t>
      </w:r>
    </w:p>
    <w:p>
      <w:r>
        <w:t>――――――――――――――――――――――――――――――</w:t>
      </w:r>
    </w:p>
    <w:p>
      <w:r>
        <w:rPr>
          <w:b w:val="0"/>
          <w:i w:val="0"/>
        </w:rPr>
        <w:t>NEWS MEMBERS' AREA SHOP SUBSCRIBE UPCOMING SHOWS MORE</w:t>
      </w:r>
    </w:p>
    <w:p>
      <w:r>
        <w:rPr>
          <w:b w:val="0"/>
          <w:i w:val="0"/>
        </w:rPr>
        <w:t>RETRIEVER LABRADOR</w:t>
      </w:r>
    </w:p>
    <w:p>
      <w:r>
        <w:rPr>
          <w:b w:val="0"/>
          <w:i w:val="0"/>
        </w:rPr>
        <w:t>Issue: 23/03/2012</w:t>
      </w:r>
    </w:p>
    <w:p>
      <w:r>
        <w:rPr>
          <w:b w:val="0"/>
          <w:i w:val="0"/>
        </w:rPr>
        <w:t>In last weeks breed notes as requested by so many, I touched upon the up till now taboo subject of the all too common problem of limping Labradors being placed in the show ring when they should be at home being rested.</w:t>
      </w:r>
    </w:p>
    <w:p>
      <w:r>
        <w:rPr>
          <w:b w:val="0"/>
          <w:i w:val="0"/>
        </w:rPr>
        <w:t>On this same topic, experienced international gundog judge, breeder and exhibitor David Coode, (Warringah),who with his wife Carole has bred very many full champion Labradors, now contributes, " Two recent television programmes on Pedigree Dogs (Show Dogs), and the non- confirmation of 6 Best of Breeds by the Vets at Crufts 2012, raises the question of when the media organisations will focus their attention on the most popular breed of dog, the Labrador Retriever.</w:t>
      </w:r>
    </w:p>
    <w:p>
      <w:r>
        <w:rPr>
          <w:b w:val="0"/>
          <w:i w:val="0"/>
        </w:rPr>
        <w:t>"There has been much comment from the ringside at recent championship shows of apparently lame/unsound dogs being placed. The KC now requires judges to exclude lame/unsound dogs but the responsibility does not lay solely with the judges. It is our responsibility as Exhibitors and Guardians of the breed not to exhibit unsound dogs.</w:t>
      </w:r>
    </w:p>
    <w:p>
      <w:r>
        <w:rPr>
          <w:b w:val="0"/>
          <w:i w:val="0"/>
        </w:rPr>
        <w:t>One has to question the integrity of those who seem to think that winning is more important than exhibiting sound stock."  David Coode.</w:t>
      </w:r>
    </w:p>
    <w:p>
      <w:r>
        <w:rPr>
          <w:b w:val="0"/>
          <w:i w:val="0"/>
        </w:rPr>
        <w:t>Another exhibitor (name supplied) writes: "The thing that rattles me is that there are Labradors which have been constantly unsound over a long period of weeks or even months, yet these exhibits continue to be placed at championship shows.</w:t>
      </w:r>
    </w:p>
    <w:p>
      <w:r>
        <w:rPr>
          <w:b w:val="0"/>
          <w:i w:val="0"/>
        </w:rPr>
        <w:t>"Let's be honest you can feel instantly when moving a dog if it is unsound.</w:t>
      </w:r>
    </w:p>
    <w:p>
      <w:r>
        <w:rPr>
          <w:b w:val="0"/>
          <w:i w:val="0"/>
        </w:rPr>
        <w:t>"Enough people notice the unsoundness and moan whilst sitting around the ringside. yet why is it so rarely picked up by the judge they are watching, who is standing in the middle of the ring assessing the limping dogs movement?</w:t>
      </w:r>
    </w:p>
    <w:p>
      <w:r>
        <w:rPr>
          <w:b w:val="0"/>
          <w:i w:val="0"/>
        </w:rPr>
        <w:t>"What about the new rule that unsound dogs in the ring must be reported to the KC? Do the judges not want to make the effort of reporting them - more paperwork?"</w:t>
      </w:r>
    </w:p>
    <w:p>
      <w:r>
        <w:rPr>
          <w:b w:val="0"/>
          <w:i w:val="0"/>
        </w:rPr>
        <w:t>Another reader commented , very much tongue in cheek, " the only way to get in the class line-up at a Championship show with a Labrador at the moment is to make sure it limps!"</w:t>
      </w:r>
    </w:p>
    <w:p>
      <w:r>
        <w:rPr>
          <w:b w:val="0"/>
          <w:i w:val="0"/>
        </w:rPr>
        <w:t>Another suggested,  "what is needed is a blood test for pain killer Rymadil or Metacam before a Labrador can be allowed into a show."</w:t>
      </w:r>
    </w:p>
    <w:p>
      <w:r>
        <w:rPr>
          <w:b w:val="0"/>
          <w:i w:val="0"/>
        </w:rPr>
        <w:t>Whilst these last comments might have been said very much tongue in cheek, they have a slight ring of truth about them and my own experience over the years and that of many others more recently confirms what these people have said in jest.</w:t>
      </w:r>
    </w:p>
    <w:p>
      <w:r>
        <w:rPr>
          <w:b w:val="0"/>
          <w:i w:val="0"/>
        </w:rPr>
        <w:t>A sane person would wonder what sort of a mad topsy-turvy world we are all supporting where it costs around Â£150 to go to a dog show for just one day with a sound, fit and healthy dog and then to watch that sound, top class animal being beaten by an unsound one; the playing field seems far from level and as many are deciding, it is ludicrous to continue to support such a practice.</w:t>
      </w:r>
    </w:p>
    <w:p>
      <w:r>
        <w:rPr>
          <w:b w:val="0"/>
          <w:i w:val="0"/>
        </w:rPr>
        <w:t>Hopefully the breed clubs might be persuaded to take this problem on board and do something about it before even more Labrador exhibitors walk away. Breed entries at club shows used to be 350 - 400 dogs, or even 500dogs. Now we can barely scrape 220. Yes, some of this decrease is due to the country's financial situation, but the rest can be largely pinned on the effect the limping Labradors are having on the long-suffering, disgusted ringside audience.</w:t>
      </w:r>
    </w:p>
    <w:p>
      <w:r>
        <w:rPr>
          <w:b w:val="0"/>
          <w:i w:val="0"/>
        </w:rPr>
        <w:t>The on-lookers conclusion "that dog is lame. Why has it been placed?"</w:t>
      </w:r>
    </w:p>
    <w:p>
      <w:r>
        <w:rPr>
          <w:b w:val="0"/>
          <w:i w:val="0"/>
        </w:rPr>
        <w:t>"Oh, dog showing is just a waste of time and money and that's it! This is the last dog-show we ever go to!"</w:t>
      </w:r>
    </w:p>
    <w:p>
      <w:r>
        <w:rPr>
          <w:b w:val="0"/>
          <w:i w:val="0"/>
        </w:rPr>
        <w:t>And so more exhibitors go to the garden centre at the weekend instead of to a dog show. They have a satisfying day out, they don't come away annoyed, it hasn't cost them a fortune, but, to the dog game, they are lost for good.</w:t>
      </w:r>
    </w:p>
    <w:p>
      <w:r>
        <w:rPr>
          <w:b w:val="0"/>
          <w:i w:val="0"/>
        </w:rPr>
        <w:t>Do keep your comments coming.</w:t>
      </w:r>
    </w:p>
    <w:p>
      <w:r>
        <w:rPr>
          <w:b w:val="0"/>
          <w:i w:val="0"/>
        </w:rPr>
        <w:t>Three Ridings Lab club held their championship show on 17th March at Cleckheaton, near Leeds. The judges were Anthony Allen (Dogs) and Jane Rawlinson (Bitches). From an entry of 209 the winners were Dog CC &amp; BIS Penny Carpaninis yellow, Sh Ch Carpeny Made a Million. Bitch CC &amp; RBIS Linda and Alan Porter's black, Sh Ch Lindall Dreamy. Res Dog CC, the Hodge family's black Naiken Zephyr. Res Bitch CC Angela Williams and David Craigs black, Foulby the Duchess. Best Puppy in Show  - Flossfalls Monopoly of Carpenny</w:t>
      </w:r>
    </w:p>
    <w:p>
      <w:r>
        <w:rPr>
          <w:b w:val="0"/>
          <w:i w:val="0"/>
        </w:rPr>
        <w:t>Mandy Stewart judged Labradors at the South West Scotland Gundog Association Show. Mandy writes: "I had an entry of 50 dogs in 10 classes. The show went really well and what made the day was that my BOB went BIS out of all the gundogs. And my Best Puppy went Group 2 and Reserve Best Puppy in Show.</w:t>
      </w:r>
    </w:p>
    <w:p>
      <w:r>
        <w:rPr>
          <w:b w:val="0"/>
          <w:i w:val="0"/>
        </w:rPr>
        <w:t>The BOB &amp; BIS was Mr &amp; Mrs Gardner's Rewari Extra Edition (Ch Tullochmor Final Edition x Rewari Executive of Clanross) Best Puppy was Diana Downey-Tulloch's Tullochmohr Gibbs (Sh Ch Lindall Redemption x Tullochmohr Ace Actress).</w:t>
      </w:r>
    </w:p>
    <w:p>
      <w:r>
        <w:rPr>
          <w:b w:val="0"/>
          <w:i w:val="0"/>
        </w:rPr>
        <w:t>The Best In Show Judge was Mr Colin Woodward (Wadeson English Springers).</w:t>
      </w:r>
    </w:p>
    <w:p>
      <w:r>
        <w:rPr>
          <w:b w:val="0"/>
          <w:i w:val="0"/>
        </w:rPr>
        <w:t>I had a lovely day and was made to feel most welcome"</w:t>
      </w:r>
    </w:p>
    <w:p>
      <w:r>
        <w:rPr>
          <w:b w:val="0"/>
          <w:i w:val="0"/>
        </w:rPr>
        <w:t>With reference to the soundness debate above, as Mandy is a horse person, one can be 100% assured she would have had her soundness eye, well in!!</w:t>
      </w:r>
    </w:p>
    <w:p>
      <w:r>
        <w:rPr>
          <w:b w:val="0"/>
          <w:i w:val="0"/>
        </w:rPr>
        <w:t>Ann Britton, 01989 720665</w:t>
      </w:r>
    </w:p>
    <w:p>
      <w:r>
        <w:rPr>
          <w:b w:val="0"/>
          <w:i w:val="0"/>
        </w:rPr>
        <w:t>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