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- 11 Apr 2008"</w:t>
      </w:r>
      <w:r>
        <w:br/>
      </w:r>
      <w:r>
        <w:rPr>
          <w:b w:val="0"/>
          <w:i w:val="0"/>
        </w:rPr>
        <w:br/>
        <w:t>date_original: "11 Apr 2008"</w:t>
      </w:r>
      <w:r>
        <w:br/>
      </w:r>
      <w:r>
        <w:rPr>
          <w:b w:val="0"/>
          <w:i w:val="0"/>
        </w:rPr>
        <w:br/>
        <w:t>source_url: "https://www.ourdogs.co.uk/members/breednotes/2008/RetrieverLabrador/RetrieverLabrador-apr11.htm"</w:t>
      </w:r>
      <w:r>
        <w:br/>
      </w:r>
      <w:r>
        <w:rPr>
          <w:b w:val="0"/>
          <w:i w:val="0"/>
        </w:rPr>
        <w:br/>
        <w:t>archive_type: "static_html"</w:t>
      </w:r>
      <w:r>
        <w:br/>
      </w:r>
      <w:r>
        <w:rPr>
          <w:b w:val="0"/>
          <w:i w:val="0"/>
        </w:rPr>
        <w:br/>
        <w:t>scraped_at: "2026-09-13T22:03:56"</w:t>
      </w:r>
      <w:r>
        <w:br/>
      </w:r>
      <w:r>
        <w:rPr>
          <w:b w:val="0"/>
          <w:i w:val="0"/>
        </w:rPr>
        <w:br/>
        <w:t>word_count: 635</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Jacky Beaton and friends are organising an all breed canine educational day for dog show exhibitors and other canine enthusiasts, to be held on 1st June 2008 at the St John Ambulance Hall, Horley, Surrey from 9am - 5pm approx. A simple breakfast and hot lunch will be provided.</w:t>
      </w:r>
      <w:r>
        <w:br/>
      </w:r>
      <w:r>
        <w:rPr>
          <w:b w:val="0"/>
          <w:i w:val="0"/>
        </w:rPr>
        <w:br/>
        <w:t>The speakers will include Carole Coode (Warringah Labradors) on the “The in-whelp and lactating bitch, rearing a litter and selecting a puppy for the show ring”; Gareth Lawler (Roqfolly ESS &amp; Cockers) on “Judge and be judged - Breed development whys &amp; wherefores. Type &amp; anatomy explained”; and Peter Upton (Tragus Vizlas &amp; Clumbers) on “Getting the best out of your dog in the ring – Practical demonstration on ring techniques and problem solving”.</w:t>
      </w:r>
    </w:p>
    <w:p>
      <w:r>
        <w:rPr>
          <w:b w:val="0"/>
          <w:i w:val="0"/>
        </w:rPr>
        <w:t>Tickets for the seminar are £25 with proceeds going to Cambridge University Research into Canine Hepatitis. There will be a raffle on the day; prize donations will be gratefully received. All cheques should be made out to Mrs. L McCourt, 22 Wilmington Way, Gillingham, Kent ME8 6HY.</w:t>
      </w:r>
      <w:r>
        <w:br/>
      </w:r>
      <w:r>
        <w:rPr>
          <w:b w:val="0"/>
          <w:i w:val="0"/>
        </w:rPr>
        <w:br/>
        <w:t>The purpose of this seminar is to raise funds to aid the Cambridge University research project into Canine Hepatitis. We have decided to do this because, as owners of a breed - the English Springer Spaniel - in which this potentially fatal disease is sadly showing a marked increase, it is a cause that is very close to our hearts and we are keen to show our support for the research project in a practical and meaningful way.</w:t>
      </w:r>
    </w:p>
    <w:p>
      <w:r>
        <w:rPr>
          <w:b w:val="0"/>
          <w:i w:val="0"/>
        </w:rPr>
        <w:t>For further details, contact Jacky Beaton on telephone no. 01233 721210 or Lesley McCourt on telephone no. 01634 233854. We would be so grateful if you could help us to make this a successful and enjoyable event.</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