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- 03/12/2021 - ISSUE"</w:t>
      </w:r>
      <w:r>
        <w:br/>
      </w:r>
      <w:r>
        <w:rPr>
          <w:b w:val="0"/>
          <w:i w:val="0"/>
        </w:rPr>
        <w:br/>
        <w:t>date_original: "03/12/2021 - ISSUE"</w:t>
      </w:r>
      <w:r>
        <w:br/>
      </w:r>
      <w:r>
        <w:rPr>
          <w:b w:val="0"/>
          <w:i w:val="0"/>
        </w:rPr>
        <w:br/>
        <w:t>source_url: "https://www.ourdogs.co.uk/members/breednotes/RetrieverLabradorMain.php"</w:t>
      </w:r>
      <w:r>
        <w:br/>
      </w:r>
      <w:r>
        <w:rPr>
          <w:b w:val="0"/>
          <w:i w:val="0"/>
        </w:rPr>
        <w:br/>
        <w:t>scraped_at: "2026-09-13T15:13:26"</w:t>
      </w:r>
      <w:r>
        <w:br/>
      </w:r>
      <w:r>
        <w:rPr>
          <w:b w:val="0"/>
          <w:i w:val="0"/>
        </w:rPr>
        <w:br/>
        <w:t>word_count: 1042</w:t>
      </w:r>
    </w:p>
    <w:p>
      <w:r>
        <w:t>――――――――――――――――――――――――――――――</w:t>
      </w:r>
    </w:p>
    <w:p>
      <w:r>
        <w:rPr>
          <w:b w:val="0"/>
          <w:i w:val="0"/>
        </w:rPr>
        <w:t>NEWS MEMBERS' AREA SHOP SUBSCRIBE UPCOMING SHOWS MORE</w:t>
      </w:r>
    </w:p>
    <w:p>
      <w:r>
        <w:rPr>
          <w:b w:val="0"/>
          <w:i w:val="0"/>
        </w:rPr>
        <w:t>RETRIEVER LABRADOR</w:t>
      </w:r>
    </w:p>
    <w:p>
      <w:r>
        <w:rPr>
          <w:b w:val="0"/>
          <w:i w:val="0"/>
        </w:rPr>
        <w:t>Issue: 03/12/2021</w:t>
      </w:r>
    </w:p>
    <w:p>
      <w:r>
        <w:rPr>
          <w:b w:val="0"/>
          <w:i w:val="0"/>
        </w:rPr>
        <w:t>MIDLAND COUNTIES LRC</w:t>
      </w:r>
    </w:p>
    <w:p>
      <w:r>
        <w:rPr>
          <w:b w:val="0"/>
          <w:i w:val="0"/>
        </w:rPr>
        <w:t>CHANGE OF JUDGE</w:t>
      </w:r>
    </w:p>
    <w:p>
      <w:r>
        <w:rPr>
          <w:b w:val="0"/>
          <w:i w:val="0"/>
        </w:rPr>
        <w:t>Due to the evolving situation with Covid travel restrictions across Europe, the bitch judge for our forthcoming championship show on the 12th December, Philippe Lammens (Misty Dreams), has had to withdraw from the appointment. He has been replaced by Andy Metcalfe (Baileydale)</w:t>
      </w:r>
    </w:p>
    <w:p>
      <w:r>
        <w:rPr>
          <w:b w:val="0"/>
          <w:i w:val="0"/>
        </w:rPr>
        <w:t xml:space="preserve">Well, IÃ¢â‚¬â„¢m not usually writing these breed notes on a Monday morning but here goes. Other than the above notice, itÃ¢â‚¬â„¢s not much about dogs IÃ¢â‚¬â„¢m afraid. </w:t>
      </w:r>
    </w:p>
    <w:p>
      <w:r>
        <w:rPr>
          <w:b w:val="0"/>
          <w:i w:val="0"/>
        </w:rPr>
        <w:t xml:space="preserve">Our rural Herefordshire village took a hammering from the storms on Friday and the electric high-voltage cables across the fields came down and and we all lost our supply for two extremely freezing, inhospitable days. </w:t>
      </w:r>
    </w:p>
    <w:p>
      <w:r>
        <w:rPr>
          <w:b w:val="0"/>
          <w:i w:val="0"/>
        </w:rPr>
        <w:t xml:space="preserve">It was bItterly cold here and Saturday and Sunday passed with no electricity. Believe it or not but electricity only came to the village in 1968, but  since then we have all come to rely on a never failing supply. </w:t>
      </w:r>
    </w:p>
    <w:p>
      <w:r>
        <w:rPr>
          <w:b w:val="0"/>
          <w:i w:val="0"/>
        </w:rPr>
        <w:t xml:space="preserve">Saturday morning dawned with the wind still raging and the garden looking like a bombsite. I was meant to be going to a terrier show in Birmingham but the transistor radio announced that lanes were closed on the M50 and M5 up near Birmingham due to snow. </w:t>
      </w:r>
    </w:p>
    <w:p>
      <w:r>
        <w:rPr>
          <w:b w:val="0"/>
          <w:i w:val="0"/>
        </w:rPr>
        <w:t xml:space="preserve">Should I go or should I stay safe but frozen at home. I decided risk it and go to the show. I could always turn back if it was too horrible. </w:t>
      </w:r>
    </w:p>
    <w:p>
      <w:r>
        <w:rPr>
          <w:b w:val="0"/>
          <w:i w:val="0"/>
        </w:rPr>
        <w:t>Dressed like someone going to the Artic, At breakfast time I sorted the kennel dogs out and they had a good run in the dog paddock , then they were quite happy to grab their breakfast Bonio and go back to their cosy insulated kennel beds.</w:t>
      </w:r>
    </w:p>
    <w:p>
      <w:r>
        <w:rPr>
          <w:b w:val="0"/>
          <w:i w:val="0"/>
        </w:rPr>
        <w:t>Indoors everywhere I turned reminded me how we just expect electric to be working. There was no heat, no light, no hot water, no electric cooker, no microwave, (gas has still not arrived in this village), no kettle for a warming coffee, no TV, radio, what would happen to the freezers, ( manufacturer states donÃ¢â‚¬â„¢t open the door and ok for 36 hours if full, just hoped that was true). No broadband, TV or radios; no house telephones and  mobiles all gone flat . The latter mobiles needing inoperable phone chargers, plus most annoyingly the inability to easily open the automatic electric garage door. I felt like Atlas holding up the world trying to open the hefty metal door.</w:t>
      </w:r>
    </w:p>
    <w:p>
      <w:r>
        <w:rPr>
          <w:b w:val="0"/>
          <w:i w:val="0"/>
        </w:rPr>
        <w:t xml:space="preserve">As for the burglar alarm; on Saturday Night it rang itÃ¢â‚¬â„¢s brains out for ages as, without electricity, itÃ¢â‚¬â„¢s automatic backup battery had gone completely flat, (it needed the electric supply to recharge itself). Its advanced technology consequently was unable to tell itself it was only allowed to ring for 20 minutes, so it rang on and on and on loudly into the night. I even rang the alarm company around midnight on my later dead mobile to ask how to shut it up.  The very sympathetic operator told me at that there was nothing to do to stop it. In the end even the alarm bell threw in the towel and before dawn silence finally reigned. </w:t>
      </w:r>
    </w:p>
    <w:p>
      <w:r>
        <w:rPr>
          <w:b w:val="0"/>
          <w:i w:val="0"/>
        </w:rPr>
        <w:t xml:space="preserve">How to provide some heat? Out from the garage and dragged into the kitchen came my horrid smelly Calor gas stove used once for keeping a large litter of 6 week old Labrador puppyÃ¢â‚¬â„¢s warm one snowy winter in a similar power cut, some 20 years ago. </w:t>
      </w:r>
    </w:p>
    <w:p>
      <w:r>
        <w:rPr>
          <w:b w:val="0"/>
          <w:i w:val="0"/>
        </w:rPr>
        <w:t xml:space="preserve">This time, it lit immediately and warmed up the kitchen for two days, albeit because of the stink, the window had to be open for it to work properly. </w:t>
      </w:r>
    </w:p>
    <w:p>
      <w:r>
        <w:rPr>
          <w:b w:val="0"/>
          <w:i w:val="0"/>
        </w:rPr>
        <w:t>My camping gas stove bought for such emergencies, boiled pans of water and filled flasks for me and my 93 year old neighbour and her daughter for drinks. She is such a sterling character, been hospitalised several times this past year, and sensibly was lying on her settee, smothered from head to foot in blankets looking very cosy with a cheery red hat pulled down over her head and a big smile. Wartime spirit still on show!</w:t>
      </w:r>
    </w:p>
    <w:p>
      <w:r>
        <w:rPr>
          <w:b w:val="0"/>
          <w:i w:val="0"/>
        </w:rPr>
        <w:t xml:space="preserve">Then back here for the evenings, Candles were extracted from cupboards, they too held memories. My late mother who liked the novel idea of bargain buying in bulk, during the National strike period and three day week in the 1970s when power cuts were literally occurring every other day,  bought large cardboard boxes of all sorts of things (we rarely used), because they weÃ¢â‚¬â„¢re bargains! </w:t>
      </w:r>
    </w:p>
    <w:p>
      <w:r>
        <w:rPr>
          <w:b w:val="0"/>
          <w:i w:val="0"/>
        </w:rPr>
        <w:t>There was Duraglit silver Polish, hardly any silver so still here, and enormous  tins of furniture Polish (also still in use) plus boxes and boxes of candles. Hooray. Now needed in 2021.</w:t>
      </w:r>
    </w:p>
    <w:p>
      <w:r>
        <w:rPr>
          <w:b w:val="0"/>
          <w:i w:val="0"/>
        </w:rPr>
        <w:t>The kitchen looked like a pretty Christmas card on Saturday night with lit candles lined up on the windowsill, but no TV to watch, so no Strictly, and the battery radio offering nothing cheerful to listen to on any programme other than Woke politics and dirge-like music!</w:t>
      </w:r>
    </w:p>
    <w:p>
      <w:r>
        <w:rPr>
          <w:b w:val="0"/>
          <w:i w:val="0"/>
        </w:rPr>
        <w:t xml:space="preserve">I did get through the snow to the dog show in Birmingham by mid morning Saturday. It was a jolly affair and the hall was full of happy, very sociable welcoming people all having made it through the snow. </w:t>
      </w:r>
    </w:p>
    <w:p>
      <w:r>
        <w:rPr>
          <w:b w:val="0"/>
          <w:i w:val="0"/>
        </w:rPr>
        <w:t xml:space="preserve">Arriving back home at Ã¢â‚¬Å"the fridgeÃ¢â‚¬Â later was not so good plus the deafening burglar alarm racket. </w:t>
      </w:r>
    </w:p>
    <w:p>
      <w:r>
        <w:rPr>
          <w:b w:val="0"/>
          <w:i w:val="0"/>
        </w:rPr>
        <w:t>Sunday afternoon saw yellow Western Powers helicopters flying really low across the next door fields, round and round, trying to find breaks in the downed high voltage lines. They must have eventually succeeded. Monday morning and we, me and the dogs, now have a restored supply and heat and hot coffee. Oh, the milks gone off!</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