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Dec 2007"</w:t>
      </w:r>
      <w:r>
        <w:br/>
      </w:r>
      <w:r>
        <w:rPr>
          <w:b w:val="0"/>
          <w:i w:val="0"/>
        </w:rPr>
        <w:br/>
        <w:t>date_original: "21 Dec 2007"</w:t>
      </w:r>
      <w:r>
        <w:br/>
      </w:r>
      <w:r>
        <w:rPr>
          <w:b w:val="0"/>
          <w:i w:val="0"/>
        </w:rPr>
        <w:br/>
        <w:t>source_url: "https://www.ourdogs.co.uk/members/breednotes/2007/RetrieverLabrador/RetrieverLabrador-dec21.htm"</w:t>
      </w:r>
      <w:r>
        <w:br/>
      </w:r>
      <w:r>
        <w:rPr>
          <w:b w:val="0"/>
          <w:i w:val="0"/>
        </w:rPr>
        <w:br/>
        <w:t>archive_type: "static_html"</w:t>
      </w:r>
      <w:r>
        <w:br/>
      </w:r>
      <w:r>
        <w:rPr>
          <w:b w:val="0"/>
          <w:i w:val="0"/>
        </w:rPr>
        <w:br/>
        <w:t>scraped_at: "2026-09-13T22:06:41"</w:t>
      </w:r>
      <w:r>
        <w:br/>
      </w:r>
      <w:r>
        <w:rPr>
          <w:b w:val="0"/>
          <w:i w:val="0"/>
        </w:rPr>
        <w:br/>
        <w:t>word_count: 1115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Wishing a very Happy Christmas to all our readers and your families, both human and canine, also many thanks to all those who kindly contribute to these notes throughout the year: have a most enjoyable Christmas break before the 2008 shows begin.</w:t>
      </w:r>
    </w:p>
    <w:p>
      <w:r>
        <w:rPr>
          <w:b w:val="0"/>
          <w:i w:val="0"/>
        </w:rPr>
        <w:t>Don’t forget to make sure you have removed all the 2007 show-bait from your coat pockets, car and show bags! Why do I say this? Because I’ve just found some extremely aromatic liver which was left over from a show in early December, still neatly packed and, luckily, well sealed in a bag, which had got hidden in the car. Pooh, what a pong when I opened it! Similar discoveries would be disgustingly horrid in the wardrobe, too.</w:t>
      </w:r>
    </w:p>
    <w:p>
      <w:r>
        <w:rPr>
          <w:b w:val="0"/>
          <w:i w:val="0"/>
        </w:rPr>
        <w:t>Alison Scutcher (Winsleywood) has moved house. Her new address is 40 Margaret Road, Colchester, Essex,CO1 1RZ. Her post will be redirected for the next 12 months.</w:t>
      </w:r>
    </w:p>
    <w:p>
      <w:r>
        <w:rPr>
          <w:b w:val="0"/>
          <w:i w:val="0"/>
        </w:rPr>
        <w:t>Alison’s telephone number should stay the same, 01206 799580 but it may take a while to be transferred. In the interim, calls may be diverted to her mobile 0793 1414796. Alison’s email &amp; website will stay the same.</w:t>
      </w:r>
    </w:p>
    <w:p>
      <w:r>
        <w:rPr>
          <w:b w:val="0"/>
          <w:i w:val="0"/>
        </w:rPr>
        <w:t>Mrs Louise Oxley (Crankross) judged an excellent entry at the Three Ridings Lab Club Open Show recently. 2nd in Puppy Bitch was Christine Hooper’s black, Balchrist Limited Edition and not as published.</w:t>
      </w:r>
    </w:p>
    <w:p>
      <w:r>
        <w:rPr>
          <w:b w:val="0"/>
          <w:i w:val="0"/>
        </w:rPr>
        <w:t>The 8th of December was a typical wet and windy winters day. It heralded the Gundog, Hound and Terrier day at LKA, which is held at the NEC Birmingham. In former years the show was staged in London, but since 1978 it has been at the NEC with Secretary Miss Sybil Churchill at the helm. Following Miss Churchill’s recent retirement from the post, Mrs Leslie Jupp has become the LKA Secretary and she oversaw a very smoothly running event with a total of just under 12,000 dogs entered over two days.</w:t>
      </w:r>
    </w:p>
    <w:p>
      <w:r>
        <w:rPr>
          <w:b w:val="0"/>
          <w:i w:val="0"/>
        </w:rPr>
        <w:t>Labradors had a tremendous entry of 304 for judges, Judith Charlton (106 Dogs) and Mrs R Cabion (198 Bitches). Mrs Cabion, who is President of the South African Labrador Club, lives in South Africa and was judging the breed for the first time in the UK. Judging of Bitches commenced at 9am and Dogs at 9.30am. All judging was completed in both rings just after 1pm, which meant on such a wet and dismal day we could all head for home down the motorways in the daylight, and, once home, having fed and settled the dogs, could get ready in front of our TVs for the Saturday night treat of either Strictly Come Dancing or the X Factor on the other channel! (However, the best laid plans oft go wrong etc. sadly thanks to a warm fire, a comfy chair, a nice mellow drink and the knowledge that the LKA show planning, which I prepare, had all gone well, I dropped off to sleep whilst watching the first programme and missed most of it!).</w:t>
      </w:r>
      <w:r>
        <w:br/>
      </w:r>
      <w:r>
        <w:rPr>
          <w:b w:val="0"/>
          <w:i w:val="0"/>
        </w:rPr>
        <w:br/>
        <w:t>The Rocheby kennel of Marion and David Hopkinson had a splendid day winning the Dog CC and the Dog RCC under Judith Charlton, and although not entered on the day having already won a CC under Mrs Judith Charlton, Sh Ch Silver Suede over Rocheby made his presence felt as he sired both the Best Puppy Dog and Best Puppy Bitch, the latter going BPIB.</w:t>
      </w:r>
    </w:p>
    <w:p>
      <w:r>
        <w:rPr>
          <w:b w:val="0"/>
          <w:i w:val="0"/>
        </w:rPr>
        <w:t>Best of Breed having won his first CC on the day was the 3 year old yellow dog, Rocheby State Occasion (Rocheby Old Smokey x Brambleridge Rave Review of Bridgeford), who was calmly handled to success by David Hopkinson (who I gather was also winning his very own first CC). Well done, David. The Dog RCC was won by State Occasions litter brother, Rocheby Statesman. Best Dog Puppy was Tom Grants yellow Minor Puppy, Simandem Hi Ho Silver (Sh Ch Silver Suede over Rocheby x Rocheby Ice Dance at Simandem).</w:t>
      </w:r>
    </w:p>
    <w:p>
      <w:r>
        <w:rPr>
          <w:b w:val="0"/>
          <w:i w:val="0"/>
        </w:rPr>
        <w:t>From an entry of 198 bitches the Bitch CC went to the Brown family’s yellow Sh Ch Alanwood Spring Breeze over Ramsayville (Greenworth Odds Against x Alanwood Lady Jazzmine). The Bitch RCC was won by Mrs Ivers yellow, Irish Sh Ch Philipstown Liscoda (Trofarth Thomas to Oakhouse x Donny), handled by Mary O‚Donaghue, whilst Best Puppy in Breed was Anne Lavelles yellow, Crosscroyde Katinka.(Sh Ch Silver Suede over Rocheby x Crosscroyde Geisha Lady).</w:t>
      </w:r>
    </w:p>
    <w:p>
      <w:r>
        <w:rPr>
          <w:b w:val="0"/>
          <w:i w:val="0"/>
        </w:rPr>
        <w:t>There was some comment about the £8 parking charge for the day at the NEC, however sadly the LKA has no control whatsoever over this standard NEC levy. It is just the same for Crufts 2008.</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