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
        <w:t>――――――――――――――――――――――――――――――</w:t>
      </w:r>
    </w:p>
    <w:p>
      <w:r>
        <w:rPr>
          <w:b w:val="0"/>
          <w:i w:val="0"/>
        </w:rPr>
        <w:t>title: "Labrador Breed Notes - 02/04/2021 - ISSUE"</w:t>
      </w:r>
      <w:r>
        <w:br/>
      </w:r>
      <w:r>
        <w:rPr>
          <w:b w:val="0"/>
          <w:i w:val="0"/>
        </w:rPr>
        <w:br/>
        <w:t>date_original: "02/04/2021 - ISSUE"</w:t>
      </w:r>
      <w:r>
        <w:br/>
      </w:r>
      <w:r>
        <w:rPr>
          <w:b w:val="0"/>
          <w:i w:val="0"/>
        </w:rPr>
        <w:br/>
        <w:t>source_url: "https://www.ourdogs.co.uk/members/breednotes/RetrieverLabradorMain.php"</w:t>
      </w:r>
      <w:r>
        <w:br/>
      </w:r>
      <w:r>
        <w:rPr>
          <w:b w:val="0"/>
          <w:i w:val="0"/>
        </w:rPr>
        <w:br/>
        <w:t>scraped_at: "2026-09-13T15:15:17"</w:t>
      </w:r>
      <w:r>
        <w:br/>
      </w:r>
      <w:r>
        <w:rPr>
          <w:b w:val="0"/>
          <w:i w:val="0"/>
        </w:rPr>
        <w:br/>
        <w:t>word_count: 1711</w:t>
      </w:r>
    </w:p>
    <w:p>
      <w:r>
        <w:t>――――――――――――――――――――――――――――――</w:t>
      </w:r>
    </w:p>
    <w:p>
      <w:r>
        <w:rPr>
          <w:b w:val="0"/>
          <w:i w:val="0"/>
        </w:rPr>
        <w:t>NEWS MEMBERS' AREA SHOP SUBSCRIBE UPCOMING SHOWS MORE</w:t>
      </w:r>
    </w:p>
    <w:p>
      <w:r>
        <w:rPr>
          <w:b w:val="0"/>
          <w:i w:val="0"/>
        </w:rPr>
        <w:t>RETRIEVER LABRADOR</w:t>
      </w:r>
    </w:p>
    <w:p>
      <w:r>
        <w:rPr>
          <w:b w:val="0"/>
          <w:i w:val="0"/>
        </w:rPr>
        <w:t>Issue: 02/04/2021</w:t>
      </w:r>
    </w:p>
    <w:p>
      <w:r>
        <w:rPr>
          <w:b w:val="0"/>
          <w:i w:val="0"/>
        </w:rPr>
        <w:t xml:space="preserve">Crufts 2021 has been cancelled. Clearly a very depressing, but a necessarily responsible, decision for such an extra-large event in these Covid times. It is beginning to feel as though our hobby has more or less come to a standstill and we will be much older before meeting up again. </w:t>
      </w:r>
    </w:p>
    <w:p>
      <w:r>
        <w:rPr>
          <w:b w:val="0"/>
          <w:i w:val="0"/>
        </w:rPr>
        <w:t xml:space="preserve">However, on that note, a happy correction to last weekÃ¢â‚¬â„¢s breed notes, to prove that some events are still going ahead. Whilst most of the large all breed Championship shows have been cancelled or rescheduled to new dates later in the year, KSS Lab Club and United Retriever Club shows organised by Alison Scutcher and her teams, are, thanks to their hard work, able to go ahead with full Risk Assessment and approval from the Local Authority and insurers. Alison writes Ã¢â‚¬Å"- The United Retriever Club Open show is on 14 April Ã¢â‚¬â€œ postponed from February and had to move to Malvern as needed to be Ã¢â‚¬Å"outsideÃ¢â‚¬Â venue Ã¢â‚¬â€œ entries for that had to close seven days before the original show date and have been long closed.  It has been a huge amount of work with Risk assessments and COVID planning. </w:t>
      </w:r>
    </w:p>
    <w:p>
      <w:r>
        <w:rPr>
          <w:b w:val="0"/>
          <w:i w:val="0"/>
        </w:rPr>
        <w:t>The KSS Open Show and KSS championship show have also moved Ã¢â‚¬â€œ they are now 3rd May (Open) and 4th  May (Champ) both at South of England Showground Ã¢â‚¬â€œ again much discussion and help from Mid Sussex Council Environmental Health: they too have reviewed our procedures and Risk Assessment and given the go ahead for the events.  Both KSS shows are on fossedata for entry.</w:t>
      </w:r>
    </w:p>
    <w:p>
      <w:r>
        <w:rPr>
          <w:b w:val="0"/>
          <w:i w:val="0"/>
        </w:rPr>
        <w:t xml:space="preserve">At last some good news from the Kennel Club. Ã¢â‚¬Å"Following the announcement in July 2020 of the closure of the Animal Health Trust, The Kennel Club is delighted to confirm that The Kennel Club Canine Genetics Centre will officially re-open and be located at the University of Cambridge. Here, the centreÃ¢â‚¬â„¢s vital research into dog genetics and inherited canine conditions can continue.  </w:t>
      </w:r>
    </w:p>
    <w:p>
      <w:r>
        <w:rPr>
          <w:b w:val="0"/>
          <w:i w:val="0"/>
        </w:rPr>
        <w:t xml:space="preserve">The Kennel Club Charitable Trust has funded the centre since its initial launch at the Animal Health Trust in 2009. The new centre will continue to be led by Dr Cathryn Mellersh, and will resume its mission to research genetic mutations and assist in developing breeding tools for some of the most common and debilitating inherited conditions in dogs. The Kennel Club and the canine genetics team will work together to ensure that the centreÃ¢â‚¬â„¢s research targets conditions that have the greatest impact on the health of dogs. The Kennel ClubÃ¢â‚¬â„¢s breed health and conservation plans, a project that gathers all available health information and data about each breed, will play a vital role in guiding the centreÃ¢â‚¬â„¢s objectives and areas of research.  </w:t>
      </w:r>
    </w:p>
    <w:p>
      <w:r>
        <w:rPr>
          <w:b w:val="0"/>
          <w:i w:val="0"/>
        </w:rPr>
        <w:t>During its time at the Animal Health Trust, The Kennel Club Canine Genetics Centre had a significant impact on the health of numerous breeds. Researchers at the centre developed 25 different DNA tests for canine inherited diseases that affect over 50 breeds. Research into the impact of some of these tests revealed that over a ten year period, thanks to uptake of these tests by responsible breeders, the frequency of disease-causing genetic variants in some breeds reduced by a staggering 90%. Close collaboration with breed clubs and breeders is essential to the success of the centre, as is the collection of over 40,000 DNA samples that has been developed over the last twenty years. These samples, along with valuable scientific and DNA sequence data have now been secured and transferred to the University of Cambridge for further analysis.</w:t>
      </w:r>
    </w:p>
    <w:p>
      <w:r>
        <w:rPr>
          <w:b w:val="0"/>
          <w:i w:val="0"/>
        </w:rPr>
        <w:t>Bill King, Chairman of The Kennel Club Charitable Trust, said: Ã¢â‚¬Å"The Kennel Club Genetics Centre has made an enormous positive impact on the health of dogs whilst under the auspices of the Animal Health Trust, the closure of which we were saddened and concerned to learn of last year. Ã¢â‚¬Å"WeÃ¢â‚¬â„¢re now thrilled that the centre has found a home in such a reputable and prestigious research institute, and weÃ¢â‚¬â„¢re very much looking forward to collaborating with the centre once more.Ã¢â‚¬Â</w:t>
      </w:r>
    </w:p>
    <w:p>
      <w:r>
        <w:rPr>
          <w:b w:val="0"/>
          <w:i w:val="0"/>
        </w:rPr>
        <w:t xml:space="preserve">For those who appreciate learning about the characters and history of our breed, the following article about Ann Wynyard (Braeduke) has been submitted by Tony Jury for readers to enjoy. </w:t>
      </w:r>
    </w:p>
    <w:p>
      <w:r>
        <w:rPr>
          <w:b w:val="0"/>
          <w:i w:val="0"/>
        </w:rPr>
        <w:t xml:space="preserve">Ann Wynyard (Braeduke): Some interesting facts came to light in a recent profile of Ann Wynyard (Braeduke).  She was an influential breeder who started off in the 1950s.   She was very helpful to me years ago when I was looking up some kennels mentioned in Warner HillÃ¢â‚¬â„¢s book which also discusses many examples of kennels mentioned below.   Much earlier, she had given our Lottie a first at WELKS and she admired my Ã¢â‚¬ËœflaresÃ¢â‚¬â„¢ v. popular in the Ã¢â‚¬Ëœ70s.  She relates that she did not start showing until 1951 but before that, she remembered having a Standard Dachshund when living at Sedgebrook Hall who earned the name Ã¢â‚¬ËœJasperÃ¢â‚¬â„¢ because he was a villain and could not be trusted with hens!   </w:t>
      </w:r>
    </w:p>
    <w:p>
      <w:r>
        <w:rPr>
          <w:b w:val="0"/>
          <w:i w:val="0"/>
        </w:rPr>
        <w:t xml:space="preserve">He was followed by her first Labrador, a present from Col. Jack Lowther, Master of the nearby Pytchley Hunt for many years.   Sadly, Prigger, a yellow, met his fate under the wheels of a passing Army convoy whilst Ann was away acquiring knowledge at the well-known LadiesÃ¢â‚¬â„¢ College in Cheltenham.   </w:t>
      </w:r>
    </w:p>
    <w:p>
      <w:r>
        <w:rPr>
          <w:b w:val="0"/>
          <w:i w:val="0"/>
        </w:rPr>
        <w:t xml:space="preserve">AnnÃ¢â‚¬â„¢s second Labrador, Amber, official name Dukesclump Duchess Amber, bought in 1957 was not a show dog.   Amber was very close because Ann had nursed her through distemper, all too common in those days, after been given up on by the local Vet.   Amber always positioned herself on the sofa between Ann and potential suitors until she met a young man of whom she approved.   This one was Edward J B Wynyard, late of the Greenjackets, who, Ann declared, married her and one Labrador in 1950.   </w:t>
      </w:r>
    </w:p>
    <w:p>
      <w:r>
        <w:rPr>
          <w:b w:val="0"/>
          <w:i w:val="0"/>
        </w:rPr>
        <w:t xml:space="preserve">Later, Amber was mated at Windsor by one of George VIÃ¢â‚¬â„¢s stud dogs and a yellow bitch was kept from the litter.  She was named Sherry.   Subsequently, one of her granddaughters started a dynasty for the Guide Dogs for the Blind at Leamington Spa.   </w:t>
      </w:r>
    </w:p>
    <w:p>
      <w:r>
        <w:rPr>
          <w:b w:val="0"/>
          <w:i w:val="0"/>
        </w:rPr>
        <w:t>Showing started when George Hallett, the KingÃ¢â‚¬â„¢s head keeper talked Ann into showing Sherry at an Exemption Show in Beaconsfield where she won first prize.   At the next show, a Limited Show she showed Sherry under a well-known all-rounder, an elderly gent who evidently had an eye for the girls.   Persuaded by husband to wear her tightest skirt and tightest sweater she won another first prize and Best Puppy in Show.  No names, no pack drill!   In any event Sherry was a very good specimen said Hallett.</w:t>
      </w:r>
    </w:p>
    <w:p>
      <w:r>
        <w:rPr>
          <w:b w:val="0"/>
          <w:i w:val="0"/>
        </w:rPr>
        <w:t xml:space="preserve">On moving to a farm at Mixbury, near Buckingham the Labradors were used for rough shooting.  In 1957, Ann bought two yellows from Louise Wilson Jones; Diant Joy of Braeduke and Braeduke Diant Clove.   The affix Braeduke, taken out in 1950, when both affixing and pre-fixing were permitted, comprises the braes of Scotland and Dukesclump, the name of AnnÃ¢â‚¬â„¢s motherÃ¢â‚¬â„¢s country cottage.   Diant Joy won her first CC at the LRC in 1959 under Fred Wrigley (Kinley.)    That same year, from JoyÃ¢â‚¬â„¢s first litter, sired by Landyke Stormer, came Ch Braeduke Joyful.   He was destined to win 11 CCs, six Res CCs and a Field Trial award, and he proved to be a good sire.  A Ã¢â‚¬ËœDog in a million.Ã¢â‚¬â„¢   From then on, Ann never bred from any dog that had not won a first prize at a championship show or that had not been gun-trained.   </w:t>
      </w:r>
    </w:p>
    <w:p>
      <w:r>
        <w:rPr>
          <w:b w:val="0"/>
          <w:i w:val="0"/>
        </w:rPr>
        <w:t xml:space="preserve">Her talent for writing became evident in her Breed Notes and the many articles she produced in defence of Ã¢â‚¬Ëœa show Labrador which could also do a dayÃ¢â‚¬â„¢s workÃ¢â‚¬â„¢.  The prolific writer on working gundogs, Peter Moxon, in his heyday referred to her as Ã¢â‚¬Ëœmy regular sparring partnerÃ¢â‚¬â„¢.   </w:t>
      </w:r>
    </w:p>
    <w:p>
      <w:r>
        <w:rPr>
          <w:b w:val="0"/>
          <w:i w:val="0"/>
        </w:rPr>
        <w:t>Desiring a smaller breed, in 1962, Ann saw what she termed Ã¢â‚¬Ëœactive Labrador-coloured little dogs that were obviously OrientalÃ¢â‚¬â„¢ and thus two Tibetan Spaniels, Braeduke Pema of Szufung and Braeduke Tamara of Szufung joined the homestead.  On moving back to the family home for reasons of health the breeding of the Braeduke Labradors was gradually phased out.</w:t>
      </w:r>
    </w:p>
    <w:p>
      <w:r>
        <w:rPr>
          <w:b w:val="0"/>
          <w:i w:val="0"/>
        </w:rPr>
        <w:t>Latterly, Ann described her growing interest in Tibetan Spaniels, including the land of their origin and all things Oriental as something of an obsession.   An inveterate fund-raiser, membership of the Tibetan Society of the United Kingdom and raising money for Tibetan refugees resulted in much travelling and two meetings with the Dalai Lama.   Along with her intense interest in Labradors and Tibetan Spaniels, Ann had a penchant for Curly Coated Retrievers and King Charles Spaniels, particularly rubies.   Some success came after breeding three litters by winning two CCs with the last breed in 1969.   She was qualified to award CCs in all the breeds she had owned, both in UK and overseas.</w:t>
      </w:r>
    </w:p>
    <w:p>
      <w:r>
        <w:rPr>
          <w:b w:val="0"/>
          <w:i w:val="0"/>
        </w:rPr>
        <w:t>As a keen supporter of Dr. BarnettÃ¢â‚¬â„¢s ophthalmic unit a Kennet, Ann raised a considerable amount of money for the AHT by auctioning antiques and collectables at ChristieÃ¢â‚¬â„¢s.  Ann Wynyard claimed with delight and much satisfaction that she was one of the first owners in this country to have a Labrador CC winner examined for PRA.</w:t>
      </w:r>
    </w:p>
    <w:p>
      <w:r>
        <w:rPr>
          <w:b w:val="0"/>
          <w:i w:val="0"/>
        </w:rPr>
        <w:t>Ann Britton</w:t>
      </w:r>
    </w:p>
    <w:p>
      <w:r>
        <w:rPr>
          <w:b w:val="0"/>
          <w:i w:val="0"/>
        </w:rPr>
        <w:t>bowstones@btinternet.com</w:t>
      </w:r>
    </w:p>
    <w:p>
      <w:r>
        <w:rPr>
          <w:b w:val="0"/>
          <w:i w:val="0"/>
        </w:rPr>
        <w:t>Back to Archive</w:t>
      </w:r>
    </w:p>
    <w:p>
      <w:r>
        <w:rPr>
          <w:b w:val="0"/>
          <w:i w:val="0"/>
        </w:rPr>
        <w:t>Back to Breed Notes Index</w:t>
      </w:r>
    </w:p>
    <w:p>
      <w:r>
        <w:rPr>
          <w:b w:val="0"/>
          <w:i w:val="0"/>
        </w:rPr>
        <w:t>Tel</w:t>
      </w:r>
      <w:r>
        <w:br/>
      </w:r>
      <w:r>
        <w:rPr>
          <w:b w:val="0"/>
          <w:i w:val="0"/>
        </w:rPr>
        <w:br/>
        <w:t>0161 709 4550</w:t>
      </w:r>
      <w:r>
        <w:br/>
      </w:r>
      <w:r>
        <w:rPr>
          <w:b w:val="0"/>
          <w:i w:val="0"/>
        </w:rPr>
        <w:br/>
        <w:t>Advertising</w:t>
      </w:r>
      <w:r>
        <w:br/>
      </w:r>
      <w:r>
        <w:rPr>
          <w:b w:val="0"/>
          <w:i w:val="0"/>
        </w:rPr>
        <w:br/>
        <w:t>0161 709 4576</w:t>
      </w:r>
      <w:r>
        <w:br/>
      </w:r>
      <w:r>
        <w:rPr>
          <w:b w:val="0"/>
          <w:i w:val="0"/>
        </w:rPr>
        <w:br/>
        <w:t>Editorial</w:t>
      </w:r>
      <w:r>
        <w:br/>
      </w:r>
      <w:r>
        <w:rPr>
          <w:b w:val="0"/>
          <w:i w:val="0"/>
        </w:rPr>
        <w:br/>
        <w:t>0161 709 4550</w:t>
      </w:r>
      <w:r>
        <w:br/>
      </w:r>
      <w:r>
        <w:rPr>
          <w:b w:val="0"/>
          <w:i w:val="0"/>
        </w:rPr>
        <w:br/>
        <w:t>Subscriptions</w:t>
      </w:r>
      <w:r>
        <w:br/>
      </w:r>
      <w:r>
        <w:rPr>
          <w:b w:val="0"/>
          <w:i w:val="0"/>
        </w:rPr>
        <w:br/>
        <w:t>0161 709 4559</w:t>
      </w:r>
      <w:r>
        <w:br/>
      </w:r>
      <w:r>
        <w:rPr>
          <w:b w:val="0"/>
          <w:i w:val="0"/>
        </w:rPr>
        <w:br/>
        <w:t>Mail Order</w:t>
      </w:r>
      <w:r>
        <w:br/>
      </w:r>
      <w:r>
        <w:rPr>
          <w:b w:val="0"/>
          <w:i w:val="0"/>
        </w:rPr>
        <w:br/>
        <w:t>0161 709 4562</w:t>
      </w:r>
      <w:r>
        <w:br/>
      </w:r>
      <w:r>
        <w:rPr>
          <w:b w:val="0"/>
          <w:i w:val="0"/>
        </w:rPr>
        <w:br/>
        <w:t>Show Reports</w:t>
      </w:r>
      <w:r>
        <w:br/>
      </w:r>
      <w:r>
        <w:rPr>
          <w:b w:val="0"/>
          <w:i w:val="0"/>
        </w:rPr>
        <w:br/>
        <w:t>0161 709 4571</w:t>
      </w:r>
      <w:r>
        <w:br/>
      </w:r>
      <w:r>
        <w:rPr>
          <w:b w:val="0"/>
          <w:i w:val="0"/>
        </w:rPr>
        <w:br/>
        <w:t>SEND YOUR REPORT</w:t>
      </w:r>
      <w:r>
        <w:br/>
      </w:r>
      <w:r>
        <w:rPr>
          <w:b w:val="0"/>
          <w:i w:val="0"/>
        </w:rPr>
        <w:br/>
        <w:t>Competitions</w:t>
      </w:r>
      <w:r>
        <w:br/>
      </w:r>
      <w:r>
        <w:rPr>
          <w:b w:val="0"/>
          <w:i w:val="0"/>
        </w:rPr>
        <w:br/>
        <w:t>TOP DOG</w:t>
      </w:r>
      <w:r>
        <w:br/>
      </w:r>
      <w:r>
        <w:rPr>
          <w:b w:val="0"/>
          <w:i w:val="0"/>
        </w:rPr>
        <w:br/>
        <w:t>TOP PUPPY</w:t>
      </w:r>
      <w:r>
        <w:br/>
      </w:r>
      <w:r>
        <w:rPr>
          <w:b w:val="0"/>
          <w:i w:val="0"/>
        </w:rPr>
        <w:br/>
        <w:t>TOP BREEDER</w:t>
      </w:r>
      <w:r>
        <w:br/>
      </w:r>
      <w:r>
        <w:rPr>
          <w:b w:val="0"/>
          <w:i w:val="0"/>
        </w:rPr>
        <w:br/>
        <w:t>TOP STUD</w:t>
      </w:r>
      <w:r>
        <w:br/>
      </w:r>
      <w:r>
        <w:rPr>
          <w:b w:val="0"/>
          <w:i w:val="0"/>
        </w:rPr>
        <w:br/>
        <w:t>TOP BROOD</w:t>
      </w:r>
      <w:r>
        <w:br/>
      </w:r>
      <w:r>
        <w:rPr>
          <w:b w:val="0"/>
          <w:i w:val="0"/>
        </w:rPr>
        <w:br/>
        <w:t>Members' Area</w:t>
      </w:r>
      <w:r>
        <w:br/>
      </w:r>
      <w:r>
        <w:rPr>
          <w:b w:val="0"/>
          <w:i w:val="0"/>
        </w:rPr>
        <w:br/>
        <w:t>BREED NOTES</w:t>
      </w:r>
      <w:r>
        <w:br/>
      </w:r>
      <w:r>
        <w:rPr>
          <w:b w:val="0"/>
          <w:i w:val="0"/>
        </w:rPr>
        <w:br/>
        <w:t>CHAMP SHOWS</w:t>
      </w:r>
      <w:r>
        <w:br/>
      </w:r>
      <w:r>
        <w:rPr>
          <w:b w:val="0"/>
          <w:i w:val="0"/>
        </w:rPr>
        <w:br/>
        <w:t>GENERAL SHOWS</w:t>
      </w:r>
      <w:r>
        <w:br/>
      </w:r>
      <w:r>
        <w:rPr>
          <w:b w:val="0"/>
          <w:i w:val="0"/>
        </w:rPr>
        <w:br/>
        <w:t>REGULAR FEATURES</w:t>
      </w:r>
      <w:r>
        <w:br/>
      </w:r>
      <w:r>
        <w:rPr>
          <w:b w:val="0"/>
          <w:i w:val="0"/>
        </w:rPr>
        <w:br/>
        <w:t>DIGITAL EDITION</w:t>
      </w:r>
      <w:r>
        <w:br/>
      </w:r>
      <w:r>
        <w:rPr>
          <w:b w:val="0"/>
          <w:i w:val="0"/>
        </w:rPr>
        <w:br/>
        <w:t>Sign up for our newsletter</w:t>
      </w:r>
      <w:r>
        <w:br/>
      </w:r>
      <w:r>
        <w:rPr>
          <w:b w:val="0"/>
          <w:i w:val="0"/>
        </w:rPr>
        <w:br/>
        <w:t>Subscribe</w:t>
      </w:r>
      <w:r>
        <w:br/>
      </w:r>
      <w:r>
        <w:rPr>
          <w:b w:val="0"/>
          <w:i w:val="0"/>
        </w:rPr>
        <w:br/>
        <w:t>Follow Us</w:t>
      </w:r>
    </w:p>
    <w:p>
      <w:r>
        <w:rPr>
          <w:b w:val="0"/>
          <w:i w:val="0"/>
        </w:rPr>
        <w:t>© Our Dogs Publishing All Rights Reserved. | Privacy Policy</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Aptos" w:hAnsi="Aptos"/>
      <w:sz w:val="22"/>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