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- 25/08/2023 - ISSUE"</w:t>
      </w:r>
      <w:r>
        <w:br/>
      </w:r>
      <w:r>
        <w:rPr>
          <w:b w:val="0"/>
          <w:i w:val="0"/>
        </w:rPr>
        <w:br/>
        <w:t>date_original: "25/08/2023 - ISSUE"</w:t>
      </w:r>
      <w:r>
        <w:br/>
      </w:r>
      <w:r>
        <w:rPr>
          <w:b w:val="0"/>
          <w:i w:val="0"/>
        </w:rPr>
        <w:br/>
        <w:t>source_url: "https://www.ourdogs.co.uk/members/breednotes/RetrieverLabradorMain.php"</w:t>
      </w:r>
      <w:r>
        <w:br/>
      </w:r>
      <w:r>
        <w:rPr>
          <w:b w:val="0"/>
          <w:i w:val="0"/>
        </w:rPr>
        <w:br/>
        <w:t>scraped_at: "2026-09-13T15:09:28"</w:t>
      </w:r>
      <w:r>
        <w:br/>
      </w:r>
      <w:r>
        <w:rPr>
          <w:b w:val="0"/>
          <w:i w:val="0"/>
        </w:rPr>
        <w:br/>
        <w:t>word_count: 2215</w:t>
      </w:r>
    </w:p>
    <w:p>
      <w:r>
        <w:t>――――――――――――――――――――――――――――――</w:t>
      </w:r>
    </w:p>
    <w:p>
      <w:r>
        <w:rPr>
          <w:b w:val="0"/>
          <w:i w:val="0"/>
        </w:rPr>
        <w:t>NEWS MEMBERS' AREA SHOP SUBSCRIBE UPCOMING SHOWS MORE</w:t>
      </w:r>
    </w:p>
    <w:p>
      <w:r>
        <w:rPr>
          <w:b w:val="0"/>
          <w:i w:val="0"/>
        </w:rPr>
        <w:t>RETRIEVER LABRADOR</w:t>
      </w:r>
    </w:p>
    <w:p>
      <w:r>
        <w:rPr>
          <w:b w:val="0"/>
          <w:i w:val="0"/>
        </w:rPr>
        <w:t>Issue: 25/08/2023</w:t>
      </w:r>
    </w:p>
    <w:p>
      <w:r>
        <w:rPr>
          <w:b w:val="0"/>
          <w:i w:val="0"/>
        </w:rPr>
        <w:t>Results of unbenched Bournemouth ChShow with Gundog judging held on Monday 14th August.</w:t>
      </w:r>
    </w:p>
    <w:p>
      <w:r>
        <w:rPr>
          <w:b w:val="0"/>
          <w:i w:val="0"/>
        </w:rPr>
        <w:t>The Judge was Mrs P Butler-Holly with 90 dogs and bitches entered less 9 absentees. 81 judged. Total entry for the show over 3 days was 4425 dogs and bitches - all breeds.</w:t>
      </w:r>
    </w:p>
    <w:p>
      <w:r>
        <w:rPr>
          <w:b w:val="0"/>
          <w:i w:val="0"/>
        </w:rPr>
        <w:t>Dog CC: Jean and Gary Johnsons yellow Sh Ch Cremino Calabrese</w:t>
      </w:r>
    </w:p>
    <w:p>
      <w:r>
        <w:rPr>
          <w:b w:val="0"/>
          <w:i w:val="0"/>
        </w:rPr>
        <w:t>Res Dog CC: Hodge familyÃ¢â‚¬â„¢s black Sh Ch Ir Sh Ch Naiken East Meets West (ai) JW</w:t>
      </w:r>
    </w:p>
    <w:p>
      <w:r>
        <w:rPr>
          <w:b w:val="0"/>
          <w:i w:val="0"/>
        </w:rPr>
        <w:t xml:space="preserve">Bitch CC and BEST OF BREED: Ed Casey and Erica Jayes yellow Sh Ch Lapema Masquerade at Sandylands </w:t>
      </w:r>
    </w:p>
    <w:p>
      <w:r>
        <w:rPr>
          <w:b w:val="0"/>
          <w:i w:val="0"/>
        </w:rPr>
        <w:t>Res Bitch CC: Fiona and Derek Braddons yellow Trendlewood Tiger Lily</w:t>
      </w:r>
    </w:p>
    <w:p>
      <w:r>
        <w:rPr>
          <w:b w:val="0"/>
          <w:i w:val="0"/>
        </w:rPr>
        <w:t>Best Puppy: Ganney Allen and Hess Darrabol Amphitrite With Allenie (AI)</w:t>
      </w:r>
    </w:p>
    <w:p>
      <w:r>
        <w:rPr>
          <w:b w:val="0"/>
          <w:i w:val="0"/>
        </w:rPr>
        <w:t>Best Special Beginner Miss K L Jones SerengochÃ¢â‚¬â„¢s Chevrolet (A.i.)</w:t>
      </w:r>
    </w:p>
    <w:p>
      <w:r>
        <w:rPr>
          <w:b w:val="0"/>
          <w:i w:val="0"/>
        </w:rPr>
        <w:t>There are 112 Labradors entered at forthcoming 4 day benched Driffield. Labs are on Bank Holiday Monday 28th August with judge Claire Mills (Lembas) officiating at Wetherby Racecourse. A long day ahead for Claire if the M1, M42 and M5 are all in their usual, Bank Holiday go-slow-mode on the homeward journey to Somerset. Took me 7 hours just to get back to Herefordshire last time I went to Driffield; SomersetÃ¢â‚¬â„¢s a lot further on!</w:t>
      </w:r>
    </w:p>
    <w:p>
      <w:r>
        <w:rPr>
          <w:b w:val="0"/>
          <w:i w:val="0"/>
        </w:rPr>
        <w:t>As readers are happily saying how much they are enjoying reading and reminiscing the 2003 Labrador breed notes, in a quiet news week, here are the notes for this week twenty years ago. Looks like UK sunny, summer hot weather hadnÃ¢â‚¬â„¢t raised so much alarm and drama then.</w:t>
      </w:r>
    </w:p>
    <w:p>
      <w:r>
        <w:rPr>
          <w:b w:val="0"/>
          <w:i w:val="0"/>
        </w:rPr>
        <w:t xml:space="preserve">Notes 2003 Ã¢â‚¬Å"Phew. Well, with the hottest shade temperatures ever recorded, peaking at 101 degrees F in Kent, the summer of 2003 is well and truly in the record books. It has certainly had an effect on dogÃ¢â‚¬â„¢s coats and those of mine, who had already moulted and renewed theirs, are now moulting once again to cool down. </w:t>
      </w:r>
    </w:p>
    <w:p>
      <w:r>
        <w:rPr>
          <w:b w:val="0"/>
          <w:i w:val="0"/>
        </w:rPr>
        <w:t xml:space="preserve">I am forever filling water buckets and troughs, as youngsters splosh about in them, spilling water all over the place, so there is nothing left for the others to drink. A filled bucket is lasting about ten minutes, after which time it needs refilling yet again. We have buckets in holders, buckets in tyres, buckets in buckets, none are able to withstand the onslaught! </w:t>
      </w:r>
    </w:p>
    <w:p>
      <w:r>
        <w:rPr>
          <w:b w:val="0"/>
          <w:i w:val="0"/>
        </w:rPr>
        <w:t xml:space="preserve">A letter from Donna Goodall, Beaverbrook, shows the fun one of her dogs is having keeping his home and garden cool. </w:t>
      </w:r>
    </w:p>
    <w:p>
      <w:r>
        <w:rPr>
          <w:b w:val="0"/>
          <w:i w:val="0"/>
        </w:rPr>
        <w:t xml:space="preserve">Donna writes:- Ã¢â‚¬Å"Benson, my young dog, insists on cocking his leg into the bird bath in the garden. One morning recently, I was yet again, hose pipe in hand, washing out the bird bath, prior to re-filling it. The blackbirds were all waiting on the fence for me to finish, when I heard the door-bell ring. I was expecting a parcel, so dropped the hose and went to answer the door. </w:t>
      </w:r>
    </w:p>
    <w:p>
      <w:r>
        <w:rPr>
          <w:b w:val="0"/>
          <w:i w:val="0"/>
        </w:rPr>
        <w:t xml:space="preserve">Now, my hose is on one of those self-winding retractable contraptions, whereby it clicks after every meter on a ratchet system. You just pull past the click to the next one for extra length, but if you let go in between clicks, the whole thing winds back in. </w:t>
      </w:r>
    </w:p>
    <w:p>
      <w:r>
        <w:rPr>
          <w:b w:val="0"/>
          <w:i w:val="0"/>
        </w:rPr>
        <w:t xml:space="preserve">Whilst I was dealing with my parcel at the front door, Benson (bless his heart) had decided to give the hose a bit of a tug. </w:t>
      </w:r>
    </w:p>
    <w:p>
      <w:r>
        <w:rPr>
          <w:b w:val="0"/>
          <w:i w:val="0"/>
        </w:rPr>
        <w:t xml:space="preserve">As he is quite strong, he managed to pull it past the ratchet, whereupon the hose started to retract. Because there is a trigger on the end of the hose, every time he got this in his mouth, he found that he could squirt water everywhere, and each time this happened he got more and more excited with his wonderfully amusing new game. </w:t>
      </w:r>
    </w:p>
    <w:p>
      <w:r>
        <w:rPr>
          <w:b w:val="0"/>
          <w:i w:val="0"/>
        </w:rPr>
        <w:t xml:space="preserve">When I returned to the back garden, I found that Benson had by now disappeared into the house, dragging into the Dining Room his new toy, the still-squirting hosepipe! </w:t>
      </w:r>
    </w:p>
    <w:p>
      <w:r>
        <w:rPr>
          <w:b w:val="0"/>
          <w:i w:val="0"/>
        </w:rPr>
        <w:t xml:space="preserve">By the time I arrived, the game had being going on for some minutes and water was running down the walls, off the light fittings, over the TV, etc., etc. Luckily, the carpet, although soaked, is waterproof, so survived! </w:t>
      </w:r>
    </w:p>
    <w:p>
      <w:r>
        <w:rPr>
          <w:b w:val="0"/>
          <w:i w:val="0"/>
        </w:rPr>
        <w:t xml:space="preserve">At the cost of becoming totally drenched, I eventually managed to separate Benson from his hosepipe, re-wind it and put the lock catch down, just in time for the window cleaner to arrive. He took one look and said that cooling off with a hose was a good idea in this weather, but wouldnÃ¢â‚¬â„¢t it be better to do it outside!!Ã¢â‚¬Â </w:t>
      </w:r>
    </w:p>
    <w:p>
      <w:r>
        <w:rPr>
          <w:b w:val="0"/>
          <w:i w:val="0"/>
        </w:rPr>
        <w:t xml:space="preserve">Many thanks for that, Donna. Its is one of several amusing hose pipe stories I have heard during the past couple of weeks. Labradors do so enjoy water! </w:t>
      </w:r>
    </w:p>
    <w:p>
      <w:r>
        <w:rPr>
          <w:b w:val="0"/>
          <w:i w:val="0"/>
        </w:rPr>
        <w:t xml:space="preserve">I am afraid I have given the shows up whilst it is so hot. We are not really set up in this country for such a long spell of excessive heat but, luckily, most modern cars do at least have air conditioning, which keeps those dogs, who are being transported to shows, in reasonable comfort. Once at the showground, however, it can become pretty difficult keeping animals cool in hot, covered benching tents or outside in sun-baked rings. The shade of a leafy tree is at a premium. </w:t>
      </w:r>
    </w:p>
    <w:p>
      <w:r>
        <w:rPr>
          <w:b w:val="0"/>
          <w:i w:val="0"/>
        </w:rPr>
        <w:t xml:space="preserve">I am sure, at the moment, everyone is mightily pleased to see a cold water tap somewhere near their breed benches. I hear exhibitors have even been lugging huge bags of already wet towels, brought from home, into the showground to drape over their dogs once benched. Such a heavy job. </w:t>
      </w:r>
    </w:p>
    <w:p>
      <w:r>
        <w:rPr>
          <w:b w:val="0"/>
          <w:i w:val="0"/>
        </w:rPr>
        <w:t xml:space="preserve">Doubtless we shall soon be deluged with the usual UK rain, so enjoy this weather whilst it lasts! </w:t>
      </w:r>
    </w:p>
    <w:p>
      <w:r>
        <w:rPr>
          <w:b w:val="0"/>
          <w:i w:val="0"/>
        </w:rPr>
        <w:t xml:space="preserve">Talking of which, we did have a short, sharp thunderstorm during the very hot weather last week and as the lightening flashed and the thunder banged, I was cleaning out the kennels and the thought struck me that the long metal-handled poop-scooper could double as a very effective lightening conductor. I therefore decided to abandon the task until tranquillity returned. </w:t>
      </w:r>
    </w:p>
    <w:p>
      <w:r>
        <w:rPr>
          <w:b w:val="0"/>
          <w:i w:val="0"/>
        </w:rPr>
        <w:t xml:space="preserve">Bournemouth Ch Show was held in Brockenhurst Park on the hottest day of the heat wave. I stayed at home once again, not wishing to travel in such heat. I understand that there was the usual post- 9am hold-up in Lyndhurst, which meant some exhibitors were more or less parked in the town, in a queue of holiday traffic for a whole hour. Luckily word of this got through to the show officials, (three cheers for mobile phones - they do have their uses, other than annoying everyone during Best in Show or on the train). Judging was delayed accordingly. </w:t>
      </w:r>
    </w:p>
    <w:p>
      <w:r>
        <w:rPr>
          <w:b w:val="0"/>
          <w:i w:val="0"/>
        </w:rPr>
        <w:t xml:space="preserve">For future years, it is well worth investigating other routes and not going through Lyndhurst to Bournemouth Ch Show. For me a far easier route is via Burley and Burley Gate, only about four miles from Brockenhurst Park where the show is held. On this route the only hold up is the odd wild pony or group of meandering Highland cattle, it completely misses all built up areas and is well worth looking up on your maps. </w:t>
      </w:r>
    </w:p>
    <w:p>
      <w:r>
        <w:rPr>
          <w:b w:val="0"/>
          <w:i w:val="0"/>
        </w:rPr>
        <w:t xml:space="preserve">The judges were Mr Gordon Howells (Dogs) and Mrs Janet Cole (Bitches). Best of Breed, having won her all important third CC on the day, was Lorraine ToothÃ¢â‚¬â„¢s yellow bitch Ludalor Lilly (Ludalor Lloyd ex Tuxford Yellow Rose at Ludalor). Many congratulations Lorraine on making up your second champion bitch. </w:t>
      </w:r>
    </w:p>
    <w:p>
      <w:r>
        <w:rPr>
          <w:b w:val="0"/>
          <w:i w:val="0"/>
        </w:rPr>
        <w:t>The Res Bitch CC was won by Carole and David CoodeÃ¢â‚¬â„¢s black WarringahÃ¢â‚¬â„¢s Dee Why.</w:t>
      </w:r>
    </w:p>
    <w:p>
      <w:r>
        <w:rPr>
          <w:b w:val="0"/>
          <w:i w:val="0"/>
        </w:rPr>
        <w:t>Adding yet another Dog CC to his name, was Mrs J &amp; Messrs J &amp; M RawlinsonÃ¢â‚¬â„¢s black Sh Ch Fullwell Frolic with Halshimoor JW, whilst Erica Jayes and Garner AnthonyÃ¢â‚¬â„¢s yellow Sh Ch Tapeatom Gadding Around at Sandylands won another RCC.</w:t>
      </w:r>
    </w:p>
    <w:p>
      <w:r>
        <w:rPr>
          <w:b w:val="0"/>
          <w:i w:val="0"/>
        </w:rPr>
        <w:t xml:space="preserve">Best Puppy was Mr D &amp; Mrs L Miles black dog Llanstinan Llewelyn (Sh Ch Rockabee Blue Peter at Sandylands ex Susan Said So at Llanstinan). </w:t>
      </w:r>
    </w:p>
    <w:p>
      <w:r>
        <w:rPr>
          <w:b w:val="0"/>
          <w:i w:val="0"/>
        </w:rPr>
        <w:t xml:space="preserve">Four days later the United Retriever Ch Show was held at Malvern, once again bathed in sunshine, with the temperature slightly dropped to a mere 28degrees C. </w:t>
      </w:r>
    </w:p>
    <w:p>
      <w:r>
        <w:rPr>
          <w:b w:val="0"/>
          <w:i w:val="0"/>
        </w:rPr>
        <w:t xml:space="preserve">Here the judges were Ronwyn Phillips (Dogs) and David Craig (Bitches). The breed excelled itself producing the Reserve Best in Show winner Sh Ch Tullochmohr Thespian and the Best Puppy in Show winner, Llanstinan Llewelyn under BIS judge Meriel Hathaway. </w:t>
      </w:r>
    </w:p>
    <w:p>
      <w:r>
        <w:rPr>
          <w:b w:val="0"/>
          <w:i w:val="0"/>
        </w:rPr>
        <w:t xml:space="preserve">The Bitch CC winner, Best of Breed and Res Best in Show was Diana Downey TullochÃ¢â‚¬â„¢s yellow Sh Ch Tullochmohr Thespian. The Res bitch CC was won by Carole and David CoodeÃ¢â‚¬â„¢s yellow WarringahÃ¢â‚¬â„¢s Bunya (Ch WarringahÃ¢â‚¬â„¢s Digger ex WarringahÃ¢â‚¬â„¢s Bunyip) </w:t>
      </w:r>
    </w:p>
    <w:p>
      <w:r>
        <w:rPr>
          <w:b w:val="0"/>
          <w:i w:val="0"/>
        </w:rPr>
        <w:t xml:space="preserve">The Dog CC was a first in this country for the black dog Weathertop Storm Cloud, owned by John Crook and his wife Saudjie, newly returned to the UK from living in California and now resident back at JohnÃ¢â‚¬â„¢s former home in North Wales. Storm Cloud is by Balrion Ring Round the World ex Beechcroft Weathertop Wind. Poor John was sporting a newly broken ankle. </w:t>
      </w:r>
    </w:p>
    <w:p>
      <w:r>
        <w:rPr>
          <w:b w:val="0"/>
          <w:i w:val="0"/>
        </w:rPr>
        <w:t xml:space="preserve">The Res Dog CC was won by Diana Downey TullochÃ¢â‚¬â„¢s black Sh Ch Tullochmohr Final Edition. </w:t>
      </w:r>
    </w:p>
    <w:p>
      <w:r>
        <w:rPr>
          <w:b w:val="0"/>
          <w:i w:val="0"/>
        </w:rPr>
        <w:t>Best Puppy in Breed and Best Puppy in Show was Lynda and Derek Miles black dog Llanstinan Llewelyn (Sh Ch Rockabee Blue Peter of Sandylands ex Susan Said So of Llanstinan)</w:t>
      </w:r>
    </w:p>
    <w:p>
      <w:r>
        <w:rPr>
          <w:b w:val="0"/>
          <w:i w:val="0"/>
        </w:rPr>
        <w:t xml:space="preserve">The LRC has organised another A.V. Retriever SGWC day at Hatton Grange Estate, near Shifnal in South Shropshire, courtesy of Rupert Kenyon-Slaney Esq. The grounds are quite close to the M54 &amp; M6 motorways. The date is Saturday 22nd November and the event will be part of a regular shoot day, at least one A panel judge will officiate. Retrievers &amp; IWS (which are assessed as working Retrievers not Spaniels) that have won a 1st at a UK championship show are eligible for entry. The purpose of the day is to assess natural working ability in accordance with the KC regulations for a show gundog working certificate. Such working events can encourage owners to work their show dogs. Show champions, which qualify for a SGWC then become full champions. Janice Pritchard (Charway) has agreed to assist Terry Bailey, the LRC field trial secretary, so if you are interested please send a SAE to: Janice Pritchard, New Cottage, WilleyMoor Lane, Tushingham, Whitchurch, Shropshire SY13 4QW. More information will follow at a later date. </w:t>
      </w:r>
    </w:p>
    <w:p>
      <w:r>
        <w:rPr>
          <w:b w:val="0"/>
          <w:i w:val="0"/>
        </w:rPr>
        <w:t>From Scotland Jim Nolan, former breed note writer after Dot Gardner until the 1990s added the following in 2003.</w:t>
      </w:r>
    </w:p>
    <w:p>
      <w:r>
        <w:rPr>
          <w:b w:val="0"/>
          <w:i w:val="0"/>
        </w:rPr>
        <w:t xml:space="preserve">Ã¢â‚¬Å"Scottish exhibitor, Diana Downey-Tulloch had a great day at the United Ret. Championship Show at the Three Counties Showground, Malvern. After winning her 5th CC, and then BoB with her Sh Ch TULLOCHMOHR THESPIAN she then went RBIS. Bitch Judge, David Craig kept his jacket on in sweltering heat but somehow remained Ã¢â‚¬Å"coolÃ¢â‚¬Â and together with his co-judge, Ronwen Phillips, awarded Thespian BoB. His RCC winner was David and Carol CoodeÃ¢â‚¬â„¢s WARRINGHAHÃ¢â‚¬â„¢S DEE WHY (her 10th!) Ronwen welcomed home John and Saudjie Crook from America with a 1st CC for WEATHERTOP STORM CLOUD (Balrion Ring Around The World x Beechcroft Weathertop Wind). Saudjie the handler of Storm Cloud, with husband John was sitting in the shade all day nursing a chipped ankle bone but enjoyed a day home in the UK at an excellent venue. She complains she keeps getting lost while driving around Wales but she certainly knows her way around the ring. RCC was Diana Downey-TullochÃ¢â‚¬â„¢s Sh Ch TULLOCHMOHR FINAL EDITION, ensuring this kennelÃ¢â‚¬â„¢s long trip was indeed worthwhile, despite suffering a long delay on the return trip to Ayrshire with the terrible hold up most of the Scots suffered on the M6 at Junction 13. She elected to leave the M5 before joining the M6 but her trip was slow with congestion everywhere. We on the other hand got stuck for 2 hours above Birmingham and when it cleared had busy roads all the way to our cut-off for our daughterÃ¢â‚¬â„¢s home in Ayrshire as we could not face a further 3 hours drive to Argyll. A disappointing end to a very good dog showÃ¢â‚¬Â end of the August 2003 notes. </w:t>
      </w:r>
    </w:p>
    <w:p>
      <w:r>
        <w:rPr>
          <w:b w:val="0"/>
          <w:i w:val="0"/>
        </w:rPr>
        <w:t>Traffic wise it looks as though there have been no improvements since then; the M6 north of Birmingham still very annoyingly slow.Ã¢â‚¬Â</w:t>
      </w:r>
    </w:p>
    <w:p>
      <w:r>
        <w:rPr>
          <w:b w:val="0"/>
          <w:i w:val="0"/>
        </w:rPr>
        <w:t xml:space="preserve">Interesting to re read the names of the top winning labs of those 2003 days from numerically huge entries. 99% were or became champions. The standard was brilliant.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