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- 20/12/2002"</w:t>
      </w:r>
      <w:r>
        <w:br/>
      </w:r>
      <w:r>
        <w:rPr>
          <w:b w:val="0"/>
          <w:i w:val="0"/>
        </w:rPr>
        <w:br/>
        <w:t>date_original: "20/12/2002"</w:t>
      </w:r>
      <w:r>
        <w:br/>
      </w:r>
      <w:r>
        <w:rPr>
          <w:b w:val="0"/>
          <w:i w:val="0"/>
        </w:rPr>
        <w:br/>
        <w:t>source_url: "https://www.ourdogs.co.uk/members/breednotes/2002/RetrieverLabrador/December2002/RetrieverLabrador201202.htm"</w:t>
      </w:r>
      <w:r>
        <w:br/>
      </w:r>
      <w:r>
        <w:rPr>
          <w:b w:val="0"/>
          <w:i w:val="0"/>
        </w:rPr>
        <w:br/>
        <w:t>archive_type: "static_html"</w:t>
      </w:r>
      <w:r>
        <w:br/>
      </w:r>
      <w:r>
        <w:rPr>
          <w:b w:val="0"/>
          <w:i w:val="0"/>
        </w:rPr>
        <w:br/>
        <w:t>scraped_at: "2026-09-13T22:18:21"</w:t>
      </w:r>
      <w:r>
        <w:br/>
      </w:r>
      <w:r>
        <w:rPr>
          <w:b w:val="0"/>
          <w:i w:val="0"/>
        </w:rPr>
        <w:br/>
        <w:t>word_count: 845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little job for you to do over Christmas! It is now the time of year to remember to pay your breed club subscriptions for 2003. To be of help, I am listing the information supplied by those I have to hand.</w:t>
      </w:r>
    </w:p>
    <w:p>
      <w:r>
        <w:rPr>
          <w:b w:val="0"/>
          <w:i w:val="0"/>
        </w:rPr>
        <w:t>1) The Labrador Retriever Club: Single £8 and Joint £10 Hon Treasurer Mrs C Capewell, Forest Lodge, Hazelborough Forest, Northants NN13 5TU</w:t>
      </w:r>
      <w:r>
        <w:br/>
      </w:r>
      <w:r>
        <w:rPr>
          <w:b w:val="0"/>
          <w:i w:val="0"/>
        </w:rPr>
        <w:br/>
        <w:t>2) Midland Counties Labrador Retriever Club: Single £8, Joint £10 and Gamekeepers £2 Hon Treasurer Mr B.L. Hepworth, Broadacres, Mill Lane, Rawcliffe, Nr Goole, Yorkshire DN14 8ND</w:t>
      </w:r>
      <w:r>
        <w:br/>
      </w:r>
      <w:r>
        <w:rPr>
          <w:b w:val="0"/>
          <w:i w:val="0"/>
        </w:rPr>
        <w:br/>
        <w:t>3) The Yellow Labrador Club : Single £3.50 and Joint £5.00 Treasurer Mrs M Clayton, Ardmargha Cottage, Brighthampton, Witney, Oxon</w:t>
      </w:r>
      <w:r>
        <w:br/>
      </w:r>
      <w:r>
        <w:rPr>
          <w:b w:val="0"/>
          <w:i w:val="0"/>
        </w:rPr>
        <w:br/>
        <w:t>4) Three Ridings Labrador Retriever Club : Single £5.50, Joint £7, Gamekeepers £1, and Juniors 50p. Hon Treasurer - Mrs M. Rooth, Stone-Bow, Cinder Lane, Kirkhouse Green, Doncaster, S.Yorks DN7 5TA</w:t>
      </w:r>
      <w:r>
        <w:br/>
      </w:r>
      <w:r>
        <w:rPr>
          <w:b w:val="0"/>
          <w:i w:val="0"/>
        </w:rPr>
        <w:br/>
        <w:t>5) East Anglian Labrador Retriever Club : Single £6 and Joint £8 Due October 2002 Secretary Mrs Janet Cole, Station Farm, Manea, Cambs PE15 0HQ</w:t>
      </w:r>
      <w:r>
        <w:br/>
      </w:r>
      <w:r>
        <w:rPr>
          <w:b w:val="0"/>
          <w:i w:val="0"/>
        </w:rPr>
        <w:br/>
        <w:t>6) Labrador Club of Wales : Single £5 and Joint £8 : Treasurer Mrs M Barker, Haulwen, Church Lane, Nantgarw, Cardiff CF15 7TQ</w:t>
      </w:r>
      <w:r>
        <w:br/>
      </w:r>
      <w:r>
        <w:rPr>
          <w:b w:val="0"/>
          <w:i w:val="0"/>
        </w:rPr>
        <w:br/>
        <w:t>7) Cotswold and Wyevern Labrador Retriever Club: Single £4.50 and Joint £6.50 ; Secretary- Mrs Janet Cook 7 Dolphin Close, St Johns, Worcester WR2 6BG</w:t>
      </w:r>
    </w:p>
    <w:p>
      <w:r>
        <w:rPr>
          <w:b w:val="0"/>
          <w:i w:val="0"/>
        </w:rPr>
        <w:t>There are some excellent breed club Open Shows scheduled for January and February, to get the new year off to a good start, amongst them Midland Counties LRC Open Show in early January, schedules from Mrs J Hodge, Show Secretary, tel 01926 843114; Three Ridings Lab Club Open Show on 26th Jan where Andrew Brace is the judge, Schedules from Mrs Pat Gill 01943 467926 and Cotswold and Wyevern LRC Open Show on 15th February at Norton Parish Hall near Worcester, where Mrs Sian Ellis is the judge, schedules from Mrs Janet Cook on 01905 423942.</w:t>
      </w:r>
    </w:p>
    <w:p>
      <w:r>
        <w:rPr>
          <w:b w:val="0"/>
          <w:i w:val="0"/>
        </w:rPr>
        <w:t>The Welsh Labrador Club are holding their annual Championship show on 1st February at Llanishen Leisure Centre, Near Cardiff and here the judges are Miss Caron Morton (Dakross) Dogs and Mrs Margaret Robinson (Kampsel) Bitches. Schedules for this event from Mrs J Povall 01633 422638</w:t>
      </w:r>
    </w:p>
    <w:p>
      <w:r>
        <w:rPr>
          <w:b w:val="0"/>
          <w:i w:val="0"/>
        </w:rPr>
        <w:t>On the home front, Mary Rose has thrown off her restrained cloak of responsibility and having safely seen most of her nine week old brood off to their new homes, is now back to her old carefree ways, galloping around the paddock, ears (and everything else) flying in the freezing wind as she catches up on two months of missed entertainment and high jinks.</w:t>
      </w:r>
    </w:p>
    <w:p>
      <w:r>
        <w:rPr>
          <w:b w:val="0"/>
          <w:i w:val="0"/>
        </w:rPr>
        <w:t>As a paragon of motherhood she really did excel herself, much to everyones complete and utter surprise, but now she is a free spirit again and raring to go. Sadly, the temperature being sub-zero in the piercing wind, no one wants to go with her!</w:t>
      </w:r>
    </w:p>
    <w:p>
      <w:r>
        <w:rPr>
          <w:b w:val="0"/>
          <w:i w:val="0"/>
        </w:rPr>
        <w:t>Wishing a very good Christmas and New Year to all those who enjoy and contribute to these Labrador Breed Notes both at home and abroad.</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