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- 22/01/2016 - ISSUE"</w:t>
      </w:r>
      <w:r>
        <w:br/>
      </w:r>
      <w:r>
        <w:rPr>
          <w:b w:val="0"/>
          <w:i w:val="0"/>
        </w:rPr>
        <w:br/>
        <w:t>date_original: "22/01/2016 - ISSUE"</w:t>
      </w:r>
      <w:r>
        <w:br/>
      </w:r>
      <w:r>
        <w:rPr>
          <w:b w:val="0"/>
          <w:i w:val="0"/>
        </w:rPr>
        <w:br/>
        <w:t>source_url: "https://www.ourdogs.co.uk/members/breednotes/RetrieverLabradorMain.php"</w:t>
      </w:r>
      <w:r>
        <w:br/>
      </w:r>
      <w:r>
        <w:rPr>
          <w:b w:val="0"/>
          <w:i w:val="0"/>
        </w:rPr>
        <w:br/>
        <w:t>scraped_at: "2026-09-13T15:29:40"</w:t>
      </w:r>
      <w:r>
        <w:br/>
      </w:r>
      <w:r>
        <w:rPr>
          <w:b w:val="0"/>
          <w:i w:val="0"/>
        </w:rPr>
        <w:br/>
        <w:t>word_count: 1036</w:t>
      </w:r>
    </w:p>
    <w:p>
      <w:r>
        <w:t>――――――――――――――――――――――――――――――</w:t>
      </w:r>
    </w:p>
    <w:p>
      <w:r>
        <w:rPr>
          <w:b w:val="0"/>
          <w:i w:val="0"/>
        </w:rPr>
        <w:t>NEWS MEMBERS' AREA SHOP SUBSCRIBE UPCOMING SHOWS MORE</w:t>
      </w:r>
    </w:p>
    <w:p>
      <w:r>
        <w:rPr>
          <w:b w:val="0"/>
          <w:i w:val="0"/>
        </w:rPr>
        <w:t>RETRIEVER LABRADOR</w:t>
      </w:r>
    </w:p>
    <w:p>
      <w:r>
        <w:rPr>
          <w:b w:val="0"/>
          <w:i w:val="0"/>
        </w:rPr>
        <w:t>Issue: 22/01/2016</w:t>
      </w:r>
    </w:p>
    <w:p>
      <w:r>
        <w:rPr>
          <w:b w:val="0"/>
          <w:i w:val="0"/>
        </w:rPr>
        <w:t>Retriever Labrador</w:t>
      </w:r>
    </w:p>
    <w:p>
      <w:r>
        <w:rPr>
          <w:b w:val="0"/>
          <w:i w:val="0"/>
        </w:rPr>
        <w:t>Mark Rawlinson judged a lovely entry of 269 dogs and bitches at Manchester on a cold grey snowy January Sunday. The Dog CC was the all important third CC for Hannah Bainbridges classic black, Southridge Sky Rocket to Hannabee bred by the Davies. His first CC came from Karl Gawthorpe at Three Ridings LRC in 2014, his second from Alan Porter at the Joint Lab Club show in 2014 and now his third under Mark Rawlinson at Manchester. Many congratulations!</w:t>
      </w:r>
    </w:p>
    <w:p>
      <w:r>
        <w:rPr>
          <w:b w:val="0"/>
          <w:i w:val="0"/>
        </w:rPr>
        <w:t>The Dog RCC was won by the Reynolds black Sh Ch Carromer Blue Lagoon. Best of Breed and gundog group 2 was won by the Mills yellow Lembas Pretty Amazing Grace whilst the Bitch RCC went to Fiona Braddons yellow, Sh Ch Trendlewood Silent Night JW. Best Puppy was Caroline Cambells yellow Binnaig Atomic Blonde.</w:t>
      </w:r>
    </w:p>
    <w:p>
      <w:r>
        <w:rPr>
          <w:b w:val="0"/>
          <w:i w:val="0"/>
        </w:rPr>
        <w:t>The previous weekend, Midland Counties Labrador Retriever Club held their popular Open Show at Melton Mowbray. The judge was Mrs Di Beer (Tarkabbey) and her winners were - Best Bitch and Best in Show, Brian and Trish Parrotts Lougin Lyin</w:t>
      </w:r>
    </w:p>
    <w:p>
      <w:r>
        <w:rPr>
          <w:b w:val="0"/>
          <w:i w:val="0"/>
        </w:rPr>
        <w:t>Eyes JW. Reserve Best in Show, another bitch, Mervyn and Carole Reynolds Carromers Shimmering Tiara JW. Best Opposite Sex was Marion Hopkinsons dog, Rocheby Old Punch. Best Puppy in Show was David Coodes chocolate Minor Puppy, Warringahs Gulwarra, whilst Best Veteran was Ms Beans chocolate Naiken Celtic Jeweler at Celtwood.</w:t>
      </w:r>
    </w:p>
    <w:p>
      <w:r>
        <w:rPr>
          <w:b w:val="0"/>
          <w:i w:val="0"/>
        </w:rPr>
        <w:t>You can tell the weather has been bad as there have been various interesting and lengthy discussions going on on Facebook, some contentious, some positive, some very thought provoking.</w:t>
      </w:r>
    </w:p>
    <w:p>
      <w:r>
        <w:rPr>
          <w:b w:val="0"/>
          <w:i w:val="0"/>
        </w:rPr>
        <w:t>There was a discussion on how many years judges spent breeding and showing dogs, learning and recognising the particular foibles and growing stages of the breed, from raw youngster, through slow maturing adult, to long lived Veteran, before they felt happy to promote themselves as " a judge" of others stock.</w:t>
      </w:r>
    </w:p>
    <w:p>
      <w:r>
        <w:rPr>
          <w:b w:val="0"/>
          <w:i w:val="0"/>
        </w:rPr>
        <w:t>The majority who joined the discussion had done their lengthy apprenticeship and had learnt informally at the knee of respected breed specialists. After a while they had gone on to breed their first litters and had shown successfully for, on average, around ten years, before they started judging at Open level, which does highlight the difference with the modern, go fast, situation in all breeds where after just a couple of years of owning a first dog, judging invitations are anticipated and looked forward to by some.</w:t>
      </w:r>
    </w:p>
    <w:p>
      <w:r>
        <w:rPr>
          <w:b w:val="0"/>
          <w:i w:val="0"/>
        </w:rPr>
        <w:t>I was born into a dog showing family, but despite being asked to judge, for a long time turned the invitations down, I felt it would be impudent to comment on others dogs without first proving myself in my chosen breed, Labradors. So, I set myself the hardest of tasks; once I had BRED, not bought, a Labrador CC winner I would perhaps accept an Open Show appointment .</w:t>
      </w:r>
    </w:p>
    <w:p>
      <w:r>
        <w:rPr>
          <w:b w:val="0"/>
          <w:i w:val="0"/>
        </w:rPr>
        <w:t>I stuck to this, gaining much personal experience on the way, happiness and heartbreak, through the ups and downs of breeding, rearing and showing good dogs.</w:t>
      </w:r>
    </w:p>
    <w:p>
      <w:r>
        <w:rPr>
          <w:b w:val="0"/>
          <w:i w:val="0"/>
        </w:rPr>
        <w:t>Eventually, in the end, I DID breed my CC winner and reluctantly, screaming and kicking against the idea, I was told I had to honour my pledge to start judging.</w:t>
      </w:r>
    </w:p>
    <w:p>
      <w:r>
        <w:rPr>
          <w:b w:val="0"/>
          <w:i w:val="0"/>
        </w:rPr>
        <w:t>Open shows had numerically huge classes in those days. 100 exhibits in the breed at an Open show was not abnormal.</w:t>
      </w:r>
    </w:p>
    <w:p>
      <w:r>
        <w:rPr>
          <w:b w:val="0"/>
          <w:i w:val="0"/>
        </w:rPr>
        <w:t>Dreading what lay ahead, wIth thumping heart and trembling knees, I waited at the ringside to start my very first judging appointment. However, unbelievably, once in the ring and going over the dogs I found I had relaxed and was thoroughly enjoying myself. All the fear had evaporated, my confidence bolstered by an in depth, knowledge of the breed built up naturally from years of practical experience. Mind you, it does help if you are dog mad and absolutely in love with all dogs, especially our breed and can enjoy every lovely, jolly, waggy Labrador who comes forward for appraisal.</w:t>
      </w:r>
    </w:p>
    <w:p>
      <w:r>
        <w:rPr>
          <w:b w:val="0"/>
          <w:i w:val="0"/>
        </w:rPr>
        <w:t>I do feel afraid for those who feel they have to rush far too soon onto the judging ladder when they are less experienced and risk being out of their depth on the day. I also wonder if this is another reason why Open Show entries are generally pretty poor, numerically these days.</w:t>
      </w:r>
    </w:p>
    <w:p>
      <w:r>
        <w:rPr>
          <w:b w:val="0"/>
          <w:i w:val="0"/>
        </w:rPr>
        <w:t>All this reminded me of the following little ditty which I have included in the notes in the past, but hope you enjoy it again.</w:t>
      </w:r>
    </w:p>
    <w:p>
      <w:r>
        <w:rPr>
          <w:b w:val="0"/>
          <w:i w:val="0"/>
        </w:rPr>
        <w:t>I want to be a dog show judge,</w:t>
      </w:r>
    </w:p>
    <w:p>
      <w:r>
        <w:rPr>
          <w:b w:val="0"/>
          <w:i w:val="0"/>
        </w:rPr>
        <w:t>I want my name in lights</w:t>
      </w:r>
    </w:p>
    <w:p>
      <w:r>
        <w:rPr>
          <w:b w:val="0"/>
          <w:i w:val="0"/>
        </w:rPr>
        <w:t>I started at the bottom</w:t>
      </w:r>
    </w:p>
    <w:p>
      <w:r>
        <w:rPr>
          <w:b w:val="0"/>
          <w:i w:val="0"/>
        </w:rPr>
        <w:t>But I want to reach the heights</w:t>
      </w:r>
    </w:p>
    <w:p>
      <w:r>
        <w:rPr>
          <w:b w:val="0"/>
          <w:i w:val="0"/>
        </w:rPr>
        <w:t>I've done all the assessments</w:t>
      </w:r>
    </w:p>
    <w:p>
      <w:r>
        <w:rPr>
          <w:b w:val="0"/>
          <w:i w:val="0"/>
        </w:rPr>
        <w:t>I've travelled near and far</w:t>
      </w:r>
    </w:p>
    <w:p>
      <w:r>
        <w:rPr>
          <w:b w:val="0"/>
          <w:i w:val="0"/>
        </w:rPr>
        <w:t>I've covered every county</w:t>
      </w:r>
    </w:p>
    <w:p>
      <w:r>
        <w:rPr>
          <w:b w:val="0"/>
          <w:i w:val="0"/>
        </w:rPr>
        <w:t>In my trusty little car</w:t>
      </w:r>
    </w:p>
    <w:p>
      <w:r>
        <w:rPr>
          <w:b w:val="0"/>
          <w:i w:val="0"/>
        </w:rPr>
        <w:t>I've befriended all the secretaries</w:t>
      </w:r>
    </w:p>
    <w:p>
      <w:r>
        <w:rPr>
          <w:b w:val="0"/>
          <w:i w:val="0"/>
        </w:rPr>
        <w:t>I've got to know who's who</w:t>
      </w:r>
    </w:p>
    <w:p>
      <w:r>
        <w:rPr>
          <w:b w:val="0"/>
          <w:i w:val="0"/>
        </w:rPr>
        <w:t>I know all the committees</w:t>
      </w:r>
    </w:p>
    <w:p>
      <w:r>
        <w:rPr>
          <w:b w:val="0"/>
          <w:i w:val="0"/>
        </w:rPr>
        <w:t>And just what's the thing to do</w:t>
      </w:r>
    </w:p>
    <w:p>
      <w:r>
        <w:rPr>
          <w:b w:val="0"/>
          <w:i w:val="0"/>
        </w:rPr>
        <w:t>And now I've got my first big show</w:t>
      </w:r>
    </w:p>
    <w:p>
      <w:r>
        <w:rPr>
          <w:b w:val="0"/>
          <w:i w:val="0"/>
        </w:rPr>
        <w:t>The dogs are walking in</w:t>
      </w:r>
    </w:p>
    <w:p>
      <w:r>
        <w:rPr>
          <w:b w:val="0"/>
          <w:i w:val="0"/>
        </w:rPr>
        <w:t>I have to really concentrate</w:t>
      </w:r>
    </w:p>
    <w:p>
      <w:r>
        <w:rPr>
          <w:b w:val="0"/>
          <w:i w:val="0"/>
        </w:rPr>
        <w:t>And decide who I should bin</w:t>
      </w:r>
    </w:p>
    <w:p>
      <w:r>
        <w:rPr>
          <w:b w:val="0"/>
          <w:i w:val="0"/>
        </w:rPr>
        <w:t>That second dog is very smart</w:t>
      </w:r>
    </w:p>
    <w:p>
      <w:r>
        <w:rPr>
          <w:b w:val="0"/>
          <w:i w:val="0"/>
        </w:rPr>
        <w:t>And moving really well</w:t>
      </w:r>
    </w:p>
    <w:p>
      <w:r>
        <w:rPr>
          <w:b w:val="0"/>
          <w:i w:val="0"/>
        </w:rPr>
        <w:t>But I don't know him from Adam</w:t>
      </w:r>
    </w:p>
    <w:p>
      <w:r>
        <w:rPr>
          <w:b w:val="0"/>
          <w:i w:val="0"/>
        </w:rPr>
        <w:t>So he can go as well</w:t>
      </w:r>
    </w:p>
    <w:p>
      <w:r>
        <w:rPr>
          <w:b w:val="0"/>
          <w:i w:val="0"/>
        </w:rPr>
        <w:t>There's Mary standing at the front</w:t>
      </w:r>
    </w:p>
    <w:p>
      <w:r>
        <w:rPr>
          <w:b w:val="0"/>
          <w:i w:val="0"/>
        </w:rPr>
        <w:t>Her dog is past it's peak</w:t>
      </w:r>
    </w:p>
    <w:p>
      <w:r>
        <w:rPr>
          <w:b w:val="0"/>
          <w:i w:val="0"/>
        </w:rPr>
        <w:t>But I think I'll give her Best of Breed</w:t>
      </w:r>
    </w:p>
    <w:p>
      <w:r>
        <w:rPr>
          <w:b w:val="0"/>
          <w:i w:val="0"/>
        </w:rPr>
        <w:t>She's judging us next week</w:t>
      </w:r>
    </w:p>
    <w:p>
      <w:r>
        <w:rPr>
          <w:b w:val="0"/>
          <w:i w:val="0"/>
        </w:rPr>
        <w:t>Phyllis should retire that dog</w:t>
      </w:r>
    </w:p>
    <w:p>
      <w:r>
        <w:rPr>
          <w:b w:val="0"/>
          <w:i w:val="0"/>
        </w:rPr>
        <w:t>His front is really bad</w:t>
      </w:r>
    </w:p>
    <w:p>
      <w:r>
        <w:rPr>
          <w:b w:val="0"/>
          <w:i w:val="0"/>
        </w:rPr>
        <w:t>But I want to use her stud dog</w:t>
      </w:r>
    </w:p>
    <w:p>
      <w:r>
        <w:rPr>
          <w:b w:val="0"/>
          <w:i w:val="0"/>
        </w:rPr>
        <w:t>So best not get her mad</w:t>
      </w:r>
    </w:p>
    <w:p>
      <w:r>
        <w:rPr>
          <w:b w:val="0"/>
          <w:i w:val="0"/>
        </w:rPr>
        <w:t>The dog that I put second</w:t>
      </w:r>
    </w:p>
    <w:p>
      <w:r>
        <w:rPr>
          <w:b w:val="0"/>
          <w:i w:val="0"/>
        </w:rPr>
        <w:t>His owners got a cheek</w:t>
      </w:r>
    </w:p>
    <w:p>
      <w:r>
        <w:rPr>
          <w:b w:val="0"/>
          <w:i w:val="0"/>
        </w:rPr>
        <w:t>I know that it's sedated</w:t>
      </w:r>
    </w:p>
    <w:p>
      <w:r>
        <w:rPr>
          <w:b w:val="0"/>
          <w:i w:val="0"/>
        </w:rPr>
        <w:t>It bit the judge last week</w:t>
      </w:r>
    </w:p>
    <w:p>
      <w:r>
        <w:rPr>
          <w:b w:val="0"/>
          <w:i w:val="0"/>
        </w:rPr>
        <w:t>Well that's the judging over</w:t>
      </w:r>
    </w:p>
    <w:p>
      <w:r>
        <w:rPr>
          <w:b w:val="0"/>
          <w:i w:val="0"/>
        </w:rPr>
        <w:t>I think I did it well</w:t>
      </w:r>
    </w:p>
    <w:p>
      <w:r>
        <w:rPr>
          <w:b w:val="0"/>
          <w:i w:val="0"/>
        </w:rPr>
        <w:t>Now who owes me a favour?</w:t>
      </w:r>
    </w:p>
    <w:p>
      <w:r>
        <w:rPr>
          <w:b w:val="0"/>
          <w:i w:val="0"/>
        </w:rPr>
        <w:t>Only time will tell!</w:t>
      </w:r>
    </w:p>
    <w:p>
      <w:r>
        <w:rPr>
          <w:b w:val="0"/>
          <w:i w:val="0"/>
        </w:rPr>
        <w:t>Anon</w:t>
      </w:r>
    </w:p>
    <w:p>
      <w:r>
        <w:rPr>
          <w:b w:val="0"/>
          <w:i w:val="0"/>
        </w:rPr>
        <w:t>Ann Britton</w:t>
      </w:r>
    </w:p>
    <w:p>
      <w:r>
        <w:rPr>
          <w:b w:val="0"/>
          <w:i w:val="0"/>
        </w:rPr>
        <w:t>01989620665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