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- 08/02/2013"</w:t>
      </w:r>
      <w:r>
        <w:br/>
      </w:r>
      <w:r>
        <w:rPr>
          <w:b w:val="0"/>
          <w:i w:val="0"/>
        </w:rPr>
        <w:br/>
        <w:t>date_original: "08/02/2013"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"2026-09-13T22:44:34"</w:t>
      </w:r>
      <w:r>
        <w:br/>
      </w:r>
      <w:r>
        <w:rPr>
          <w:b w:val="0"/>
          <w:i w:val="0"/>
        </w:rPr>
        <w:br/>
        <w:t>word_count: 1254</w:t>
      </w:r>
    </w:p>
    <w:p>
      <w:r>
        <w:t>――――――――――――――――――――――――――――――</w:t>
      </w:r>
    </w:p>
    <w:p>
      <w:r>
        <w:rPr>
          <w:b w:val="0"/>
          <w:i w:val="0"/>
        </w:rPr>
        <w:t>NEWS MEMBERS' AREA SHOP SUBSCRIBE UPCOMING SHOWS MORE</w:t>
      </w:r>
    </w:p>
    <w:p>
      <w:r>
        <w:rPr>
          <w:b w:val="0"/>
          <w:i w:val="0"/>
        </w:rPr>
        <w:t>RETRIEVER LABRADOR</w:t>
      </w:r>
    </w:p>
    <w:p>
      <w:r>
        <w:rPr>
          <w:b w:val="0"/>
          <w:i w:val="0"/>
        </w:rPr>
        <w:t>Issue: 08/02/2013</w:t>
      </w:r>
    </w:p>
    <w:p>
      <w:r>
        <w:rPr>
          <w:b w:val="0"/>
          <w:i w:val="0"/>
        </w:rPr>
        <w:t>As ever the Lab Club of Wales put on a splendid championship show at Cardiff; exhibitors are always made to feel so very welcome by the committee and the deliciously yummy home made Welsh cakes are a lovely treat for all to enjoy. It was good to see Mary Morris and her son Richard both out and about again, restored to health after recent spells in hospital during the snowy weather.</w:t>
      </w:r>
    </w:p>
    <w:p>
      <w:r>
        <w:rPr>
          <w:b w:val="0"/>
          <w:i w:val="0"/>
        </w:rPr>
        <w:t>Margaret Barker, wonderful Secretary of this happy club writes â€œThe Labrador Retriever Club of Wales held its 33rd Championship Show onSaturday February 2nd in Cardiff. Dogs were judged by Mrs. Ronwein Phillips (Sheenaron) with Mr Tony Jury judging the bitches.</w:t>
      </w:r>
    </w:p>
    <w:p>
      <w:r>
        <w:rPr>
          <w:b w:val="0"/>
          <w:i w:val="0"/>
        </w:rPr>
        <w:t>A total of 199 dogs produced 249 class entries.</w:t>
      </w:r>
    </w:p>
    <w:p>
      <w:r>
        <w:rPr>
          <w:b w:val="0"/>
          <w:i w:val="0"/>
        </w:rPr>
        <w:t>By the decision of both judges B.I.S. was awarded to Judith Charlton's yellow bitch Foxrush Remember The Time (Lindall Redemption x Foxrush Scarlet O'Hara J.W. Reserve B.I.S. was the dog C.C. winner, the Rawlinson's black, Sh.Ch. Fullwell Fly High To Halshimoor (Brigburn Farm</w:t>
      </w:r>
    </w:p>
    <w:p>
      <w:r>
        <w:rPr>
          <w:b w:val="0"/>
          <w:i w:val="0"/>
        </w:rPr>
        <w:t>Trader At Driffwold x Halshimoor Hi Five To Fullwell).</w:t>
      </w:r>
    </w:p>
    <w:p>
      <w:r>
        <w:rPr>
          <w:b w:val="0"/>
          <w:i w:val="0"/>
        </w:rPr>
        <w:t>Reserve dog C.C. went to the Carys' black yearling, Aquadell Montgomery (Sh.Ch. Carpenny Made A Million x  Zanys Ballykyla In Aquadell) with the bitch R.C.C. going to Neachell's yellow, Dianaia Desert Gold At Suttonpark (Lindall Court Masterpiece x Lindall Desert Rose)</w:t>
      </w:r>
    </w:p>
    <w:p>
      <w:r>
        <w:rPr>
          <w:b w:val="0"/>
          <w:i w:val="0"/>
        </w:rPr>
        <w:t>Best Puppy In Show was Richard Stafford's 11Â½ month yellow dog, Farnfield Topo Gigio J.W., Sh.C.M .(Multi Ch. Charm Bluveil Mr. Darcy x Sh.Ch. Kimvalley Star Attraction Of Farnfield) with R.B.P.I.S. going to Neachell's yellow bitch Suttonpark Corrie (Rocheby Gamekeepe x Adoraden May Song At Suttonpark).</w:t>
      </w:r>
    </w:p>
    <w:p>
      <w:r>
        <w:rPr>
          <w:b w:val="0"/>
          <w:i w:val="0"/>
        </w:rPr>
        <w:t>Best Veteran was taken by Anthony &amp; Jayes's 9 year old yellow dog Sh.Ch. Sandylands Wait And See (Sh.Ch. Rocheby Whisky Mac x Rocheby Purple Shades At Sandylands)</w:t>
      </w:r>
    </w:p>
    <w:p>
      <w:r>
        <w:rPr>
          <w:b w:val="0"/>
          <w:i w:val="0"/>
        </w:rPr>
        <w:t>The committee would like to thank all those who attended the show and</w:t>
      </w:r>
    </w:p>
    <w:p>
      <w:r>
        <w:rPr>
          <w:b w:val="0"/>
          <w:i w:val="0"/>
        </w:rPr>
        <w:t>hope that everyone returned home safely. We were sorry to hear that a stalwart of the South Wales dog scene, Stan Roberts, was taken to hospital following a car accident whilst on his way to steward for us.</w:t>
      </w:r>
    </w:p>
    <w:p>
      <w:r>
        <w:rPr>
          <w:b w:val="0"/>
          <w:i w:val="0"/>
        </w:rPr>
        <w:t>We wish him a speedy recovery.</w:t>
      </w:r>
    </w:p>
    <w:p>
      <w:r>
        <w:rPr>
          <w:b w:val="0"/>
          <w:i w:val="0"/>
        </w:rPr>
        <w:t>Full show results are available at www.labclubofwales.co.ukâ€ .</w:t>
      </w:r>
    </w:p>
    <w:p>
      <w:r>
        <w:rPr>
          <w:b w:val="0"/>
          <w:i w:val="0"/>
        </w:rPr>
        <w:t>Many congratulations go to Judith Charlton whose home bred Lab Club of Wales Best in Show winner, the yellow bitch Foxrush Remember the Time is now a Show Champion at just 14 months of age. Her CCs came from Ronwein Phillips at Gundog Society of Wales and David Hopkinson at West of England Lab Club. She has won Best of Breed or Best in Show on all occasions.</w:t>
      </w:r>
    </w:p>
    <w:p>
      <w:r>
        <w:rPr>
          <w:b w:val="0"/>
          <w:i w:val="0"/>
        </w:rPr>
        <w:t>Dog theft appears to be on the increase. There has been a report of the attempted theft of dogs in Frampton on Severn, Gloucestershire. Fortunately, the dogs barked and alerted the person in charge of them, who went out to find three men with leads, attempting to break into the dog kennels. The men ran away and got into a car that was being driven by a fourth person. The police have been informed.</w:t>
      </w:r>
    </w:p>
    <w:p>
      <w:r>
        <w:rPr>
          <w:b w:val="0"/>
          <w:i w:val="0"/>
        </w:rPr>
        <w:t>Sadly on occasions over several years it appears that some exhibitors at shows in a variety of breeds have found a way of exploiting the proof of posting system to their advantage.</w:t>
      </w:r>
    </w:p>
    <w:p>
      <w:r>
        <w:rPr>
          <w:b w:val="0"/>
          <w:i w:val="0"/>
        </w:rPr>
        <w:t>I gather these people have found it financially worthwhile not to actually enter the show and pay for their dogs by the entry- closing-date, like everyone else has to do. In fact these people donâ€™t enter at all, they hedge their bets and wait to see how their dog looks a day or so before the actual show and only make up their minds at that time whether to attend or not.</w:t>
      </w:r>
    </w:p>
    <w:p>
      <w:r>
        <w:rPr>
          <w:b w:val="0"/>
          <w:i w:val="0"/>
        </w:rPr>
        <w:t>If the dog does not look in tip-top winning condition near the time of the show, they neednâ€™t go to the show. They have financially lost nothing; they havenâ€™t paid out any entry fees; they werenâ€™t even entered at the show, so they stay at home.</w:t>
      </w:r>
    </w:p>
    <w:p>
      <w:r>
        <w:rPr>
          <w:b w:val="0"/>
          <w:i w:val="0"/>
        </w:rPr>
        <w:t>On the other hand, if the dog looks brilliant the day before the show they decide to bluff it out and brazenly turn up at the show to compete, claiming to the Secretary and to all their pals who didnâ€™t think they were attending that particular show, that their entry must have been â€œlost in the postâ€.</w:t>
      </w:r>
    </w:p>
    <w:p>
      <w:r>
        <w:rPr>
          <w:b w:val="0"/>
          <w:i w:val="0"/>
        </w:rPr>
        <w:t>Bold as brass, they present a fictitious Proof of Posting to the Show Secretary, when in actual fact they had never even paid for, or posted an entry at all. The show Secretary is bound by the KC to accept the Proof of Posting and receive payment of the outstanding entry fees on the day.  The Kennel Club later investigates all these late entries taken on the day as a matter of course and now keeps a list of repeated offenders.</w:t>
      </w:r>
    </w:p>
    <w:p>
      <w:r>
        <w:rPr>
          <w:b w:val="0"/>
          <w:i w:val="0"/>
        </w:rPr>
        <w:t>A fictitious Proof of postage can have been borrowed or photocopied from an unwary  friend who is going to that particular show. The latter person trying to help out when they hear a sob story, such as their pals have lost their Proof of Posting, or their dog has chewed up their Proof of Posting so could they please, please copy one, etc.</w:t>
      </w:r>
    </w:p>
    <w:p>
      <w:r>
        <w:rPr>
          <w:b w:val="0"/>
          <w:i w:val="0"/>
        </w:rPr>
        <w:t>On the other hand, these people may hand over to the Secretary an old Proof of posting, miles out of date but with the date stamp really badly rubbed, smudged and more or less obliterated. It would seem there are several ways of fraudulently getting round the system. What a sad indictment.</w:t>
      </w:r>
    </w:p>
    <w:p>
      <w:r>
        <w:rPr>
          <w:b w:val="0"/>
          <w:i w:val="0"/>
        </w:rPr>
        <w:t>The Kennel Club has now issued the following statement.</w:t>
      </w:r>
    </w:p>
    <w:p>
      <w:r>
        <w:rPr>
          <w:b w:val="0"/>
          <w:i w:val="0"/>
        </w:rPr>
        <w:t>ENTRIES ON THE DAY &amp; PROOF OF POSTING</w:t>
      </w:r>
    </w:p>
    <w:p>
      <w:r>
        <w:rPr>
          <w:b w:val="0"/>
          <w:i w:val="0"/>
        </w:rPr>
        <w:t>The Kennel Club would like to remind exhibitors of its proof of posting policy.  Whilst it is understood that, on occasion, entries for shows do get lost in the post, it is disheartening that it appears that a small number of un-sportsmanlike exhibitors may be exploiting the Proof of Posting system by various means.</w:t>
      </w:r>
    </w:p>
    <w:p>
      <w:r>
        <w:rPr>
          <w:b w:val="0"/>
          <w:i w:val="0"/>
        </w:rPr>
        <w:t>In order to track persistent offenders, and to put a stop to this un-sportsmanlike behaviour, a Proof of Posting database is in use which lists everyone who makes an entry on the day of a show. The database is updated on receipt of show reports and lists all those exhibitors reported as having entered on the day of the show.</w:t>
      </w:r>
    </w:p>
    <w:p>
      <w:r>
        <w:rPr>
          <w:b w:val="0"/>
          <w:i w:val="0"/>
        </w:rPr>
        <w:t>All exhibitors will be asked to provide their proof of posting and those who repeatedly enter on the day will be required to send all future entries by Registered Post or to enter online. If further entries on the day are made, the only proof of posting that will be accepted is the show societyâ€™s confirmation of receipt or online receipt. Failure to provide such proof could result in the disqualification of awards, as referred to in Regulations F(1)9, G23.c, H10.d, L11.c and S9.d.</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