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 Nov 2007"</w:t>
      </w:r>
      <w:r>
        <w:br/>
      </w:r>
      <w:r>
        <w:rPr>
          <w:b w:val="0"/>
          <w:i w:val="0"/>
        </w:rPr>
        <w:br/>
        <w:t>date_original: "2 Nov 2007"</w:t>
      </w:r>
      <w:r>
        <w:br/>
      </w:r>
      <w:r>
        <w:rPr>
          <w:b w:val="0"/>
          <w:i w:val="0"/>
        </w:rPr>
        <w:br/>
        <w:t>source_url: "https://www.ourdogs.co.uk/members/breednotes/2007/RetrieverLabrador/RetrieverLabrador-nov2.htm"</w:t>
      </w:r>
      <w:r>
        <w:br/>
      </w:r>
      <w:r>
        <w:rPr>
          <w:b w:val="0"/>
          <w:i w:val="0"/>
        </w:rPr>
        <w:br/>
        <w:t>archive_type: "static_html"</w:t>
      </w:r>
      <w:r>
        <w:br/>
      </w:r>
      <w:r>
        <w:rPr>
          <w:b w:val="0"/>
          <w:i w:val="0"/>
        </w:rPr>
        <w:br/>
        <w:t>scraped_at: "2026-09-13T22:08:06"</w:t>
      </w:r>
      <w:r>
        <w:br/>
      </w:r>
      <w:r>
        <w:rPr>
          <w:b w:val="0"/>
          <w:i w:val="0"/>
        </w:rPr>
        <w:br/>
        <w:t>word_count: 1585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reminder that yearbook reviews for Midland Counties Labrador Club Yearbook should be with the editor, Mrs Pam Hingley, by now. It would be greatly appreciated if copy and photos could be sent in as soon as possible, addressed to Mrs Pam Hingley, 13 Malvern Avenue, Stapenhill, Burton on Trent, DE15 9EA.</w:t>
      </w:r>
    </w:p>
    <w:p>
      <w:r>
        <w:rPr>
          <w:b w:val="0"/>
          <w:i w:val="0"/>
        </w:rPr>
        <w:t>Sad news that Bob Robinson, husband of Margaret, (Kampsal Labradors), passed away on 22nd October, after a period of ill health. Our thoughts are with Margaret, to whom we send out sincere condolences.</w:t>
      </w:r>
    </w:p>
    <w:p>
      <w:r>
        <w:rPr>
          <w:b w:val="0"/>
          <w:i w:val="0"/>
        </w:rPr>
        <w:t>News from Jo and Andy Metcalfe who are having great fun and with their yellow dog puppy, Sandylands See Me Fly Of Baileydale, (Sh Ch Sandylands Wait and See x Sh Ch Goldfinch of Sandylands). He won Best Puppy in Show at East Anglian Gundog Society open show held on 7th October. The breed judge was Miss Laura Reardon and the Best in Show judge was Mr L Wilkes.</w:t>
      </w:r>
    </w:p>
    <w:p>
      <w:r>
        <w:rPr>
          <w:b w:val="0"/>
          <w:i w:val="0"/>
        </w:rPr>
        <w:t>Gundog Society of Wales held their championship show midweek at Malvern. The committee is made up of extremely experienced Gundog people including Labrador specialists Richard Stafford and Richard Morris. Richard Stafford is the Secretary of this society and will be pleased, I am sure, at how well the show went. It will probably be the last outdoor show of 2007 and closed the season in a fitting way; the Three Counties showground was bathed in warm, autumnal sunshine throughout the day and all the judging took place in the outside grass rings. There was a pleasant, friendly, relaxed, end of season atmosphere, right to the end of the day. It is sad to think that the summer has flown by so quickly and that the rest of this years shows will be held indoors, under artificial lighting, with hot-air background heating. Brrrrr, roll on the spring. (As long as it’s a bright and sunny one!)</w:t>
      </w:r>
    </w:p>
    <w:p>
      <w:r>
        <w:rPr>
          <w:b w:val="0"/>
          <w:i w:val="0"/>
        </w:rPr>
        <w:t>Our judges at Gundog Society of Wales were Mrs E Matulla (Dogs), daughter of Arwyn and Sian Ellis (Dolwen), and Mrs Anne Powell (Bitches). In the dog ring Lorraine Tooth’s yellow Sh Ch Ludalor Lunar Orbit JW (Ch Amberstope Blue Moon x Ch Ludalor Lilly) won the CC whilst the RCC went to the Allen family’s yellow Allenies Maverick JW (Allenies Maccallum JW x Allenies Graceful). What a successful time Anthony Allen is having at the moment, impressively handling dogs of several different breeds.</w:t>
      </w:r>
    </w:p>
    <w:p>
      <w:r>
        <w:rPr>
          <w:b w:val="0"/>
          <w:i w:val="0"/>
        </w:rPr>
        <w:t>Marlene Hepper had an excellent day winning the Bitch CC and making up her 3year old black bitch, Mardas Sahara Silk (Brigburn Sedge x Mardas Café Noir). She has won consistently well, right from her puppy days, picking up a few excellent RCCs on the way. So far this year she has won three CCs, including those under Gary Johnson at United Retriever Club and under Anthony Allen at Driffield, plus her 3rd crowning one at G.S.ofWales under Mrs Powell. Sahara Silk is the breed’s 11th champion of 2007. Very many congratulations.</w:t>
      </w:r>
    </w:p>
    <w:p>
      <w:r>
        <w:rPr>
          <w:b w:val="0"/>
          <w:i w:val="0"/>
        </w:rPr>
        <w:t>Winning the Bitch RCC was Ronwein Phillips yellow Yearling, Shardanell Blueribbon at Sheenaron. (Keenes Blueprint x Sheenaron merry Holiberi of Shardanell). Best Puppy was Anne Lavelles yellow bitch Crosscroyde Lady Katinka (Sh Ch Silver Syuede over Rocheby x Crosscroyde Geisha Lady).</w:t>
      </w:r>
    </w:p>
    <w:p>
      <w:r>
        <w:rPr>
          <w:b w:val="0"/>
          <w:i w:val="0"/>
        </w:rPr>
        <w:t>Alison Scuthcher had a good day at Gundog Society of Wales winning the Arther Jones Memorial Open Stakes Class under Di Arrowsmith with Winsleywood Willow JW following on from her brother Sh Ch Winsleywood Waterloo JW ShCM, who won the same class at the same show last year.</w:t>
      </w:r>
    </w:p>
    <w:p>
      <w:r>
        <w:rPr>
          <w:b w:val="0"/>
          <w:i w:val="0"/>
        </w:rPr>
        <w:t>Later in the afternoon, sitting around the AV ring, relaxing in the warm autumn sunshine celebrating a pals birthday with a glass of cheer, we all hoorayed when Mrs Miles (Millabel) won the Gundog Brace class with her two splendidly matched chocolate Labrador bitches, Millabel Matilda and Meresash Cavendish of Millabel. Well done.</w:t>
      </w:r>
    </w:p>
    <w:p>
      <w:r>
        <w:rPr>
          <w:b w:val="0"/>
          <w:i w:val="0"/>
        </w:rPr>
        <w:t>Alison Scutcher advises that Sh Ch Winsleywood Waterloo JW ShCM and his litter sister Winsleywood Willow JW are now solely in her ownership.</w:t>
      </w:r>
    </w:p>
    <w:p>
      <w:r>
        <w:rPr>
          <w:b w:val="0"/>
          <w:i w:val="0"/>
        </w:rPr>
        <w:t>Keith Shea of Fit And Fertile Ltd writes ‘Fit and Fertile Ltd are in the process of arranging a shipment of frozen canine semen to Australia, which will be ready to leave the UK mid November 2007. We are inviting clients to join the consignment, which will reduce the shipping costs for all parties involved. Please contact Fit And Fertile Ltd as soon as possible if you require any of the following services:- Require canine semen collection to send to Australia. Frozen straws already stored within the UK and would like to join the consignment to Australia. Require straws returning from Australia to the UK. Should you require assistance and to discuss your requirements, please contact the office on 01772 690014; Semen collection price is £200.00 + Vat for 1 dog. If you bring along a 2nd dog on the same day, you will receive 50% discount (2nd dog £100.00 + Vat). Total price for 2 dogs = £300.00 + Vat. For more information regarding Semen Preservation, please visit our website www.fitandfertile.com. Tel: 01772 690014 / 07973 415088.’</w:t>
      </w:r>
    </w:p>
    <w:p>
      <w:r>
        <w:rPr>
          <w:b w:val="0"/>
          <w:i w:val="0"/>
        </w:rPr>
        <w:t>Ann Britton</w:t>
      </w:r>
      <w:r>
        <w:br/>
      </w:r>
      <w:r>
        <w:rPr>
          <w:b w:val="0"/>
          <w:i w:val="0"/>
        </w:rPr>
        <w:br/>
        <w:t>01989 720665</w:t>
      </w:r>
      <w:r>
        <w:br/>
      </w:r>
      <w:r>
        <w:rPr>
          <w:b w:val="0"/>
          <w:i w:val="0"/>
        </w:rPr>
        <w:br/>
        <w:t>bowstones@btinternet.com</w:t>
      </w:r>
    </w:p>
    <w:p>
      <w:r>
        <w:rPr>
          <w:b w:val="0"/>
          <w:i w:val="0"/>
        </w:rPr>
        <w:t>The Labrador Club of Scotland Open Show held in Alva and judged by Mrs Linda Miles (Llanstinan) was most enjoyable. The hall is one of the best and the country setting is superb with the usual sunny day this show has enjoyed over many years at this venue. The entry of 106 dogs meant an early finish to the show and declining entries seems to be the norm nowadays. Best in Show was Auld and Holliday's yellow bitch, Lindall Strawberry Cream With Farbrae (Rocheby Old Smokey x Lindall Russian Rythm) who won Junior. Reserve Best in Show was Campbell's Antonine Macadam At Binnaig (Sh Ch Ramsayville Route Sixty Six JW x Trailblazer of Antonine) winner of Graduate dog. Best Puppy was Brown, Mulligan and Merchant's yellow bitch, Alanwood Lady Jazz Amour Of Ramsayville and the best dog puppy was Brown's Kilstron Call Me Bond (Tullochmohr Titanic at Kilston x Antonine Chamomile For Kilstron). These Browns are not to be confused with Ramsayville Browns! They come from Cumnock and are new exhibitors. As usual the pies and bacon butties kept us content and with a good chat to friends (some who seem only to turn up at this particular show) it was a most enjoyable day.</w:t>
      </w:r>
    </w:p>
    <w:p>
      <w:r>
        <w:rPr>
          <w:b w:val="0"/>
          <w:i w:val="0"/>
        </w:rPr>
        <w:t>The only sad part of the day was when Robin Pollock announced the sad death of Kitty Cumming (Ballure). Kitty was in her 80s and had retired from the Falkirk area to be with her daughter in Wigtown. Kitty was a real character, a non driver, turning up with her two yellow dogs in the 70s travelling by public transport pushing a shopping trolley with all the dogs' dishes, etc. Kitty was for many years a regular exhibitor till poor health in her later years meant she had to bring an end to her show activities. A minute's silence in her respect was observed. The club are holding a Breed Seminar with Hands on Assessment on Sunday, 11th November, at Lanark Agricultural Centre, Lanark with the Principal Speaker, David Craig. Contact either Nancy Farquharson (01382 459099, evening) or Margaret Brown, 01324 851312 for further details. It's Year Book time again! Copy and fees for the club's Year Book to Margaret Brown, Forest Lodge, Slamannan Road, Limerigg, Falkirk, FK1 3BN, Email: raindance@tinyworld.co.uk. Closing date November 30th.</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